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EC4EA" w14:textId="35A609B3" w:rsidR="005169B3" w:rsidRDefault="005169B3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28032" behindDoc="1" locked="0" layoutInCell="1" allowOverlap="1" wp14:anchorId="22E0D653" wp14:editId="53D8110C">
            <wp:simplePos x="0" y="0"/>
            <wp:positionH relativeFrom="column">
              <wp:posOffset>-1248410</wp:posOffset>
            </wp:positionH>
            <wp:positionV relativeFrom="paragraph">
              <wp:posOffset>3122930</wp:posOffset>
            </wp:positionV>
            <wp:extent cx="7579360" cy="6896100"/>
            <wp:effectExtent l="0" t="0" r="2540" b="0"/>
            <wp:wrapTight wrapText="bothSides">
              <wp:wrapPolygon edited="0">
                <wp:start x="0" y="0"/>
                <wp:lineTo x="0" y="21540"/>
                <wp:lineTo x="21553" y="21540"/>
                <wp:lineTo x="21553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764"/>
                    <a:stretch/>
                  </pic:blipFill>
                  <pic:spPr bwMode="auto">
                    <a:xfrm>
                      <a:off x="0" y="0"/>
                      <a:ext cx="7579360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4A2E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3872" behindDoc="1" locked="0" layoutInCell="1" allowOverlap="1" wp14:anchorId="2CE7C07F" wp14:editId="200FEA5B">
            <wp:simplePos x="0" y="0"/>
            <wp:positionH relativeFrom="margin">
              <wp:posOffset>-943610</wp:posOffset>
            </wp:positionH>
            <wp:positionV relativeFrom="margin">
              <wp:posOffset>-658495</wp:posOffset>
            </wp:positionV>
            <wp:extent cx="7769225" cy="6980555"/>
            <wp:effectExtent l="0" t="0" r="3175" b="0"/>
            <wp:wrapTight wrapText="bothSides">
              <wp:wrapPolygon edited="0">
                <wp:start x="0" y="0"/>
                <wp:lineTo x="0" y="20631"/>
                <wp:lineTo x="318" y="20631"/>
                <wp:lineTo x="900" y="20513"/>
                <wp:lineTo x="13347" y="19865"/>
                <wp:lineTo x="13347" y="19806"/>
                <wp:lineTo x="21556" y="19511"/>
                <wp:lineTo x="21556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613"/>
                    <a:stretch/>
                  </pic:blipFill>
                  <pic:spPr bwMode="auto">
                    <a:xfrm>
                      <a:off x="0" y="0"/>
                      <a:ext cx="7769225" cy="698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4A2E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480E9198" wp14:editId="033410F0">
                <wp:simplePos x="0" y="0"/>
                <wp:positionH relativeFrom="page">
                  <wp:posOffset>561340</wp:posOffset>
                </wp:positionH>
                <wp:positionV relativeFrom="paragraph">
                  <wp:posOffset>1501775</wp:posOffset>
                </wp:positionV>
                <wp:extent cx="6429375" cy="2125980"/>
                <wp:effectExtent l="0" t="0" r="0" b="0"/>
                <wp:wrapSquare wrapText="bothSides"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125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CCF73" w14:textId="49A7AB62" w:rsidR="005169B3" w:rsidRPr="00595810" w:rsidRDefault="005169B3" w:rsidP="00156F47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E5C44D"/>
                                <w:sz w:val="72"/>
                                <w:szCs w:val="72"/>
                                <w:lang w:val="es-ES"/>
                              </w:rPr>
                            </w:pPr>
                            <w:r w:rsidRPr="00595810">
                              <w:rPr>
                                <w:rFonts w:cs="Arial"/>
                                <w:b/>
                                <w:bCs/>
                                <w:color w:val="E5C44D"/>
                                <w:sz w:val="72"/>
                                <w:szCs w:val="72"/>
                                <w:lang w:val="es-ES"/>
                              </w:rPr>
                              <w:t>CURSO</w:t>
                            </w:r>
                            <w:r w:rsidR="00156F47">
                              <w:rPr>
                                <w:rFonts w:cs="Arial"/>
                                <w:b/>
                                <w:bCs/>
                                <w:color w:val="E5C44D"/>
                                <w:sz w:val="72"/>
                                <w:szCs w:val="72"/>
                                <w:lang w:val="es-ES"/>
                              </w:rPr>
                              <w:t xml:space="preserve"> BÁSICO:</w:t>
                            </w:r>
                          </w:p>
                          <w:p w14:paraId="124F5150" w14:textId="50C5EB7E" w:rsidR="005169B3" w:rsidRDefault="0016467C" w:rsidP="005169B3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USO Y MANTENIMIENTO DE PANELES FIKE CHEETAH</w:t>
                            </w:r>
                          </w:p>
                          <w:p w14:paraId="4C671769" w14:textId="7B44AE21" w:rsidR="00156F47" w:rsidRDefault="00156F47" w:rsidP="005169B3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Manual del Alumno</w:t>
                            </w:r>
                          </w:p>
                          <w:p w14:paraId="703D0973" w14:textId="77777777" w:rsidR="00156F47" w:rsidRDefault="00156F47" w:rsidP="005169B3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</w:p>
                          <w:p w14:paraId="2AB47BD2" w14:textId="69A7878C" w:rsidR="00156F47" w:rsidRPr="00456838" w:rsidRDefault="00156F47" w:rsidP="005169B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Manu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0E919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4.2pt;margin-top:118.25pt;width:506.25pt;height:167.4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" filled="f" stroked="f">
                <v:textbox>
                  <w:txbxContent>
                    <w:p w14:paraId="5E1CCF73" w14:textId="49A7AB62" w:rsidR="005169B3" w:rsidRPr="00595810" w:rsidRDefault="005169B3" w:rsidP="00156F47">
                      <w:pPr>
                        <w:jc w:val="center"/>
                        <w:rPr>
                          <w:rFonts w:cs="Arial"/>
                          <w:b/>
                          <w:bCs/>
                          <w:color w:val="E5C44D"/>
                          <w:sz w:val="72"/>
                          <w:szCs w:val="72"/>
                          <w:lang w:val="es-ES"/>
                        </w:rPr>
                      </w:pPr>
                      <w:r w:rsidRPr="00595810">
                        <w:rPr>
                          <w:rFonts w:cs="Arial"/>
                          <w:b/>
                          <w:bCs/>
                          <w:color w:val="E5C44D"/>
                          <w:sz w:val="72"/>
                          <w:szCs w:val="72"/>
                          <w:lang w:val="es-ES"/>
                        </w:rPr>
                        <w:t>CURSO</w:t>
                      </w:r>
                      <w:r w:rsidR="00156F47">
                        <w:rPr>
                          <w:rFonts w:cs="Arial"/>
                          <w:b/>
                          <w:bCs/>
                          <w:color w:val="E5C44D"/>
                          <w:sz w:val="72"/>
                          <w:szCs w:val="72"/>
                          <w:lang w:val="es-ES"/>
                        </w:rPr>
                        <w:t xml:space="preserve"> BÁSICO:</w:t>
                      </w:r>
                    </w:p>
                    <w:p w14:paraId="124F5150" w14:textId="50C5EB7E" w:rsidR="005169B3" w:rsidRDefault="0016467C" w:rsidP="005169B3">
                      <w:pPr>
                        <w:jc w:val="center"/>
                        <w:rPr>
                          <w:rFonts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USO Y MANTENIMIENTO DE PANELES FIKE CHEETAH</w:t>
                      </w:r>
                    </w:p>
                    <w:p w14:paraId="4C671769" w14:textId="7B44AE21" w:rsidR="00156F47" w:rsidRDefault="00156F47" w:rsidP="005169B3">
                      <w:pPr>
                        <w:jc w:val="center"/>
                        <w:rPr>
                          <w:rFonts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Manual del Alumno</w:t>
                      </w:r>
                    </w:p>
                    <w:p w14:paraId="703D0973" w14:textId="77777777" w:rsidR="00156F47" w:rsidRDefault="00156F47" w:rsidP="005169B3">
                      <w:pPr>
                        <w:jc w:val="center"/>
                        <w:rPr>
                          <w:rFonts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</w:p>
                    <w:p w14:paraId="2AB47BD2" w14:textId="69A7878C" w:rsidR="00156F47" w:rsidRPr="00456838" w:rsidRDefault="00156F47" w:rsidP="005169B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Manu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FC24DB6" wp14:editId="1F51EFE7">
                <wp:extent cx="304800" cy="304800"/>
                <wp:effectExtent l="0" t="0" r="0" b="0"/>
                <wp:docPr id="3" name="Rectángulo 3" descr="Imagen generad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FBE160" id="Rectángulo 3" o:spid="_x0000_s1026" alt="Imagen generada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<o:lock v:ext="edit" aspectratio="t"/>
                <w10:anchorlock/>
              </v:rect>
            </w:pict>
          </mc:Fallback>
        </mc:AlternateContent>
      </w:r>
    </w:p>
    <w:p w14:paraId="0FCA169D" w14:textId="399FE13A" w:rsidR="000767AF" w:rsidRDefault="000767AF"/>
    <w:p w14:paraId="6359B9FB" w14:textId="77777777" w:rsidR="000767AF" w:rsidRDefault="00000000">
      <w:pPr>
        <w:spacing w:before="240"/>
      </w:pPr>
      <w:r>
        <w:rPr>
          <w:b/>
          <w:sz w:val="26"/>
        </w:rPr>
        <w:t>DESCRIPCIÓN DEL CURSO</w:t>
      </w:r>
    </w:p>
    <w:p w14:paraId="0440BE62" w14:textId="22641E24" w:rsidR="000767AF" w:rsidRDefault="00000000">
      <w:pPr>
        <w:jc w:val="both"/>
      </w:pPr>
      <w:r>
        <w:t xml:space="preserve">Este </w:t>
      </w:r>
      <w:proofErr w:type="spellStart"/>
      <w:r>
        <w:t>curso</w:t>
      </w:r>
      <w:proofErr w:type="spellEnd"/>
      <w:r>
        <w:t xml:space="preserve"> </w:t>
      </w:r>
      <w:proofErr w:type="spellStart"/>
      <w:r>
        <w:t>proporciona</w:t>
      </w:r>
      <w:proofErr w:type="spellEnd"/>
      <w:r>
        <w:t xml:space="preserve"> </w:t>
      </w:r>
      <w:proofErr w:type="spellStart"/>
      <w:r>
        <w:t>criterios</w:t>
      </w:r>
      <w:proofErr w:type="spellEnd"/>
      <w:r>
        <w:t xml:space="preserve"> </w:t>
      </w:r>
      <w:proofErr w:type="spellStart"/>
      <w:r>
        <w:t>técnicos</w:t>
      </w:r>
      <w:proofErr w:type="spellEnd"/>
      <w:r>
        <w:t xml:space="preserve"> </w:t>
      </w:r>
      <w:proofErr w:type="spellStart"/>
      <w:r w:rsidR="00156F47">
        <w:t>Basicos</w:t>
      </w:r>
      <w:proofErr w:type="spellEnd"/>
      <w:r w:rsidR="00156F47">
        <w:t xml:space="preserve"> </w:t>
      </w:r>
      <w:r>
        <w:t xml:space="preserve">para </w:t>
      </w:r>
      <w:proofErr w:type="spellStart"/>
      <w:r>
        <w:t>reconocer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funcionamiento</w:t>
      </w:r>
      <w:proofErr w:type="spellEnd"/>
      <w:r>
        <w:t xml:space="preserve">, la </w:t>
      </w:r>
      <w:proofErr w:type="spellStart"/>
      <w:r>
        <w:t>operación</w:t>
      </w:r>
      <w:proofErr w:type="spellEnd"/>
      <w:r>
        <w:t xml:space="preserve"> </w:t>
      </w:r>
      <w:proofErr w:type="spellStart"/>
      <w:r>
        <w:t>segura</w:t>
      </w:r>
      <w:proofErr w:type="spellEnd"/>
      <w:r>
        <w:t xml:space="preserve"> y las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inspección</w:t>
      </w:r>
      <w:proofErr w:type="spellEnd"/>
      <w:r>
        <w:t xml:space="preserve"> y </w:t>
      </w:r>
      <w:proofErr w:type="spellStart"/>
      <w:r>
        <w:t>mantenimiento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paneles</w:t>
      </w:r>
      <w:proofErr w:type="spellEnd"/>
      <w:r>
        <w:t xml:space="preserve"> de control Fike Cheetah, </w:t>
      </w:r>
      <w:proofErr w:type="spellStart"/>
      <w:r>
        <w:t>utilizados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sistemas</w:t>
      </w:r>
      <w:proofErr w:type="spellEnd"/>
      <w:r>
        <w:t xml:space="preserve"> de </w:t>
      </w:r>
      <w:proofErr w:type="spellStart"/>
      <w:r>
        <w:t>detección</w:t>
      </w:r>
      <w:proofErr w:type="spellEnd"/>
      <w:r>
        <w:t xml:space="preserve">, </w:t>
      </w:r>
      <w:proofErr w:type="spellStart"/>
      <w:r>
        <w:t>alarma</w:t>
      </w:r>
      <w:proofErr w:type="spellEnd"/>
      <w:r>
        <w:t xml:space="preserve"> y, </w:t>
      </w:r>
      <w:proofErr w:type="spellStart"/>
      <w:r>
        <w:t>según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configuración</w:t>
      </w:r>
      <w:proofErr w:type="spellEnd"/>
      <w:r>
        <w:t xml:space="preserve">, </w:t>
      </w:r>
      <w:proofErr w:type="spellStart"/>
      <w:r>
        <w:t>liberación</w:t>
      </w:r>
      <w:proofErr w:type="spellEnd"/>
      <w:r>
        <w:t xml:space="preserve"> de </w:t>
      </w:r>
      <w:proofErr w:type="spellStart"/>
      <w:r>
        <w:t>agentes</w:t>
      </w:r>
      <w:proofErr w:type="spellEnd"/>
      <w:r>
        <w:t xml:space="preserve"> de </w:t>
      </w:r>
      <w:proofErr w:type="spellStart"/>
      <w:r>
        <w:t>extinción</w:t>
      </w:r>
      <w:proofErr w:type="spellEnd"/>
      <w:r>
        <w:t xml:space="preserve"> de </w:t>
      </w:r>
      <w:proofErr w:type="spellStart"/>
      <w:r>
        <w:t>incendios</w:t>
      </w:r>
      <w:proofErr w:type="spellEnd"/>
      <w:r>
        <w:t>.</w:t>
      </w:r>
    </w:p>
    <w:p w14:paraId="42D4742B" w14:textId="77777777" w:rsidR="000767AF" w:rsidRDefault="00000000">
      <w:pPr>
        <w:jc w:val="both"/>
      </w:pPr>
      <w:r>
        <w:t xml:space="preserve">La </w:t>
      </w:r>
      <w:proofErr w:type="spellStart"/>
      <w:r>
        <w:t>formación</w:t>
      </w:r>
      <w:proofErr w:type="spellEnd"/>
      <w:r>
        <w:t xml:space="preserve"> distingue entre </w:t>
      </w:r>
      <w:proofErr w:type="spellStart"/>
      <w:r>
        <w:t>operaciones</w:t>
      </w:r>
      <w:proofErr w:type="spellEnd"/>
      <w:r>
        <w:t xml:space="preserve"> </w:t>
      </w:r>
      <w:proofErr w:type="spellStart"/>
      <w:r>
        <w:t>cotidianas</w:t>
      </w:r>
      <w:proofErr w:type="spellEnd"/>
      <w:r>
        <w:t xml:space="preserve"> </w:t>
      </w:r>
      <w:proofErr w:type="spellStart"/>
      <w:r>
        <w:t>permitidas</w:t>
      </w:r>
      <w:proofErr w:type="spellEnd"/>
      <w:r>
        <w:t xml:space="preserve"> al </w:t>
      </w:r>
      <w:proofErr w:type="spellStart"/>
      <w:r>
        <w:t>usuario</w:t>
      </w:r>
      <w:proofErr w:type="spellEnd"/>
      <w:r>
        <w:t xml:space="preserve">, </w:t>
      </w:r>
      <w:proofErr w:type="spellStart"/>
      <w:r>
        <w:t>verificaciones</w:t>
      </w:r>
      <w:proofErr w:type="spellEnd"/>
      <w:r>
        <w:t xml:space="preserve"> del </w:t>
      </w:r>
      <w:proofErr w:type="spellStart"/>
      <w:r>
        <w:t>responsable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 y </w:t>
      </w:r>
      <w:proofErr w:type="spellStart"/>
      <w:r>
        <w:t>tareas</w:t>
      </w:r>
      <w:proofErr w:type="spellEnd"/>
      <w:r>
        <w:t xml:space="preserve"> </w:t>
      </w:r>
      <w:proofErr w:type="spellStart"/>
      <w:r>
        <w:t>reservadas</w:t>
      </w:r>
      <w:proofErr w:type="spellEnd"/>
      <w:r>
        <w:t xml:space="preserve"> al personal </w:t>
      </w:r>
      <w:proofErr w:type="spellStart"/>
      <w:r>
        <w:t>técnico</w:t>
      </w:r>
      <w:proofErr w:type="spellEnd"/>
      <w:r>
        <w:t xml:space="preserve"> </w:t>
      </w:r>
      <w:proofErr w:type="spellStart"/>
      <w:r>
        <w:t>calificado</w:t>
      </w:r>
      <w:proofErr w:type="spellEnd"/>
      <w:r>
        <w:t xml:space="preserve">. Las </w:t>
      </w:r>
      <w:proofErr w:type="spellStart"/>
      <w:r>
        <w:t>funciones</w:t>
      </w:r>
      <w:proofErr w:type="spellEnd"/>
      <w:r>
        <w:t xml:space="preserve"> </w:t>
      </w:r>
      <w:proofErr w:type="spellStart"/>
      <w:r>
        <w:t>específicas</w:t>
      </w:r>
      <w:proofErr w:type="spellEnd"/>
      <w:r>
        <w:t xml:space="preserve"> </w:t>
      </w:r>
      <w:proofErr w:type="spellStart"/>
      <w:r>
        <w:t>dependen</w:t>
      </w:r>
      <w:proofErr w:type="spellEnd"/>
      <w:r>
        <w:t xml:space="preserve"> del </w:t>
      </w:r>
      <w:proofErr w:type="spellStart"/>
      <w:r>
        <w:t>modelo</w:t>
      </w:r>
      <w:proofErr w:type="spellEnd"/>
      <w:r>
        <w:t xml:space="preserve">, de la </w:t>
      </w:r>
      <w:proofErr w:type="spellStart"/>
      <w:r>
        <w:t>programación</w:t>
      </w:r>
      <w:proofErr w:type="spellEnd"/>
      <w:r>
        <w:t xml:space="preserve"> </w:t>
      </w:r>
      <w:proofErr w:type="spellStart"/>
      <w:r>
        <w:t>instalada</w:t>
      </w:r>
      <w:proofErr w:type="spellEnd"/>
      <w:r>
        <w:t xml:space="preserve"> y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dispositivos</w:t>
      </w:r>
      <w:proofErr w:type="spellEnd"/>
      <w:r>
        <w:t xml:space="preserve"> </w:t>
      </w:r>
      <w:proofErr w:type="spellStart"/>
      <w:r>
        <w:t>conectados</w:t>
      </w:r>
      <w:proofErr w:type="spellEnd"/>
      <w:r>
        <w:t>.</w:t>
      </w:r>
    </w:p>
    <w:p w14:paraId="6B7962CB" w14:textId="77777777" w:rsidR="000767AF" w:rsidRDefault="00000000">
      <w:pPr>
        <w:spacing w:before="240"/>
      </w:pPr>
      <w:r>
        <w:rPr>
          <w:b/>
          <w:sz w:val="26"/>
        </w:rPr>
        <w:t>INTRODUCCIÓN</w:t>
      </w:r>
    </w:p>
    <w:p w14:paraId="2AD00966" w14:textId="77777777" w:rsidR="000767AF" w:rsidRDefault="00000000">
      <w:pPr>
        <w:jc w:val="both"/>
      </w:pPr>
      <w:r>
        <w:t xml:space="preserve">Un panel de control de </w:t>
      </w:r>
      <w:proofErr w:type="spellStart"/>
      <w:r>
        <w:t>incendios</w:t>
      </w:r>
      <w:proofErr w:type="spellEnd"/>
      <w:r>
        <w:t xml:space="preserve"> </w:t>
      </w:r>
      <w:proofErr w:type="spellStart"/>
      <w:r>
        <w:t>interpreta</w:t>
      </w:r>
      <w:proofErr w:type="spellEnd"/>
      <w:r>
        <w:t xml:space="preserve"> </w:t>
      </w:r>
      <w:proofErr w:type="spellStart"/>
      <w:r>
        <w:t>señales</w:t>
      </w:r>
      <w:proofErr w:type="spellEnd"/>
      <w:r>
        <w:t xml:space="preserve"> </w:t>
      </w:r>
      <w:proofErr w:type="spellStart"/>
      <w:r>
        <w:t>procedentes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dispositivos</w:t>
      </w:r>
      <w:proofErr w:type="spellEnd"/>
      <w:r>
        <w:t xml:space="preserve"> de campo y </w:t>
      </w:r>
      <w:proofErr w:type="spellStart"/>
      <w:r>
        <w:t>presenta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relevante</w:t>
      </w:r>
      <w:proofErr w:type="spellEnd"/>
      <w:r>
        <w:t xml:space="preserve"> para la </w:t>
      </w:r>
      <w:proofErr w:type="spellStart"/>
      <w:r>
        <w:t>respuesta</w:t>
      </w:r>
      <w:proofErr w:type="spellEnd"/>
      <w:r>
        <w:t xml:space="preserve"> ante </w:t>
      </w:r>
      <w:proofErr w:type="spellStart"/>
      <w:r>
        <w:t>emergencias</w:t>
      </w:r>
      <w:proofErr w:type="spellEnd"/>
      <w:r>
        <w:t xml:space="preserve">. Su </w:t>
      </w:r>
      <w:proofErr w:type="spellStart"/>
      <w:r>
        <w:t>confiabilidad</w:t>
      </w:r>
      <w:proofErr w:type="spellEnd"/>
      <w:r>
        <w:t xml:space="preserve"> </w:t>
      </w:r>
      <w:proofErr w:type="spellStart"/>
      <w:r>
        <w:t>exige</w:t>
      </w:r>
      <w:proofErr w:type="spellEnd"/>
      <w:r>
        <w:t xml:space="preserve">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operación</w:t>
      </w:r>
      <w:proofErr w:type="spellEnd"/>
      <w:r>
        <w:t xml:space="preserve"> </w:t>
      </w:r>
      <w:proofErr w:type="spellStart"/>
      <w:r>
        <w:t>adecuadas</w:t>
      </w:r>
      <w:proofErr w:type="spellEnd"/>
      <w:r>
        <w:t xml:space="preserve">, </w:t>
      </w:r>
      <w:proofErr w:type="spellStart"/>
      <w:r>
        <w:t>respuesta</w:t>
      </w:r>
      <w:proofErr w:type="spellEnd"/>
      <w:r>
        <w:t xml:space="preserve"> </w:t>
      </w:r>
      <w:proofErr w:type="spellStart"/>
      <w:r>
        <w:t>oportuna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eventos</w:t>
      </w:r>
      <w:proofErr w:type="spellEnd"/>
      <w:r>
        <w:t xml:space="preserve"> y </w:t>
      </w:r>
      <w:proofErr w:type="spellStart"/>
      <w:r>
        <w:t>mantenimiento</w:t>
      </w:r>
      <w:proofErr w:type="spellEnd"/>
      <w:r>
        <w:t xml:space="preserve"> </w:t>
      </w:r>
      <w:proofErr w:type="spellStart"/>
      <w:r>
        <w:t>documentado</w:t>
      </w:r>
      <w:proofErr w:type="spellEnd"/>
      <w:r>
        <w:t xml:space="preserve">. Este manual es de </w:t>
      </w:r>
      <w:proofErr w:type="spellStart"/>
      <w:r>
        <w:t>capacitación</w:t>
      </w:r>
      <w:proofErr w:type="spellEnd"/>
      <w:r>
        <w:t xml:space="preserve">: no </w:t>
      </w:r>
      <w:proofErr w:type="spellStart"/>
      <w:r>
        <w:t>reemplaza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manuales</w:t>
      </w:r>
      <w:proofErr w:type="spellEnd"/>
      <w:r>
        <w:t xml:space="preserve"> </w:t>
      </w:r>
      <w:proofErr w:type="spellStart"/>
      <w:r>
        <w:t>vigentes</w:t>
      </w:r>
      <w:proofErr w:type="spellEnd"/>
      <w:r>
        <w:t xml:space="preserve"> de Fike </w:t>
      </w:r>
      <w:proofErr w:type="spellStart"/>
      <w:r>
        <w:t>ni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procedimientos</w:t>
      </w:r>
      <w:proofErr w:type="spellEnd"/>
      <w:r>
        <w:t xml:space="preserve"> </w:t>
      </w:r>
      <w:proofErr w:type="spellStart"/>
      <w:r>
        <w:t>aprobados</w:t>
      </w:r>
      <w:proofErr w:type="spellEnd"/>
      <w:r>
        <w:t xml:space="preserve"> para la </w:t>
      </w:r>
      <w:proofErr w:type="spellStart"/>
      <w:r>
        <w:t>instalación</w:t>
      </w:r>
      <w:proofErr w:type="spellEnd"/>
      <w:r>
        <w:t>.</w:t>
      </w:r>
    </w:p>
    <w:p w14:paraId="0A054714" w14:textId="77777777" w:rsidR="000767AF" w:rsidRDefault="00000000">
      <w:pPr>
        <w:spacing w:before="240"/>
      </w:pPr>
      <w:r>
        <w:rPr>
          <w:b/>
          <w:sz w:val="26"/>
        </w:rPr>
        <w:t>OBJETIVO GENERAL</w:t>
      </w:r>
    </w:p>
    <w:p w14:paraId="07848683" w14:textId="77777777" w:rsidR="000767AF" w:rsidRDefault="00000000">
      <w:pPr>
        <w:jc w:val="both"/>
      </w:pPr>
      <w:proofErr w:type="spellStart"/>
      <w:r>
        <w:t>Desarrollar</w:t>
      </w:r>
      <w:proofErr w:type="spellEnd"/>
      <w:r>
        <w:t xml:space="preserve"> </w:t>
      </w:r>
      <w:proofErr w:type="spellStart"/>
      <w:r>
        <w:t>competencias</w:t>
      </w:r>
      <w:proofErr w:type="spellEnd"/>
      <w:r>
        <w:t xml:space="preserve"> para </w:t>
      </w:r>
      <w:proofErr w:type="spellStart"/>
      <w:r>
        <w:t>identificar</w:t>
      </w:r>
      <w:proofErr w:type="spellEnd"/>
      <w:r>
        <w:t xml:space="preserve"> </w:t>
      </w:r>
      <w:proofErr w:type="spellStart"/>
      <w:r>
        <w:t>componentes</w:t>
      </w:r>
      <w:proofErr w:type="spellEnd"/>
      <w:r>
        <w:t xml:space="preserve">, </w:t>
      </w:r>
      <w:proofErr w:type="spellStart"/>
      <w:r>
        <w:t>interpretar</w:t>
      </w:r>
      <w:proofErr w:type="spellEnd"/>
      <w:r>
        <w:t xml:space="preserve"> </w:t>
      </w:r>
      <w:proofErr w:type="spellStart"/>
      <w:r>
        <w:t>condiciones</w:t>
      </w:r>
      <w:proofErr w:type="spellEnd"/>
      <w:r>
        <w:t xml:space="preserve"> del panel, responder ante </w:t>
      </w:r>
      <w:proofErr w:type="spellStart"/>
      <w:r>
        <w:t>eventos</w:t>
      </w:r>
      <w:proofErr w:type="spellEnd"/>
      <w:r>
        <w:t xml:space="preserve"> y </w:t>
      </w:r>
      <w:proofErr w:type="spellStart"/>
      <w:r>
        <w:t>participar</w:t>
      </w:r>
      <w:proofErr w:type="spellEnd"/>
      <w:r>
        <w:t xml:space="preserve"> de forma </w:t>
      </w:r>
      <w:proofErr w:type="spellStart"/>
      <w:r>
        <w:t>segura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inspecciones</w:t>
      </w:r>
      <w:proofErr w:type="spellEnd"/>
      <w:r>
        <w:t xml:space="preserve"> y </w:t>
      </w:r>
      <w:proofErr w:type="spellStart"/>
      <w:r>
        <w:t>mantenimiento</w:t>
      </w:r>
      <w:proofErr w:type="spellEnd"/>
      <w:r>
        <w:t xml:space="preserve"> </w:t>
      </w:r>
      <w:proofErr w:type="spellStart"/>
      <w:r>
        <w:t>preventivo</w:t>
      </w:r>
      <w:proofErr w:type="spellEnd"/>
      <w:r>
        <w:t xml:space="preserve">, </w:t>
      </w:r>
      <w:proofErr w:type="spellStart"/>
      <w:r>
        <w:t>respetando</w:t>
      </w:r>
      <w:proofErr w:type="spellEnd"/>
      <w:r>
        <w:t xml:space="preserve"> las </w:t>
      </w:r>
      <w:proofErr w:type="spellStart"/>
      <w:r>
        <w:t>autorizaciones</w:t>
      </w:r>
      <w:proofErr w:type="spellEnd"/>
      <w:r>
        <w:t xml:space="preserve"> y las </w:t>
      </w:r>
      <w:proofErr w:type="spellStart"/>
      <w:r>
        <w:t>medidas</w:t>
      </w:r>
      <w:proofErr w:type="spellEnd"/>
      <w:r>
        <w:t xml:space="preserve"> de control de </w:t>
      </w:r>
      <w:proofErr w:type="spellStart"/>
      <w:r>
        <w:t>descargas</w:t>
      </w:r>
      <w:proofErr w:type="spellEnd"/>
      <w:r>
        <w:t xml:space="preserve"> </w:t>
      </w:r>
      <w:proofErr w:type="spellStart"/>
      <w:r>
        <w:t>accidentales</w:t>
      </w:r>
      <w:proofErr w:type="spellEnd"/>
      <w:r>
        <w:t>.</w:t>
      </w:r>
    </w:p>
    <w:p w14:paraId="02290491" w14:textId="77777777" w:rsidR="000767AF" w:rsidRDefault="00000000">
      <w:pPr>
        <w:spacing w:before="240"/>
      </w:pPr>
      <w:r>
        <w:rPr>
          <w:b/>
          <w:sz w:val="26"/>
        </w:rPr>
        <w:t>OBJETIVOS ESPECÍFICOS</w:t>
      </w:r>
    </w:p>
    <w:p w14:paraId="7AA0F242" w14:textId="77777777" w:rsidR="000767AF" w:rsidRDefault="00000000">
      <w:pPr>
        <w:jc w:val="both"/>
      </w:pPr>
      <w:r>
        <w:t xml:space="preserve">• </w:t>
      </w:r>
      <w:proofErr w:type="spellStart"/>
      <w:r>
        <w:t>Reconocer</w:t>
      </w:r>
      <w:proofErr w:type="spellEnd"/>
      <w:r>
        <w:t xml:space="preserve"> </w:t>
      </w:r>
      <w:proofErr w:type="spellStart"/>
      <w:r>
        <w:t>arquitectura</w:t>
      </w:r>
      <w:proofErr w:type="spellEnd"/>
      <w:r>
        <w:t xml:space="preserve"> y </w:t>
      </w:r>
      <w:proofErr w:type="spellStart"/>
      <w:r>
        <w:t>principales</w:t>
      </w:r>
      <w:proofErr w:type="spellEnd"/>
      <w:r>
        <w:t xml:space="preserve"> </w:t>
      </w:r>
      <w:proofErr w:type="spellStart"/>
      <w:r>
        <w:t>dispositivos</w:t>
      </w:r>
      <w:proofErr w:type="spellEnd"/>
      <w:r>
        <w:t xml:space="preserve"> </w:t>
      </w:r>
      <w:proofErr w:type="spellStart"/>
      <w:r>
        <w:t>vinculados</w:t>
      </w:r>
      <w:proofErr w:type="spellEnd"/>
      <w:r>
        <w:t xml:space="preserve"> al panel.</w:t>
      </w:r>
    </w:p>
    <w:p w14:paraId="0B7AC80A" w14:textId="77777777" w:rsidR="000767AF" w:rsidRDefault="00000000">
      <w:pPr>
        <w:jc w:val="both"/>
      </w:pPr>
      <w:r>
        <w:t xml:space="preserve">• </w:t>
      </w:r>
      <w:proofErr w:type="spellStart"/>
      <w:r>
        <w:t>Diferenciar</w:t>
      </w:r>
      <w:proofErr w:type="spellEnd"/>
      <w:r>
        <w:t xml:space="preserve">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normales</w:t>
      </w:r>
      <w:proofErr w:type="spellEnd"/>
      <w:r>
        <w:t xml:space="preserve">, </w:t>
      </w:r>
      <w:proofErr w:type="spellStart"/>
      <w:r>
        <w:t>alarmas</w:t>
      </w:r>
      <w:proofErr w:type="spellEnd"/>
      <w:r>
        <w:t xml:space="preserve">, </w:t>
      </w:r>
      <w:proofErr w:type="spellStart"/>
      <w:r>
        <w:t>averías</w:t>
      </w:r>
      <w:proofErr w:type="spellEnd"/>
      <w:r>
        <w:t xml:space="preserve"> y </w:t>
      </w:r>
      <w:proofErr w:type="spellStart"/>
      <w:r>
        <w:t>señales</w:t>
      </w:r>
      <w:proofErr w:type="spellEnd"/>
      <w:r>
        <w:t xml:space="preserve"> de </w:t>
      </w:r>
      <w:proofErr w:type="spellStart"/>
      <w:r>
        <w:t>supervisión</w:t>
      </w:r>
      <w:proofErr w:type="spellEnd"/>
      <w:r>
        <w:t>.</w:t>
      </w:r>
    </w:p>
    <w:p w14:paraId="0058EDFF" w14:textId="77777777" w:rsidR="000767AF" w:rsidRDefault="00000000">
      <w:pPr>
        <w:jc w:val="both"/>
      </w:pPr>
      <w:r>
        <w:t xml:space="preserve">• </w:t>
      </w:r>
      <w:proofErr w:type="spellStart"/>
      <w:r>
        <w:t>Identificar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controles</w:t>
      </w:r>
      <w:proofErr w:type="spellEnd"/>
      <w:r>
        <w:t xml:space="preserve"> del panel y sus </w:t>
      </w:r>
      <w:proofErr w:type="spellStart"/>
      <w:r>
        <w:t>restricciones</w:t>
      </w:r>
      <w:proofErr w:type="spellEnd"/>
      <w:r>
        <w:t xml:space="preserve"> </w:t>
      </w:r>
      <w:proofErr w:type="spellStart"/>
      <w:r>
        <w:t>operativas</w:t>
      </w:r>
      <w:proofErr w:type="spellEnd"/>
      <w:r>
        <w:t>.</w:t>
      </w:r>
    </w:p>
    <w:p w14:paraId="6EAEF240" w14:textId="77777777" w:rsidR="000767AF" w:rsidRDefault="00000000">
      <w:pPr>
        <w:jc w:val="both"/>
      </w:pPr>
      <w:r>
        <w:t xml:space="preserve">• </w:t>
      </w:r>
      <w:proofErr w:type="spellStart"/>
      <w:r>
        <w:t>Aplicar</w:t>
      </w:r>
      <w:proofErr w:type="spellEnd"/>
      <w:r>
        <w:t xml:space="preserve"> </w:t>
      </w:r>
      <w:proofErr w:type="spellStart"/>
      <w:r>
        <w:t>protocolos</w:t>
      </w:r>
      <w:proofErr w:type="spellEnd"/>
      <w:r>
        <w:t xml:space="preserve"> </w:t>
      </w:r>
      <w:proofErr w:type="spellStart"/>
      <w:r>
        <w:t>seguros</w:t>
      </w:r>
      <w:proofErr w:type="spellEnd"/>
      <w:r>
        <w:t xml:space="preserve"> de </w:t>
      </w:r>
      <w:proofErr w:type="spellStart"/>
      <w:r>
        <w:t>comunicación</w:t>
      </w:r>
      <w:proofErr w:type="spellEnd"/>
      <w:r>
        <w:t xml:space="preserve"> y </w:t>
      </w:r>
      <w:proofErr w:type="spellStart"/>
      <w:r>
        <w:t>respuesta</w:t>
      </w:r>
      <w:proofErr w:type="spellEnd"/>
      <w:r>
        <w:t xml:space="preserve"> ante </w:t>
      </w:r>
      <w:proofErr w:type="spellStart"/>
      <w:r>
        <w:t>eventos</w:t>
      </w:r>
      <w:proofErr w:type="spellEnd"/>
      <w:r>
        <w:t>.</w:t>
      </w:r>
    </w:p>
    <w:p w14:paraId="48907E4E" w14:textId="77777777" w:rsidR="000767AF" w:rsidRDefault="00000000">
      <w:pPr>
        <w:jc w:val="both"/>
      </w:pPr>
      <w:r>
        <w:t xml:space="preserve">• Registrar </w:t>
      </w:r>
      <w:proofErr w:type="spellStart"/>
      <w:r>
        <w:t>inspecciones</w:t>
      </w:r>
      <w:proofErr w:type="spellEnd"/>
      <w:r>
        <w:t xml:space="preserve">, </w:t>
      </w:r>
      <w:proofErr w:type="spellStart"/>
      <w:r>
        <w:t>fallas</w:t>
      </w:r>
      <w:proofErr w:type="spellEnd"/>
      <w:r>
        <w:t xml:space="preserve">, </w:t>
      </w:r>
      <w:proofErr w:type="spellStart"/>
      <w:r>
        <w:t>pruebas</w:t>
      </w:r>
      <w:proofErr w:type="spellEnd"/>
      <w:r>
        <w:t xml:space="preserve"> y </w:t>
      </w:r>
      <w:proofErr w:type="spellStart"/>
      <w:r>
        <w:t>acciones</w:t>
      </w:r>
      <w:proofErr w:type="spellEnd"/>
      <w:r>
        <w:t xml:space="preserve"> </w:t>
      </w:r>
      <w:proofErr w:type="spellStart"/>
      <w:r>
        <w:t>correctivas</w:t>
      </w:r>
      <w:proofErr w:type="spellEnd"/>
      <w:r>
        <w:t>.</w:t>
      </w:r>
    </w:p>
    <w:p w14:paraId="6A4A64B4" w14:textId="77777777" w:rsidR="000767AF" w:rsidRDefault="00000000">
      <w:pPr>
        <w:jc w:val="both"/>
      </w:pPr>
      <w:r>
        <w:t xml:space="preserve">• Resolver </w:t>
      </w:r>
      <w:proofErr w:type="spellStart"/>
      <w:r>
        <w:t>casos</w:t>
      </w:r>
      <w:proofErr w:type="spellEnd"/>
      <w:r>
        <w:t xml:space="preserve"> </w:t>
      </w:r>
      <w:proofErr w:type="spellStart"/>
      <w:r>
        <w:t>prácticos</w:t>
      </w:r>
      <w:proofErr w:type="spellEnd"/>
      <w:r>
        <w:t xml:space="preserve"> y </w:t>
      </w:r>
      <w:proofErr w:type="spellStart"/>
      <w:r>
        <w:t>evaluar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conocimientos</w:t>
      </w:r>
      <w:proofErr w:type="spellEnd"/>
      <w:r>
        <w:t xml:space="preserve"> </w:t>
      </w:r>
      <w:proofErr w:type="spellStart"/>
      <w:r>
        <w:t>adquiridos</w:t>
      </w:r>
      <w:proofErr w:type="spellEnd"/>
      <w:r>
        <w:t>.</w:t>
      </w:r>
    </w:p>
    <w:p w14:paraId="43063C96" w14:textId="77777777" w:rsidR="000767AF" w:rsidRDefault="00000000">
      <w:pPr>
        <w:spacing w:before="240"/>
      </w:pPr>
      <w:r>
        <w:rPr>
          <w:b/>
          <w:sz w:val="26"/>
        </w:rPr>
        <w:t>PROGRAMA DE CAPACITACIÓN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91"/>
        <w:gridCol w:w="3091"/>
        <w:gridCol w:w="3091"/>
      </w:tblGrid>
      <w:tr w:rsidR="000767AF" w14:paraId="4012D708" w14:textId="77777777">
        <w:trPr>
          <w:jc w:val="center"/>
        </w:trPr>
        <w:tc>
          <w:tcPr>
            <w:tcW w:w="3091" w:type="dxa"/>
            <w:shd w:val="clear" w:color="auto" w:fill="DCEBF6"/>
          </w:tcPr>
          <w:p w14:paraId="614F0F3F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Módulo</w:t>
            </w:r>
            <w:proofErr w:type="spellEnd"/>
          </w:p>
        </w:tc>
        <w:tc>
          <w:tcPr>
            <w:tcW w:w="3091" w:type="dxa"/>
            <w:shd w:val="clear" w:color="auto" w:fill="DCEBF6"/>
          </w:tcPr>
          <w:p w14:paraId="3108CC0A" w14:textId="77777777" w:rsidR="000767AF" w:rsidRDefault="00000000">
            <w:pPr>
              <w:spacing w:after="20"/>
            </w:pPr>
            <w:r>
              <w:rPr>
                <w:b/>
                <w:sz w:val="18"/>
              </w:rPr>
              <w:t>Tema</w:t>
            </w:r>
          </w:p>
        </w:tc>
        <w:tc>
          <w:tcPr>
            <w:tcW w:w="3091" w:type="dxa"/>
            <w:shd w:val="clear" w:color="auto" w:fill="DCEBF6"/>
          </w:tcPr>
          <w:p w14:paraId="3988618B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Minutos</w:t>
            </w:r>
            <w:proofErr w:type="spellEnd"/>
          </w:p>
        </w:tc>
      </w:tr>
      <w:tr w:rsidR="000767AF" w14:paraId="2DF20CEA" w14:textId="77777777">
        <w:trPr>
          <w:jc w:val="center"/>
        </w:trPr>
        <w:tc>
          <w:tcPr>
            <w:tcW w:w="3091" w:type="dxa"/>
          </w:tcPr>
          <w:p w14:paraId="2DD016F6" w14:textId="77777777" w:rsidR="000767AF" w:rsidRDefault="00000000">
            <w:pPr>
              <w:spacing w:after="20"/>
            </w:pPr>
            <w:r>
              <w:rPr>
                <w:sz w:val="18"/>
              </w:rPr>
              <w:t>1</w:t>
            </w:r>
          </w:p>
        </w:tc>
        <w:tc>
          <w:tcPr>
            <w:tcW w:w="3091" w:type="dxa"/>
          </w:tcPr>
          <w:p w14:paraId="230DB908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Fundamentos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arquitectura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seguridad</w:t>
            </w:r>
            <w:proofErr w:type="spellEnd"/>
          </w:p>
        </w:tc>
        <w:tc>
          <w:tcPr>
            <w:tcW w:w="3091" w:type="dxa"/>
          </w:tcPr>
          <w:p w14:paraId="60801D54" w14:textId="2CA669A3" w:rsidR="000767AF" w:rsidRDefault="00156F47">
            <w:pPr>
              <w:spacing w:after="20"/>
            </w:pPr>
            <w:r>
              <w:rPr>
                <w:sz w:val="18"/>
              </w:rPr>
              <w:t>5</w:t>
            </w:r>
            <w:r w:rsidR="00000000">
              <w:rPr>
                <w:sz w:val="18"/>
              </w:rPr>
              <w:t>5</w:t>
            </w:r>
          </w:p>
        </w:tc>
      </w:tr>
      <w:tr w:rsidR="000767AF" w14:paraId="2110124D" w14:textId="77777777">
        <w:trPr>
          <w:jc w:val="center"/>
        </w:trPr>
        <w:tc>
          <w:tcPr>
            <w:tcW w:w="3091" w:type="dxa"/>
          </w:tcPr>
          <w:p w14:paraId="39E627FA" w14:textId="77777777" w:rsidR="000767AF" w:rsidRDefault="00000000">
            <w:pPr>
              <w:spacing w:after="20"/>
            </w:pPr>
            <w:r>
              <w:rPr>
                <w:sz w:val="18"/>
              </w:rPr>
              <w:t>2</w:t>
            </w:r>
          </w:p>
        </w:tc>
        <w:tc>
          <w:tcPr>
            <w:tcW w:w="3091" w:type="dxa"/>
          </w:tcPr>
          <w:p w14:paraId="4D9879C9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Interfaz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indicadores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manejo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eventos</w:t>
            </w:r>
            <w:proofErr w:type="spellEnd"/>
          </w:p>
        </w:tc>
        <w:tc>
          <w:tcPr>
            <w:tcW w:w="3091" w:type="dxa"/>
          </w:tcPr>
          <w:p w14:paraId="6D84F74C" w14:textId="77777777" w:rsidR="000767AF" w:rsidRDefault="00000000">
            <w:pPr>
              <w:spacing w:after="20"/>
            </w:pPr>
            <w:r>
              <w:rPr>
                <w:sz w:val="18"/>
              </w:rPr>
              <w:t>60</w:t>
            </w:r>
          </w:p>
        </w:tc>
      </w:tr>
      <w:tr w:rsidR="000767AF" w14:paraId="09F6B35B" w14:textId="77777777">
        <w:trPr>
          <w:jc w:val="center"/>
        </w:trPr>
        <w:tc>
          <w:tcPr>
            <w:tcW w:w="3091" w:type="dxa"/>
          </w:tcPr>
          <w:p w14:paraId="009AD8D6" w14:textId="77777777" w:rsidR="000767AF" w:rsidRDefault="00000000">
            <w:pPr>
              <w:spacing w:after="20"/>
            </w:pPr>
            <w:r>
              <w:rPr>
                <w:sz w:val="18"/>
              </w:rPr>
              <w:t>3</w:t>
            </w:r>
          </w:p>
        </w:tc>
        <w:tc>
          <w:tcPr>
            <w:tcW w:w="3091" w:type="dxa"/>
          </w:tcPr>
          <w:p w14:paraId="4F7D3A72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Inspecciones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mantenimiento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pruebas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seguras</w:t>
            </w:r>
            <w:proofErr w:type="spellEnd"/>
          </w:p>
        </w:tc>
        <w:tc>
          <w:tcPr>
            <w:tcW w:w="3091" w:type="dxa"/>
          </w:tcPr>
          <w:p w14:paraId="123803CE" w14:textId="77777777" w:rsidR="000767AF" w:rsidRDefault="00000000">
            <w:pPr>
              <w:spacing w:after="20"/>
            </w:pPr>
            <w:r>
              <w:rPr>
                <w:sz w:val="18"/>
              </w:rPr>
              <w:t>65</w:t>
            </w:r>
          </w:p>
        </w:tc>
      </w:tr>
      <w:tr w:rsidR="000767AF" w14:paraId="4B047475" w14:textId="77777777">
        <w:trPr>
          <w:jc w:val="center"/>
        </w:trPr>
        <w:tc>
          <w:tcPr>
            <w:tcW w:w="3091" w:type="dxa"/>
          </w:tcPr>
          <w:p w14:paraId="584B6267" w14:textId="77777777" w:rsidR="000767AF" w:rsidRDefault="00000000">
            <w:pPr>
              <w:spacing w:after="20"/>
            </w:pPr>
            <w:r>
              <w:rPr>
                <w:sz w:val="18"/>
              </w:rPr>
              <w:t>4</w:t>
            </w:r>
          </w:p>
        </w:tc>
        <w:tc>
          <w:tcPr>
            <w:tcW w:w="3091" w:type="dxa"/>
          </w:tcPr>
          <w:p w14:paraId="5F0AFA09" w14:textId="7C7DC49C" w:rsidR="000767AF" w:rsidRDefault="00156F47">
            <w:pPr>
              <w:spacing w:after="20"/>
            </w:pPr>
            <w:proofErr w:type="spellStart"/>
            <w:r>
              <w:rPr>
                <w:sz w:val="18"/>
              </w:rPr>
              <w:t>Ejercicios</w:t>
            </w:r>
            <w:proofErr w:type="spellEnd"/>
            <w:r w:rsidR="00000000">
              <w:rPr>
                <w:sz w:val="18"/>
              </w:rPr>
              <w:t xml:space="preserve"> </w:t>
            </w:r>
            <w:proofErr w:type="spellStart"/>
            <w:r w:rsidR="00000000">
              <w:rPr>
                <w:sz w:val="18"/>
              </w:rPr>
              <w:t>virtual</w:t>
            </w:r>
            <w:r>
              <w:rPr>
                <w:sz w:val="18"/>
              </w:rPr>
              <w:t>es</w:t>
            </w:r>
            <w:proofErr w:type="spellEnd"/>
            <w:r w:rsidR="00000000">
              <w:rPr>
                <w:sz w:val="18"/>
              </w:rPr>
              <w:t xml:space="preserve"> y </w:t>
            </w:r>
            <w:proofErr w:type="spellStart"/>
            <w:r w:rsidR="00000000">
              <w:rPr>
                <w:sz w:val="18"/>
              </w:rPr>
              <w:t>evaluación</w:t>
            </w:r>
            <w:proofErr w:type="spellEnd"/>
          </w:p>
        </w:tc>
        <w:tc>
          <w:tcPr>
            <w:tcW w:w="3091" w:type="dxa"/>
          </w:tcPr>
          <w:p w14:paraId="43270555" w14:textId="43754CF8" w:rsidR="000767AF" w:rsidRDefault="00156F47">
            <w:pPr>
              <w:spacing w:after="20"/>
            </w:pPr>
            <w:r>
              <w:rPr>
                <w:sz w:val="18"/>
              </w:rPr>
              <w:t>6</w:t>
            </w:r>
            <w:r w:rsidR="00000000">
              <w:rPr>
                <w:sz w:val="18"/>
              </w:rPr>
              <w:t>0</w:t>
            </w:r>
          </w:p>
        </w:tc>
      </w:tr>
      <w:tr w:rsidR="00156F47" w14:paraId="46152686" w14:textId="77777777">
        <w:trPr>
          <w:jc w:val="center"/>
        </w:trPr>
        <w:tc>
          <w:tcPr>
            <w:tcW w:w="3091" w:type="dxa"/>
          </w:tcPr>
          <w:p w14:paraId="7DB1B034" w14:textId="6CE989DA" w:rsidR="00156F47" w:rsidRDefault="00156F47">
            <w:pPr>
              <w:spacing w:after="20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091" w:type="dxa"/>
          </w:tcPr>
          <w:p w14:paraId="24C1B866" w14:textId="17150F62" w:rsidR="00156F47" w:rsidRDefault="00156F47">
            <w:pPr>
              <w:spacing w:after="20"/>
              <w:rPr>
                <w:sz w:val="18"/>
              </w:rPr>
            </w:pPr>
            <w:r>
              <w:rPr>
                <w:sz w:val="18"/>
              </w:rPr>
              <w:t>Video tutorial FIKE</w:t>
            </w:r>
          </w:p>
        </w:tc>
        <w:tc>
          <w:tcPr>
            <w:tcW w:w="3091" w:type="dxa"/>
          </w:tcPr>
          <w:p w14:paraId="36CBDE1F" w14:textId="4E8DD1A4" w:rsidR="00156F47" w:rsidRDefault="00156F47">
            <w:pPr>
              <w:spacing w:after="20"/>
              <w:rPr>
                <w:sz w:val="18"/>
              </w:rPr>
            </w:pPr>
            <w:r>
              <w:rPr>
                <w:sz w:val="18"/>
              </w:rPr>
              <w:t>180</w:t>
            </w:r>
          </w:p>
        </w:tc>
      </w:tr>
      <w:tr w:rsidR="000767AF" w14:paraId="1E7708A6" w14:textId="77777777">
        <w:trPr>
          <w:jc w:val="center"/>
        </w:trPr>
        <w:tc>
          <w:tcPr>
            <w:tcW w:w="3091" w:type="dxa"/>
          </w:tcPr>
          <w:p w14:paraId="04F47989" w14:textId="77777777" w:rsidR="000767AF" w:rsidRDefault="00000000">
            <w:pPr>
              <w:spacing w:after="20"/>
            </w:pPr>
            <w:r>
              <w:rPr>
                <w:sz w:val="18"/>
              </w:rPr>
              <w:t>TOTAL</w:t>
            </w:r>
          </w:p>
        </w:tc>
        <w:tc>
          <w:tcPr>
            <w:tcW w:w="3091" w:type="dxa"/>
          </w:tcPr>
          <w:p w14:paraId="31E725C2" w14:textId="77777777" w:rsidR="000767AF" w:rsidRDefault="000767AF">
            <w:pPr>
              <w:spacing w:after="20"/>
            </w:pPr>
          </w:p>
        </w:tc>
        <w:tc>
          <w:tcPr>
            <w:tcW w:w="3091" w:type="dxa"/>
          </w:tcPr>
          <w:p w14:paraId="0BA044AB" w14:textId="30798B77" w:rsidR="000767AF" w:rsidRDefault="00BD159B">
            <w:pPr>
              <w:spacing w:after="20"/>
            </w:pPr>
            <w:r>
              <w:rPr>
                <w:sz w:val="18"/>
              </w:rPr>
              <w:t>480</w:t>
            </w:r>
          </w:p>
        </w:tc>
      </w:tr>
    </w:tbl>
    <w:p w14:paraId="57938871" w14:textId="2561D7F1" w:rsidR="000767AF" w:rsidRDefault="000767AF">
      <w:pPr>
        <w:spacing w:after="0"/>
      </w:pPr>
    </w:p>
    <w:p w14:paraId="51E64379" w14:textId="77777777" w:rsidR="000767AF" w:rsidRDefault="00000000">
      <w:pPr>
        <w:jc w:val="both"/>
      </w:pPr>
      <w:r>
        <w:t xml:space="preserve">Manual del </w:t>
      </w:r>
      <w:proofErr w:type="spellStart"/>
      <w:r>
        <w:t>alumno</w:t>
      </w:r>
      <w:proofErr w:type="spellEnd"/>
      <w:r>
        <w:t xml:space="preserve"> · Sistemas </w:t>
      </w:r>
      <w:proofErr w:type="spellStart"/>
      <w:r>
        <w:t>direccionables</w:t>
      </w:r>
      <w:proofErr w:type="spellEnd"/>
      <w:r>
        <w:t xml:space="preserve"> de </w:t>
      </w:r>
      <w:proofErr w:type="spellStart"/>
      <w:r>
        <w:t>detección</w:t>
      </w:r>
      <w:proofErr w:type="spellEnd"/>
      <w:r>
        <w:t xml:space="preserve">, </w:t>
      </w:r>
      <w:proofErr w:type="spellStart"/>
      <w:r>
        <w:t>alarma</w:t>
      </w:r>
      <w:proofErr w:type="spellEnd"/>
      <w:r>
        <w:t xml:space="preserve"> y control de </w:t>
      </w:r>
      <w:proofErr w:type="spellStart"/>
      <w:r>
        <w:t>supresión</w:t>
      </w:r>
      <w:proofErr w:type="spellEnd"/>
      <w:r>
        <w:t xml:space="preserve"> de </w:t>
      </w:r>
      <w:proofErr w:type="spellStart"/>
      <w:r>
        <w:t>incendios</w:t>
      </w:r>
      <w:proofErr w:type="spellEnd"/>
    </w:p>
    <w:p w14:paraId="09B74C6E" w14:textId="77777777" w:rsidR="000767AF" w:rsidRDefault="00000000">
      <w:pPr>
        <w:jc w:val="both"/>
      </w:pPr>
      <w:proofErr w:type="spellStart"/>
      <w:r>
        <w:t>Enfoque</w:t>
      </w:r>
      <w:proofErr w:type="spellEnd"/>
      <w:r>
        <w:t xml:space="preserve">: </w:t>
      </w:r>
      <w:proofErr w:type="spellStart"/>
      <w:r>
        <w:t>operación</w:t>
      </w:r>
      <w:proofErr w:type="spellEnd"/>
      <w:r>
        <w:t xml:space="preserve"> </w:t>
      </w:r>
      <w:proofErr w:type="spellStart"/>
      <w:r>
        <w:t>segura</w:t>
      </w:r>
      <w:proofErr w:type="spellEnd"/>
      <w:r>
        <w:t xml:space="preserve">, </w:t>
      </w:r>
      <w:proofErr w:type="spellStart"/>
      <w:r>
        <w:t>interpretación</w:t>
      </w:r>
      <w:proofErr w:type="spellEnd"/>
      <w:r>
        <w:t xml:space="preserve"> de </w:t>
      </w:r>
      <w:proofErr w:type="spellStart"/>
      <w:r>
        <w:t>eventos</w:t>
      </w:r>
      <w:proofErr w:type="spellEnd"/>
      <w:r>
        <w:t xml:space="preserve">, </w:t>
      </w:r>
      <w:proofErr w:type="spellStart"/>
      <w:r>
        <w:t>inspecciones</w:t>
      </w:r>
      <w:proofErr w:type="spellEnd"/>
      <w:r>
        <w:t xml:space="preserve"> y </w:t>
      </w:r>
      <w:proofErr w:type="spellStart"/>
      <w:r>
        <w:t>mantenimiento</w:t>
      </w:r>
      <w:proofErr w:type="spellEnd"/>
      <w:r>
        <w:t xml:space="preserve"> </w:t>
      </w:r>
      <w:proofErr w:type="spellStart"/>
      <w:r>
        <w:t>preventivo</w:t>
      </w:r>
      <w:proofErr w:type="spellEnd"/>
      <w:r>
        <w:t xml:space="preserve"> </w:t>
      </w:r>
      <w:proofErr w:type="spellStart"/>
      <w:r>
        <w:t>coordinado</w:t>
      </w:r>
      <w:proofErr w:type="spellEnd"/>
      <w:r>
        <w:t>.</w:t>
      </w:r>
    </w:p>
    <w:p w14:paraId="57FBD8C6" w14:textId="019E008D" w:rsidR="000767AF" w:rsidRDefault="00000000">
      <w:pPr>
        <w:jc w:val="both"/>
      </w:pPr>
      <w:proofErr w:type="spellStart"/>
      <w:r>
        <w:t>Modelos</w:t>
      </w:r>
      <w:proofErr w:type="spellEnd"/>
      <w:r>
        <w:t xml:space="preserve"> de </w:t>
      </w:r>
      <w:proofErr w:type="spellStart"/>
      <w:r>
        <w:t>referencia</w:t>
      </w:r>
      <w:proofErr w:type="spellEnd"/>
      <w:r>
        <w:t xml:space="preserve">: Cheetah Xi y Cheetah Xi 50. </w:t>
      </w:r>
      <w:proofErr w:type="spellStart"/>
      <w:r>
        <w:t>Edición</w:t>
      </w:r>
      <w:proofErr w:type="spellEnd"/>
      <w:r>
        <w:t xml:space="preserve"> de </w:t>
      </w:r>
      <w:proofErr w:type="spellStart"/>
      <w:r>
        <w:t>capacitación</w:t>
      </w:r>
      <w:proofErr w:type="spellEnd"/>
      <w:r>
        <w:t xml:space="preserve">: </w:t>
      </w:r>
      <w:proofErr w:type="spellStart"/>
      <w:r>
        <w:t>octubre</w:t>
      </w:r>
      <w:proofErr w:type="spellEnd"/>
      <w:r>
        <w:t xml:space="preserve"> de 2026.</w:t>
      </w:r>
    </w:p>
    <w:p w14:paraId="2587CD0F" w14:textId="77777777" w:rsidR="005169B3" w:rsidRDefault="005169B3">
      <w:pPr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4637"/>
      </w:tblGrid>
      <w:tr w:rsidR="000767AF" w14:paraId="7D6778F4" w14:textId="77777777">
        <w:trPr>
          <w:jc w:val="center"/>
        </w:trPr>
        <w:tc>
          <w:tcPr>
            <w:tcW w:w="4637" w:type="dxa"/>
            <w:shd w:val="clear" w:color="auto" w:fill="DCEBF6"/>
          </w:tcPr>
          <w:p w14:paraId="73B80256" w14:textId="77777777" w:rsidR="000767AF" w:rsidRDefault="00000000">
            <w:pPr>
              <w:spacing w:after="20"/>
            </w:pPr>
            <w:r>
              <w:rPr>
                <w:b/>
                <w:sz w:val="18"/>
              </w:rPr>
              <w:lastRenderedPageBreak/>
              <w:t xml:space="preserve">Datos del </w:t>
            </w:r>
            <w:proofErr w:type="spellStart"/>
            <w:r>
              <w:rPr>
                <w:b/>
                <w:sz w:val="18"/>
              </w:rPr>
              <w:t>curso</w:t>
            </w:r>
            <w:proofErr w:type="spellEnd"/>
          </w:p>
        </w:tc>
        <w:tc>
          <w:tcPr>
            <w:tcW w:w="4637" w:type="dxa"/>
            <w:shd w:val="clear" w:color="auto" w:fill="DCEBF6"/>
          </w:tcPr>
          <w:p w14:paraId="753E9859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Completar</w:t>
            </w:r>
            <w:proofErr w:type="spellEnd"/>
          </w:p>
        </w:tc>
      </w:tr>
      <w:tr w:rsidR="000767AF" w14:paraId="4FE81BA4" w14:textId="77777777">
        <w:trPr>
          <w:jc w:val="center"/>
        </w:trPr>
        <w:tc>
          <w:tcPr>
            <w:tcW w:w="4637" w:type="dxa"/>
          </w:tcPr>
          <w:p w14:paraId="059814C4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Institución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empresa</w:t>
            </w:r>
            <w:proofErr w:type="spellEnd"/>
          </w:p>
        </w:tc>
        <w:tc>
          <w:tcPr>
            <w:tcW w:w="4637" w:type="dxa"/>
          </w:tcPr>
          <w:p w14:paraId="36615AE0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</w:t>
            </w:r>
          </w:p>
        </w:tc>
      </w:tr>
      <w:tr w:rsidR="000767AF" w14:paraId="1F9B316B" w14:textId="77777777">
        <w:trPr>
          <w:jc w:val="center"/>
        </w:trPr>
        <w:tc>
          <w:tcPr>
            <w:tcW w:w="4637" w:type="dxa"/>
          </w:tcPr>
          <w:p w14:paraId="16793B5F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Participante</w:t>
            </w:r>
            <w:proofErr w:type="spellEnd"/>
          </w:p>
        </w:tc>
        <w:tc>
          <w:tcPr>
            <w:tcW w:w="4637" w:type="dxa"/>
          </w:tcPr>
          <w:p w14:paraId="43E7685B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</w:t>
            </w:r>
          </w:p>
        </w:tc>
      </w:tr>
      <w:tr w:rsidR="000767AF" w14:paraId="7A19CF5F" w14:textId="77777777">
        <w:trPr>
          <w:jc w:val="center"/>
        </w:trPr>
        <w:tc>
          <w:tcPr>
            <w:tcW w:w="4637" w:type="dxa"/>
          </w:tcPr>
          <w:p w14:paraId="1FC39EDB" w14:textId="77777777" w:rsidR="000767AF" w:rsidRDefault="00000000">
            <w:pPr>
              <w:spacing w:after="20"/>
            </w:pPr>
            <w:r>
              <w:rPr>
                <w:sz w:val="18"/>
              </w:rPr>
              <w:t>Instructor</w:t>
            </w:r>
          </w:p>
        </w:tc>
        <w:tc>
          <w:tcPr>
            <w:tcW w:w="4637" w:type="dxa"/>
          </w:tcPr>
          <w:p w14:paraId="2EB1E7E4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</w:t>
            </w:r>
          </w:p>
        </w:tc>
      </w:tr>
      <w:tr w:rsidR="000767AF" w14:paraId="7C655A6A" w14:textId="77777777">
        <w:trPr>
          <w:jc w:val="center"/>
        </w:trPr>
        <w:tc>
          <w:tcPr>
            <w:tcW w:w="4637" w:type="dxa"/>
          </w:tcPr>
          <w:p w14:paraId="4B355C88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Fecha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sede</w:t>
            </w:r>
            <w:proofErr w:type="spellEnd"/>
          </w:p>
        </w:tc>
        <w:tc>
          <w:tcPr>
            <w:tcW w:w="4637" w:type="dxa"/>
          </w:tcPr>
          <w:p w14:paraId="592BB255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</w:t>
            </w:r>
          </w:p>
        </w:tc>
      </w:tr>
      <w:tr w:rsidR="000767AF" w14:paraId="41A1949D" w14:textId="77777777">
        <w:trPr>
          <w:jc w:val="center"/>
        </w:trPr>
        <w:tc>
          <w:tcPr>
            <w:tcW w:w="4637" w:type="dxa"/>
          </w:tcPr>
          <w:p w14:paraId="574A9828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Modelo</w:t>
            </w:r>
            <w:proofErr w:type="spellEnd"/>
            <w:r>
              <w:rPr>
                <w:sz w:val="18"/>
              </w:rPr>
              <w:t xml:space="preserve">, P/N y </w:t>
            </w:r>
            <w:proofErr w:type="spellStart"/>
            <w:r>
              <w:rPr>
                <w:sz w:val="18"/>
              </w:rPr>
              <w:t>versión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instalados</w:t>
            </w:r>
            <w:proofErr w:type="spellEnd"/>
          </w:p>
        </w:tc>
        <w:tc>
          <w:tcPr>
            <w:tcW w:w="4637" w:type="dxa"/>
          </w:tcPr>
          <w:p w14:paraId="63BC15EA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</w:t>
            </w:r>
          </w:p>
        </w:tc>
      </w:tr>
    </w:tbl>
    <w:p w14:paraId="6ECF265F" w14:textId="77777777" w:rsidR="000767AF" w:rsidRDefault="000767AF">
      <w:pPr>
        <w:spacing w:after="0"/>
      </w:pPr>
    </w:p>
    <w:p w14:paraId="1BFFF476" w14:textId="77777777" w:rsidR="000767AF" w:rsidRDefault="00000000">
      <w:pPr>
        <w:jc w:val="both"/>
      </w:pPr>
      <w:r>
        <w:t xml:space="preserve">AVISO DE SEGURIDAD. Este manual es </w:t>
      </w:r>
      <w:proofErr w:type="spellStart"/>
      <w:r>
        <w:t>didáctico</w:t>
      </w:r>
      <w:proofErr w:type="spellEnd"/>
      <w:r>
        <w:t xml:space="preserve"> y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dirigido</w:t>
      </w:r>
      <w:proofErr w:type="spellEnd"/>
      <w:r>
        <w:t xml:space="preserve"> a un </w:t>
      </w:r>
      <w:proofErr w:type="spellStart"/>
      <w:r>
        <w:t>curso</w:t>
      </w:r>
      <w:proofErr w:type="spellEnd"/>
      <w:r>
        <w:t xml:space="preserve"> virtual.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aprendizaje</w:t>
      </w:r>
      <w:proofErr w:type="spellEnd"/>
      <w:r>
        <w:t xml:space="preserve"> se </w:t>
      </w:r>
      <w:proofErr w:type="spellStart"/>
      <w:r>
        <w:t>desarrollan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imágenes</w:t>
      </w:r>
      <w:proofErr w:type="spellEnd"/>
      <w:r>
        <w:t xml:space="preserve">, </w:t>
      </w:r>
      <w:proofErr w:type="spellStart"/>
      <w:r>
        <w:t>capturas</w:t>
      </w:r>
      <w:proofErr w:type="spellEnd"/>
      <w:r>
        <w:t xml:space="preserve">, </w:t>
      </w:r>
      <w:proofErr w:type="spellStart"/>
      <w:r>
        <w:t>casos</w:t>
      </w:r>
      <w:proofErr w:type="spellEnd"/>
      <w:r>
        <w:t xml:space="preserve"> y </w:t>
      </w:r>
      <w:proofErr w:type="spellStart"/>
      <w:r>
        <w:t>registros</w:t>
      </w:r>
      <w:proofErr w:type="spellEnd"/>
      <w:r>
        <w:t xml:space="preserve"> </w:t>
      </w:r>
      <w:proofErr w:type="spellStart"/>
      <w:r>
        <w:t>simulados</w:t>
      </w:r>
      <w:proofErr w:type="spellEnd"/>
      <w:r>
        <w:t xml:space="preserve"> </w:t>
      </w:r>
      <w:proofErr w:type="spellStart"/>
      <w:r>
        <w:t>compartidos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instructor. No se </w:t>
      </w:r>
      <w:proofErr w:type="spellStart"/>
      <w:r>
        <w:t>requieren</w:t>
      </w:r>
      <w:proofErr w:type="spellEnd"/>
      <w:r>
        <w:t xml:space="preserve"> </w:t>
      </w:r>
      <w:proofErr w:type="spellStart"/>
      <w:r>
        <w:t>paneles</w:t>
      </w:r>
      <w:proofErr w:type="spellEnd"/>
      <w:r>
        <w:t xml:space="preserve"> </w:t>
      </w:r>
      <w:proofErr w:type="spellStart"/>
      <w:r>
        <w:t>físicos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se </w:t>
      </w:r>
      <w:proofErr w:type="spellStart"/>
      <w:r>
        <w:t>debe</w:t>
      </w:r>
      <w:proofErr w:type="spellEnd"/>
      <w:r>
        <w:t xml:space="preserve"> manipular </w:t>
      </w:r>
      <w:proofErr w:type="spellStart"/>
      <w:r>
        <w:t>ningún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instalado</w:t>
      </w:r>
      <w:proofErr w:type="spellEnd"/>
      <w:r>
        <w:t xml:space="preserve">. El </w:t>
      </w:r>
      <w:proofErr w:type="spellStart"/>
      <w:r>
        <w:t>documento</w:t>
      </w:r>
      <w:proofErr w:type="spellEnd"/>
      <w:r>
        <w:t xml:space="preserve"> no </w:t>
      </w:r>
      <w:proofErr w:type="spellStart"/>
      <w:r>
        <w:t>sustituye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manuales</w:t>
      </w:r>
      <w:proofErr w:type="spellEnd"/>
      <w:r>
        <w:t xml:space="preserve"> del </w:t>
      </w:r>
      <w:proofErr w:type="spellStart"/>
      <w:r>
        <w:t>fabricante</w:t>
      </w:r>
      <w:proofErr w:type="spellEnd"/>
      <w:r>
        <w:t xml:space="preserve">, la </w:t>
      </w:r>
      <w:proofErr w:type="spellStart"/>
      <w:r>
        <w:t>ingeniería</w:t>
      </w:r>
      <w:proofErr w:type="spellEnd"/>
      <w:r>
        <w:t xml:space="preserve"> </w:t>
      </w:r>
      <w:proofErr w:type="spellStart"/>
      <w:r>
        <w:t>aprobada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procedimientos</w:t>
      </w:r>
      <w:proofErr w:type="spellEnd"/>
      <w:r>
        <w:t xml:space="preserve"> de </w:t>
      </w:r>
      <w:proofErr w:type="spellStart"/>
      <w:r>
        <w:t>emergencia</w:t>
      </w:r>
      <w:proofErr w:type="spellEnd"/>
      <w:r>
        <w:t>.</w:t>
      </w:r>
    </w:p>
    <w:p w14:paraId="455226B6" w14:textId="77777777" w:rsidR="000767AF" w:rsidRDefault="00000000">
      <w:pPr>
        <w:jc w:val="both"/>
      </w:pPr>
      <w:r>
        <w:t xml:space="preserve">Los </w:t>
      </w:r>
      <w:proofErr w:type="spellStart"/>
      <w:r>
        <w:t>paneles</w:t>
      </w:r>
      <w:proofErr w:type="spellEnd"/>
      <w:r>
        <w:t xml:space="preserve"> Fike Cheetah </w:t>
      </w:r>
      <w:proofErr w:type="spellStart"/>
      <w:r>
        <w:t>integran</w:t>
      </w:r>
      <w:proofErr w:type="spellEnd"/>
      <w:r>
        <w:t xml:space="preserve"> </w:t>
      </w:r>
      <w:proofErr w:type="spellStart"/>
      <w:r>
        <w:t>señales</w:t>
      </w:r>
      <w:proofErr w:type="spellEnd"/>
      <w:r>
        <w:t xml:space="preserve"> de campo para </w:t>
      </w:r>
      <w:proofErr w:type="spellStart"/>
      <w:r>
        <w:t>supervisar</w:t>
      </w:r>
      <w:proofErr w:type="spellEnd"/>
      <w:r>
        <w:t xml:space="preserve"> </w:t>
      </w:r>
      <w:proofErr w:type="spellStart"/>
      <w:r>
        <w:t>eventos</w:t>
      </w:r>
      <w:proofErr w:type="spellEnd"/>
      <w:r>
        <w:t xml:space="preserve"> y </w:t>
      </w:r>
      <w:proofErr w:type="spellStart"/>
      <w:r>
        <w:t>ejecutar</w:t>
      </w:r>
      <w:proofErr w:type="spellEnd"/>
      <w:r>
        <w:t xml:space="preserve"> </w:t>
      </w:r>
      <w:proofErr w:type="spellStart"/>
      <w:r>
        <w:t>respuestas</w:t>
      </w:r>
      <w:proofErr w:type="spellEnd"/>
      <w:r>
        <w:t xml:space="preserve"> de </w:t>
      </w:r>
      <w:proofErr w:type="spellStart"/>
      <w:r>
        <w:t>alarma</w:t>
      </w:r>
      <w:proofErr w:type="spellEnd"/>
      <w:r>
        <w:t xml:space="preserve"> y, </w:t>
      </w:r>
      <w:proofErr w:type="spellStart"/>
      <w:r>
        <w:t>dependiendo</w:t>
      </w:r>
      <w:proofErr w:type="spellEnd"/>
      <w:r>
        <w:t xml:space="preserve"> del </w:t>
      </w:r>
      <w:proofErr w:type="spellStart"/>
      <w:r>
        <w:t>diseño</w:t>
      </w:r>
      <w:proofErr w:type="spellEnd"/>
      <w:r>
        <w:t xml:space="preserve">, </w:t>
      </w:r>
      <w:proofErr w:type="spellStart"/>
      <w:r>
        <w:t>comandos</w:t>
      </w:r>
      <w:proofErr w:type="spellEnd"/>
      <w:r>
        <w:t xml:space="preserve"> </w:t>
      </w:r>
      <w:proofErr w:type="spellStart"/>
      <w:r>
        <w:t>asociados</w:t>
      </w:r>
      <w:proofErr w:type="spellEnd"/>
      <w:r>
        <w:t xml:space="preserve"> a </w:t>
      </w:r>
      <w:proofErr w:type="spellStart"/>
      <w:r>
        <w:t>sistemas</w:t>
      </w:r>
      <w:proofErr w:type="spellEnd"/>
      <w:r>
        <w:t xml:space="preserve"> de </w:t>
      </w:r>
      <w:proofErr w:type="spellStart"/>
      <w:r>
        <w:t>extinción</w:t>
      </w:r>
      <w:proofErr w:type="spellEnd"/>
      <w:r>
        <w:t xml:space="preserve">. El </w:t>
      </w:r>
      <w:proofErr w:type="spellStart"/>
      <w:r>
        <w:t>alumno</w:t>
      </w:r>
      <w:proofErr w:type="spellEnd"/>
      <w:r>
        <w:t xml:space="preserve"> </w:t>
      </w:r>
      <w:proofErr w:type="spellStart"/>
      <w:r>
        <w:t>aprenderá</w:t>
      </w:r>
      <w:proofErr w:type="spellEnd"/>
      <w:r>
        <w:t xml:space="preserve"> a </w:t>
      </w:r>
      <w:proofErr w:type="spellStart"/>
      <w:r>
        <w:t>reconocer</w:t>
      </w:r>
      <w:proofErr w:type="spellEnd"/>
      <w:r>
        <w:t xml:space="preserve"> </w:t>
      </w:r>
      <w:proofErr w:type="spellStart"/>
      <w:r>
        <w:t>estados</w:t>
      </w:r>
      <w:proofErr w:type="spellEnd"/>
      <w:r>
        <w:t xml:space="preserve"> e </w:t>
      </w:r>
      <w:proofErr w:type="spellStart"/>
      <w:r>
        <w:t>informar</w:t>
      </w:r>
      <w:proofErr w:type="spellEnd"/>
      <w:r>
        <w:t xml:space="preserve"> </w:t>
      </w:r>
      <w:proofErr w:type="spellStart"/>
      <w:r>
        <w:t>anomalías</w:t>
      </w:r>
      <w:proofErr w:type="spellEnd"/>
      <w:r>
        <w:t xml:space="preserve"> sin </w:t>
      </w:r>
      <w:proofErr w:type="spellStart"/>
      <w:r>
        <w:t>comprometer</w:t>
      </w:r>
      <w:proofErr w:type="spellEnd"/>
      <w:r>
        <w:t xml:space="preserve"> la </w:t>
      </w:r>
      <w:proofErr w:type="spellStart"/>
      <w:r>
        <w:t>protección</w:t>
      </w:r>
      <w:proofErr w:type="spellEnd"/>
      <w:r>
        <w:t xml:space="preserve"> de las </w:t>
      </w:r>
      <w:proofErr w:type="spellStart"/>
      <w:r>
        <w:t>instalaciones</w:t>
      </w:r>
      <w:proofErr w:type="spellEnd"/>
      <w:r>
        <w:t>.</w:t>
      </w:r>
    </w:p>
    <w:p w14:paraId="7BA3F7C5" w14:textId="77777777" w:rsidR="000767AF" w:rsidRDefault="00000000">
      <w:pPr>
        <w:jc w:val="both"/>
      </w:pPr>
      <w:proofErr w:type="spellStart"/>
      <w:r>
        <w:t>Identificar</w:t>
      </w:r>
      <w:proofErr w:type="spellEnd"/>
      <w:r>
        <w:t xml:space="preserve"> </w:t>
      </w:r>
      <w:proofErr w:type="spellStart"/>
      <w:r>
        <w:t>componentes</w:t>
      </w:r>
      <w:proofErr w:type="spellEnd"/>
      <w:r>
        <w:t xml:space="preserve"> y </w:t>
      </w:r>
      <w:proofErr w:type="spellStart"/>
      <w:r>
        <w:t>dispositivos</w:t>
      </w:r>
      <w:proofErr w:type="spellEnd"/>
      <w:r>
        <w:t xml:space="preserve"> </w:t>
      </w:r>
      <w:proofErr w:type="spellStart"/>
      <w:r>
        <w:t>conectados</w:t>
      </w:r>
      <w:proofErr w:type="spellEnd"/>
      <w:r>
        <w:t xml:space="preserve"> a un </w:t>
      </w:r>
      <w:proofErr w:type="spellStart"/>
      <w:r>
        <w:t>sistema</w:t>
      </w:r>
      <w:proofErr w:type="spellEnd"/>
      <w:r>
        <w:t xml:space="preserve"> Cheetah.</w:t>
      </w:r>
    </w:p>
    <w:p w14:paraId="5C6530BC" w14:textId="77777777" w:rsidR="000767AF" w:rsidRDefault="00000000">
      <w:pPr>
        <w:jc w:val="both"/>
      </w:pPr>
      <w:proofErr w:type="spellStart"/>
      <w:r>
        <w:t>Diferenciar</w:t>
      </w:r>
      <w:proofErr w:type="spellEnd"/>
      <w:r>
        <w:t xml:space="preserve"> </w:t>
      </w:r>
      <w:proofErr w:type="spellStart"/>
      <w:r>
        <w:t>estado</w:t>
      </w:r>
      <w:proofErr w:type="spellEnd"/>
      <w:r>
        <w:t xml:space="preserve"> normal, </w:t>
      </w:r>
      <w:proofErr w:type="spellStart"/>
      <w:r>
        <w:t>alarma</w:t>
      </w:r>
      <w:proofErr w:type="spellEnd"/>
      <w:r>
        <w:t xml:space="preserve">, </w:t>
      </w:r>
      <w:proofErr w:type="spellStart"/>
      <w:r>
        <w:t>falla</w:t>
      </w:r>
      <w:proofErr w:type="spellEnd"/>
      <w:r>
        <w:t xml:space="preserve">, </w:t>
      </w:r>
      <w:proofErr w:type="spellStart"/>
      <w:r>
        <w:t>supervisión</w:t>
      </w:r>
      <w:proofErr w:type="spellEnd"/>
      <w:r>
        <w:t xml:space="preserve">, </w:t>
      </w:r>
      <w:proofErr w:type="spellStart"/>
      <w:r>
        <w:t>predescarga</w:t>
      </w:r>
      <w:proofErr w:type="spellEnd"/>
      <w:r>
        <w:t xml:space="preserve"> y </w:t>
      </w:r>
      <w:proofErr w:type="spellStart"/>
      <w:r>
        <w:t>descarga</w:t>
      </w:r>
      <w:proofErr w:type="spellEnd"/>
      <w:r>
        <w:t>.</w:t>
      </w:r>
    </w:p>
    <w:p w14:paraId="310B72FD" w14:textId="77777777" w:rsidR="000767AF" w:rsidRDefault="00000000">
      <w:pPr>
        <w:jc w:val="both"/>
      </w:pPr>
      <w:proofErr w:type="spellStart"/>
      <w:r>
        <w:t>Interpretar</w:t>
      </w:r>
      <w:proofErr w:type="spellEnd"/>
      <w:r>
        <w:t xml:space="preserve"> </w:t>
      </w:r>
      <w:proofErr w:type="spellStart"/>
      <w:r>
        <w:t>indicadores</w:t>
      </w:r>
      <w:proofErr w:type="spellEnd"/>
      <w:r>
        <w:t xml:space="preserve">, </w:t>
      </w:r>
      <w:proofErr w:type="spellStart"/>
      <w:r>
        <w:t>pantalla</w:t>
      </w:r>
      <w:proofErr w:type="spellEnd"/>
      <w:r>
        <w:t xml:space="preserve"> y </w:t>
      </w:r>
      <w:proofErr w:type="spellStart"/>
      <w:r>
        <w:t>controles</w:t>
      </w:r>
      <w:proofErr w:type="spellEnd"/>
      <w:r>
        <w:t xml:space="preserve"> de </w:t>
      </w:r>
      <w:proofErr w:type="spellStart"/>
      <w:r>
        <w:t>reconocimiento</w:t>
      </w:r>
      <w:proofErr w:type="spellEnd"/>
      <w:r>
        <w:t xml:space="preserve">, </w:t>
      </w:r>
      <w:proofErr w:type="spellStart"/>
      <w:r>
        <w:t>silencio</w:t>
      </w:r>
      <w:proofErr w:type="spellEnd"/>
      <w:r>
        <w:t xml:space="preserve"> y </w:t>
      </w:r>
      <w:proofErr w:type="spellStart"/>
      <w:r>
        <w:t>reinicio</w:t>
      </w:r>
      <w:proofErr w:type="spellEnd"/>
      <w:r>
        <w:t>.</w:t>
      </w:r>
    </w:p>
    <w:p w14:paraId="1F4733D2" w14:textId="77777777" w:rsidR="000767AF" w:rsidRDefault="00000000">
      <w:pPr>
        <w:jc w:val="both"/>
      </w:pPr>
      <w:proofErr w:type="spellStart"/>
      <w:r>
        <w:t>Aplicar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secuencia</w:t>
      </w:r>
      <w:proofErr w:type="spellEnd"/>
      <w:r>
        <w:t xml:space="preserve"> de </w:t>
      </w:r>
      <w:proofErr w:type="spellStart"/>
      <w:r>
        <w:t>respuesta</w:t>
      </w:r>
      <w:proofErr w:type="spellEnd"/>
      <w:r>
        <w:t xml:space="preserve"> </w:t>
      </w:r>
      <w:proofErr w:type="spellStart"/>
      <w:r>
        <w:t>segura</w:t>
      </w:r>
      <w:proofErr w:type="spellEnd"/>
      <w:r>
        <w:t xml:space="preserve"> ante </w:t>
      </w:r>
      <w:proofErr w:type="spellStart"/>
      <w:r>
        <w:t>señales</w:t>
      </w:r>
      <w:proofErr w:type="spellEnd"/>
      <w:r>
        <w:t xml:space="preserve"> y </w:t>
      </w:r>
      <w:proofErr w:type="spellStart"/>
      <w:r>
        <w:t>fallas</w:t>
      </w:r>
      <w:proofErr w:type="spellEnd"/>
      <w:r>
        <w:t>.</w:t>
      </w:r>
    </w:p>
    <w:p w14:paraId="099BC5F3" w14:textId="77777777" w:rsidR="000767AF" w:rsidRDefault="00000000">
      <w:pPr>
        <w:jc w:val="both"/>
      </w:pPr>
      <w:proofErr w:type="spellStart"/>
      <w:r>
        <w:t>Realizar</w:t>
      </w:r>
      <w:proofErr w:type="spellEnd"/>
      <w:r>
        <w:t xml:space="preserve"> </w:t>
      </w:r>
      <w:proofErr w:type="spellStart"/>
      <w:r>
        <w:t>inspección</w:t>
      </w:r>
      <w:proofErr w:type="spellEnd"/>
      <w:r>
        <w:t xml:space="preserve"> visual y </w:t>
      </w:r>
      <w:proofErr w:type="spellStart"/>
      <w:r>
        <w:t>registros</w:t>
      </w:r>
      <w:proofErr w:type="spellEnd"/>
      <w:r>
        <w:t xml:space="preserve">; </w:t>
      </w:r>
      <w:proofErr w:type="spellStart"/>
      <w:r>
        <w:t>reconocer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tareas</w:t>
      </w:r>
      <w:proofErr w:type="spellEnd"/>
      <w:r>
        <w:t xml:space="preserve"> </w:t>
      </w:r>
      <w:proofErr w:type="spellStart"/>
      <w:r>
        <w:t>corresponden</w:t>
      </w:r>
      <w:proofErr w:type="spellEnd"/>
      <w:r>
        <w:t xml:space="preserve"> al </w:t>
      </w:r>
      <w:proofErr w:type="spellStart"/>
      <w:r>
        <w:t>técnico</w:t>
      </w:r>
      <w:proofErr w:type="spellEnd"/>
      <w:r>
        <w:t xml:space="preserve"> </w:t>
      </w:r>
      <w:proofErr w:type="spellStart"/>
      <w:r>
        <w:t>autorizado</w:t>
      </w:r>
      <w:proofErr w:type="spellEnd"/>
      <w:r>
        <w:t>.</w:t>
      </w:r>
    </w:p>
    <w:p w14:paraId="3805B9C5" w14:textId="77777777" w:rsidR="000767AF" w:rsidRDefault="00000000">
      <w:pPr>
        <w:jc w:val="both"/>
      </w:pPr>
      <w:proofErr w:type="spellStart"/>
      <w:r>
        <w:t>Desarrollar</w:t>
      </w:r>
      <w:proofErr w:type="spellEnd"/>
      <w:r>
        <w:t xml:space="preserve"> </w:t>
      </w:r>
      <w:proofErr w:type="spellStart"/>
      <w:r>
        <w:t>ejercicios</w:t>
      </w:r>
      <w:proofErr w:type="spellEnd"/>
      <w:r>
        <w:t xml:space="preserve"> </w:t>
      </w:r>
      <w:proofErr w:type="spellStart"/>
      <w:r>
        <w:t>virtuales</w:t>
      </w:r>
      <w:proofErr w:type="spellEnd"/>
      <w:r>
        <w:t xml:space="preserve"> de </w:t>
      </w:r>
      <w:proofErr w:type="spellStart"/>
      <w:r>
        <w:t>identificación</w:t>
      </w:r>
      <w:proofErr w:type="spellEnd"/>
      <w:r>
        <w:t xml:space="preserve">, </w:t>
      </w:r>
      <w:proofErr w:type="spellStart"/>
      <w:r>
        <w:t>interpretación</w:t>
      </w:r>
      <w:proofErr w:type="spellEnd"/>
      <w:r>
        <w:t xml:space="preserve"> y </w:t>
      </w:r>
      <w:proofErr w:type="spellStart"/>
      <w:r>
        <w:t>registro</w:t>
      </w:r>
      <w:proofErr w:type="spellEnd"/>
      <w:r>
        <w:t xml:space="preserve"> de </w:t>
      </w:r>
      <w:proofErr w:type="spellStart"/>
      <w:r>
        <w:t>eventos</w:t>
      </w:r>
      <w:proofErr w:type="spellEnd"/>
      <w:r>
        <w:t xml:space="preserve">, y </w:t>
      </w:r>
      <w:proofErr w:type="spellStart"/>
      <w:r>
        <w:t>aprobar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evaluación</w:t>
      </w:r>
      <w:proofErr w:type="spellEnd"/>
      <w:r>
        <w:t xml:space="preserve"> de </w:t>
      </w:r>
      <w:proofErr w:type="spellStart"/>
      <w:r>
        <w:t>conocimientos</w:t>
      </w:r>
      <w:proofErr w:type="spellEnd"/>
      <w:r>
        <w:t>.</w:t>
      </w:r>
    </w:p>
    <w:p w14:paraId="1C43B8D5" w14:textId="77777777" w:rsidR="000767AF" w:rsidRDefault="000767AF">
      <w:pPr>
        <w:spacing w:after="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4637"/>
      </w:tblGrid>
      <w:tr w:rsidR="000767AF" w14:paraId="217B40EF" w14:textId="77777777">
        <w:trPr>
          <w:jc w:val="center"/>
        </w:trPr>
        <w:tc>
          <w:tcPr>
            <w:tcW w:w="4637" w:type="dxa"/>
            <w:shd w:val="clear" w:color="auto" w:fill="DCEBF6"/>
          </w:tcPr>
          <w:p w14:paraId="6D1692E0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Perfil</w:t>
            </w:r>
            <w:proofErr w:type="spellEnd"/>
          </w:p>
        </w:tc>
        <w:tc>
          <w:tcPr>
            <w:tcW w:w="4637" w:type="dxa"/>
            <w:shd w:val="clear" w:color="auto" w:fill="DCEBF6"/>
          </w:tcPr>
          <w:p w14:paraId="160D90DE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Acciones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admitidas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en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el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curso</w:t>
            </w:r>
            <w:proofErr w:type="spellEnd"/>
          </w:p>
        </w:tc>
      </w:tr>
      <w:tr w:rsidR="000767AF" w14:paraId="03B090C3" w14:textId="77777777">
        <w:trPr>
          <w:jc w:val="center"/>
        </w:trPr>
        <w:tc>
          <w:tcPr>
            <w:tcW w:w="4637" w:type="dxa"/>
          </w:tcPr>
          <w:p w14:paraId="1076D1B7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Operador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vigilancia</w:t>
            </w:r>
            <w:proofErr w:type="spellEnd"/>
          </w:p>
        </w:tc>
        <w:tc>
          <w:tcPr>
            <w:tcW w:w="4637" w:type="dxa"/>
          </w:tcPr>
          <w:p w14:paraId="3958187F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Observar</w:t>
            </w:r>
            <w:proofErr w:type="spellEnd"/>
            <w:r>
              <w:rPr>
                <w:sz w:val="18"/>
              </w:rPr>
              <w:t xml:space="preserve">, registrar, </w:t>
            </w:r>
            <w:proofErr w:type="spellStart"/>
            <w:r>
              <w:rPr>
                <w:sz w:val="18"/>
              </w:rPr>
              <w:t>reconocer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eventos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según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procedimiento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comunicar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activar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respuesta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emergencia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6C4F048A" w14:textId="77777777">
        <w:trPr>
          <w:jc w:val="center"/>
        </w:trPr>
        <w:tc>
          <w:tcPr>
            <w:tcW w:w="4637" w:type="dxa"/>
          </w:tcPr>
          <w:p w14:paraId="27AE4D67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Responsable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mantenimiento</w:t>
            </w:r>
            <w:proofErr w:type="spellEnd"/>
          </w:p>
        </w:tc>
        <w:tc>
          <w:tcPr>
            <w:tcW w:w="4637" w:type="dxa"/>
          </w:tcPr>
          <w:p w14:paraId="64DC239C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Coordinar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mantenimientos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gestionar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permisos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inspecciones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registros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1916DEAA" w14:textId="77777777">
        <w:trPr>
          <w:jc w:val="center"/>
        </w:trPr>
        <w:tc>
          <w:tcPr>
            <w:tcW w:w="4637" w:type="dxa"/>
          </w:tcPr>
          <w:p w14:paraId="2E6E1F6A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Técnico </w:t>
            </w:r>
            <w:proofErr w:type="spellStart"/>
            <w:r>
              <w:rPr>
                <w:sz w:val="18"/>
              </w:rPr>
              <w:t>competente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autorizado</w:t>
            </w:r>
            <w:proofErr w:type="spellEnd"/>
          </w:p>
        </w:tc>
        <w:tc>
          <w:tcPr>
            <w:tcW w:w="4637" w:type="dxa"/>
          </w:tcPr>
          <w:p w14:paraId="51B7F3F5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Diagnósticos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pruebas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funcionales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ajustes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intervención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eléctrica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configuración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conforme</w:t>
            </w:r>
            <w:proofErr w:type="spellEnd"/>
            <w:r>
              <w:rPr>
                <w:sz w:val="18"/>
              </w:rPr>
              <w:t xml:space="preserve"> al </w:t>
            </w:r>
            <w:proofErr w:type="spellStart"/>
            <w:r>
              <w:rPr>
                <w:sz w:val="18"/>
              </w:rPr>
              <w:t>fabricante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1D68DF60" w14:textId="77777777" w:rsidR="000767AF" w:rsidRDefault="000767AF">
      <w:pPr>
        <w:spacing w:after="0"/>
      </w:pPr>
    </w:p>
    <w:p w14:paraId="5B4E2184" w14:textId="77777777" w:rsidR="000767AF" w:rsidRDefault="00000000">
      <w:pPr>
        <w:spacing w:before="240"/>
      </w:pPr>
      <w:r>
        <w:rPr>
          <w:b/>
          <w:sz w:val="26"/>
        </w:rPr>
        <w:t xml:space="preserve">MÓDULO 1 — </w:t>
      </w:r>
      <w:proofErr w:type="spellStart"/>
      <w:r>
        <w:rPr>
          <w:b/>
          <w:sz w:val="26"/>
        </w:rPr>
        <w:t>Fundamentos</w:t>
      </w:r>
      <w:proofErr w:type="spellEnd"/>
      <w:r>
        <w:rPr>
          <w:b/>
          <w:sz w:val="26"/>
        </w:rPr>
        <w:t xml:space="preserve"> y </w:t>
      </w:r>
      <w:proofErr w:type="spellStart"/>
      <w:r>
        <w:rPr>
          <w:b/>
          <w:sz w:val="26"/>
        </w:rPr>
        <w:t>arquitectura</w:t>
      </w:r>
      <w:proofErr w:type="spellEnd"/>
      <w:r>
        <w:rPr>
          <w:b/>
          <w:sz w:val="26"/>
        </w:rPr>
        <w:t xml:space="preserve"> del panel</w:t>
      </w:r>
    </w:p>
    <w:p w14:paraId="5F68B545" w14:textId="77777777" w:rsidR="000767AF" w:rsidRDefault="00000000">
      <w:pPr>
        <w:spacing w:before="140"/>
      </w:pPr>
      <w:r>
        <w:rPr>
          <w:b/>
          <w:sz w:val="22"/>
        </w:rPr>
        <w:t xml:space="preserve">2. </w:t>
      </w:r>
      <w:proofErr w:type="spellStart"/>
      <w:r>
        <w:rPr>
          <w:b/>
          <w:sz w:val="22"/>
        </w:rPr>
        <w:t>Conceptos</w:t>
      </w:r>
      <w:proofErr w:type="spellEnd"/>
      <w:r>
        <w:rPr>
          <w:b/>
          <w:sz w:val="22"/>
        </w:rPr>
        <w:t xml:space="preserve"> y </w:t>
      </w:r>
      <w:proofErr w:type="spellStart"/>
      <w:r>
        <w:rPr>
          <w:b/>
          <w:sz w:val="22"/>
        </w:rPr>
        <w:t>arquitectura</w:t>
      </w:r>
      <w:proofErr w:type="spellEnd"/>
      <w:r>
        <w:rPr>
          <w:b/>
          <w:sz w:val="22"/>
        </w:rPr>
        <w:t xml:space="preserve"> del </w:t>
      </w:r>
      <w:proofErr w:type="spellStart"/>
      <w:r>
        <w:rPr>
          <w:b/>
          <w:sz w:val="22"/>
        </w:rPr>
        <w:t>sistema</w:t>
      </w:r>
      <w:proofErr w:type="spellEnd"/>
    </w:p>
    <w:p w14:paraId="4EFEFC9F" w14:textId="77777777" w:rsidR="000767AF" w:rsidRDefault="00000000">
      <w:pPr>
        <w:jc w:val="both"/>
      </w:pPr>
      <w:r>
        <w:t xml:space="preserve">Un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direccionable</w:t>
      </w:r>
      <w:proofErr w:type="spellEnd"/>
      <w:r>
        <w:t xml:space="preserve"> </w:t>
      </w:r>
      <w:proofErr w:type="spellStart"/>
      <w:r>
        <w:t>identifica</w:t>
      </w:r>
      <w:proofErr w:type="spellEnd"/>
      <w:r>
        <w:t xml:space="preserve"> </w:t>
      </w:r>
      <w:proofErr w:type="spellStart"/>
      <w:r>
        <w:t>señales</w:t>
      </w:r>
      <w:proofErr w:type="spellEnd"/>
      <w:r>
        <w:t xml:space="preserve"> de </w:t>
      </w:r>
      <w:proofErr w:type="spellStart"/>
      <w:r>
        <w:t>dispositivos</w:t>
      </w:r>
      <w:proofErr w:type="spellEnd"/>
      <w:r>
        <w:t xml:space="preserve"> </w:t>
      </w:r>
      <w:proofErr w:type="spellStart"/>
      <w:r>
        <w:t>individuales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direcciones</w:t>
      </w:r>
      <w:proofErr w:type="spellEnd"/>
      <w:r>
        <w:t xml:space="preserve"> o </w:t>
      </w:r>
      <w:proofErr w:type="spellStart"/>
      <w:r>
        <w:t>identificadores</w:t>
      </w:r>
      <w:proofErr w:type="spellEnd"/>
      <w:r>
        <w:t xml:space="preserve">, lo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ayuda</w:t>
      </w:r>
      <w:proofErr w:type="spellEnd"/>
      <w:r>
        <w:t xml:space="preserve"> a </w:t>
      </w:r>
      <w:proofErr w:type="spellStart"/>
      <w:r>
        <w:t>ubicar</w:t>
      </w:r>
      <w:proofErr w:type="spellEnd"/>
      <w:r>
        <w:t xml:space="preserve"> un </w:t>
      </w:r>
      <w:proofErr w:type="spellStart"/>
      <w:r>
        <w:t>evento</w:t>
      </w:r>
      <w:proofErr w:type="spellEnd"/>
      <w:r>
        <w:t xml:space="preserve">. La </w:t>
      </w:r>
      <w:proofErr w:type="spellStart"/>
      <w:r>
        <w:t>arquitectura</w:t>
      </w:r>
      <w:proofErr w:type="spellEnd"/>
      <w:r>
        <w:t xml:space="preserve"> real </w:t>
      </w:r>
      <w:proofErr w:type="spellStart"/>
      <w:r>
        <w:t>depende</w:t>
      </w:r>
      <w:proofErr w:type="spellEnd"/>
      <w:r>
        <w:t xml:space="preserve"> de la </w:t>
      </w:r>
      <w:proofErr w:type="spellStart"/>
      <w:r>
        <w:t>ingeniería</w:t>
      </w:r>
      <w:proofErr w:type="spellEnd"/>
      <w:r>
        <w:t xml:space="preserve"> y </w:t>
      </w:r>
      <w:proofErr w:type="spellStart"/>
      <w:r>
        <w:t>programación</w:t>
      </w:r>
      <w:proofErr w:type="spellEnd"/>
      <w:r>
        <w:t xml:space="preserve"> del sitio.</w:t>
      </w:r>
    </w:p>
    <w:p w14:paraId="272E3076" w14:textId="77777777" w:rsidR="000767AF" w:rsidRDefault="00000000">
      <w:pPr>
        <w:jc w:val="both"/>
      </w:pPr>
      <w:r>
        <w:t xml:space="preserve">Panel principal: </w:t>
      </w:r>
      <w:proofErr w:type="spellStart"/>
      <w:r>
        <w:t>controlador</w:t>
      </w:r>
      <w:proofErr w:type="spellEnd"/>
      <w:r>
        <w:t xml:space="preserve">, </w:t>
      </w:r>
      <w:proofErr w:type="spellStart"/>
      <w:r>
        <w:t>interfaz</w:t>
      </w:r>
      <w:proofErr w:type="spellEnd"/>
      <w:r>
        <w:t xml:space="preserve"> y </w:t>
      </w:r>
      <w:proofErr w:type="spellStart"/>
      <w:r>
        <w:t>supervisión</w:t>
      </w:r>
      <w:proofErr w:type="spellEnd"/>
      <w:r>
        <w:t xml:space="preserve"> de </w:t>
      </w:r>
      <w:proofErr w:type="spellStart"/>
      <w:r>
        <w:t>circuitos</w:t>
      </w:r>
      <w:proofErr w:type="spellEnd"/>
      <w:r>
        <w:t>.</w:t>
      </w:r>
    </w:p>
    <w:p w14:paraId="3205EA65" w14:textId="77777777" w:rsidR="000767AF" w:rsidRDefault="00000000">
      <w:pPr>
        <w:jc w:val="both"/>
      </w:pPr>
      <w:proofErr w:type="spellStart"/>
      <w:r>
        <w:t>Dispositivos</w:t>
      </w:r>
      <w:proofErr w:type="spellEnd"/>
      <w:r>
        <w:t xml:space="preserve"> de entrada: </w:t>
      </w:r>
      <w:proofErr w:type="spellStart"/>
      <w:r>
        <w:t>detectores</w:t>
      </w:r>
      <w:proofErr w:type="spellEnd"/>
      <w:r>
        <w:t xml:space="preserve">, </w:t>
      </w:r>
      <w:proofErr w:type="spellStart"/>
      <w:r>
        <w:t>estaciones</w:t>
      </w:r>
      <w:proofErr w:type="spellEnd"/>
      <w:r>
        <w:t xml:space="preserve"> </w:t>
      </w:r>
      <w:proofErr w:type="spellStart"/>
      <w:r>
        <w:t>manuales</w:t>
      </w:r>
      <w:proofErr w:type="spellEnd"/>
      <w:r>
        <w:t xml:space="preserve">, </w:t>
      </w:r>
      <w:proofErr w:type="spellStart"/>
      <w:r>
        <w:t>contactos</w:t>
      </w:r>
      <w:proofErr w:type="spellEnd"/>
      <w:r>
        <w:t xml:space="preserve"> </w:t>
      </w:r>
      <w:proofErr w:type="spellStart"/>
      <w:r>
        <w:t>supervisados</w:t>
      </w:r>
      <w:proofErr w:type="spellEnd"/>
      <w:r>
        <w:t xml:space="preserve">, </w:t>
      </w:r>
      <w:proofErr w:type="spellStart"/>
      <w:r>
        <w:t>módulos</w:t>
      </w:r>
      <w:proofErr w:type="spellEnd"/>
      <w:r>
        <w:t xml:space="preserve"> de </w:t>
      </w:r>
      <w:proofErr w:type="spellStart"/>
      <w:r>
        <w:t>monitoreo</w:t>
      </w:r>
      <w:proofErr w:type="spellEnd"/>
      <w:r>
        <w:t>.</w:t>
      </w:r>
    </w:p>
    <w:p w14:paraId="27FE0221" w14:textId="77777777" w:rsidR="000767AF" w:rsidRDefault="00000000">
      <w:pPr>
        <w:jc w:val="both"/>
      </w:pPr>
      <w:proofErr w:type="spellStart"/>
      <w:r>
        <w:t>Dispositivos</w:t>
      </w:r>
      <w:proofErr w:type="spellEnd"/>
      <w:r>
        <w:t xml:space="preserve"> de </w:t>
      </w:r>
      <w:proofErr w:type="spellStart"/>
      <w:r>
        <w:t>salida</w:t>
      </w:r>
      <w:proofErr w:type="spellEnd"/>
      <w:r>
        <w:t xml:space="preserve">: </w:t>
      </w:r>
      <w:proofErr w:type="spellStart"/>
      <w:r>
        <w:t>sirenas</w:t>
      </w:r>
      <w:proofErr w:type="spellEnd"/>
      <w:r>
        <w:t xml:space="preserve">, </w:t>
      </w:r>
      <w:proofErr w:type="spellStart"/>
      <w:r>
        <w:t>balizas</w:t>
      </w:r>
      <w:proofErr w:type="spellEnd"/>
      <w:r>
        <w:t xml:space="preserve">, </w:t>
      </w:r>
      <w:proofErr w:type="spellStart"/>
      <w:r>
        <w:t>relés</w:t>
      </w:r>
      <w:proofErr w:type="spellEnd"/>
      <w:r>
        <w:t xml:space="preserve">, </w:t>
      </w:r>
      <w:proofErr w:type="spellStart"/>
      <w:r>
        <w:t>módulos</w:t>
      </w:r>
      <w:proofErr w:type="spellEnd"/>
      <w:r>
        <w:t xml:space="preserve"> de control y,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corresponda</w:t>
      </w:r>
      <w:proofErr w:type="spellEnd"/>
      <w:r>
        <w:t xml:space="preserve">, </w:t>
      </w:r>
      <w:proofErr w:type="spellStart"/>
      <w:r>
        <w:t>circuitos</w:t>
      </w:r>
      <w:proofErr w:type="spellEnd"/>
      <w:r>
        <w:t xml:space="preserve"> de </w:t>
      </w:r>
      <w:proofErr w:type="spellStart"/>
      <w:r>
        <w:t>liberación</w:t>
      </w:r>
      <w:proofErr w:type="spellEnd"/>
      <w:r>
        <w:t>.</w:t>
      </w:r>
    </w:p>
    <w:p w14:paraId="56A472DF" w14:textId="77777777" w:rsidR="000767AF" w:rsidRDefault="00000000">
      <w:pPr>
        <w:jc w:val="both"/>
      </w:pPr>
      <w:r>
        <w:t xml:space="preserve">Fuentes de </w:t>
      </w:r>
      <w:proofErr w:type="spellStart"/>
      <w:r>
        <w:t>alimentación</w:t>
      </w:r>
      <w:proofErr w:type="spellEnd"/>
      <w:r>
        <w:t xml:space="preserve">: </w:t>
      </w:r>
      <w:proofErr w:type="spellStart"/>
      <w:r>
        <w:t>energía</w:t>
      </w:r>
      <w:proofErr w:type="spellEnd"/>
      <w:r>
        <w:t xml:space="preserve"> principal y </w:t>
      </w:r>
      <w:proofErr w:type="spellStart"/>
      <w:r>
        <w:t>baterías</w:t>
      </w:r>
      <w:proofErr w:type="spellEnd"/>
      <w:r>
        <w:t xml:space="preserve"> de </w:t>
      </w:r>
      <w:proofErr w:type="spellStart"/>
      <w:r>
        <w:t>respaldo</w:t>
      </w:r>
      <w:proofErr w:type="spellEnd"/>
      <w:r>
        <w:t>.</w:t>
      </w:r>
    </w:p>
    <w:p w14:paraId="7DD7A867" w14:textId="77777777" w:rsidR="000767AF" w:rsidRDefault="00000000">
      <w:pPr>
        <w:jc w:val="both"/>
      </w:pPr>
      <w:r>
        <w:t xml:space="preserve">Interfaces </w:t>
      </w:r>
      <w:proofErr w:type="spellStart"/>
      <w:r>
        <w:t>adicionales</w:t>
      </w:r>
      <w:proofErr w:type="spellEnd"/>
      <w:r>
        <w:t xml:space="preserve">: </w:t>
      </w:r>
      <w:proofErr w:type="spellStart"/>
      <w:r>
        <w:t>anunciadores</w:t>
      </w:r>
      <w:proofErr w:type="spellEnd"/>
      <w:r>
        <w:t xml:space="preserve">, </w:t>
      </w:r>
      <w:proofErr w:type="spellStart"/>
      <w:r>
        <w:t>transmisión</w:t>
      </w:r>
      <w:proofErr w:type="spellEnd"/>
      <w:r>
        <w:t xml:space="preserve"> de </w:t>
      </w:r>
      <w:proofErr w:type="spellStart"/>
      <w:r>
        <w:t>señales</w:t>
      </w:r>
      <w:proofErr w:type="spellEnd"/>
      <w:r>
        <w:t xml:space="preserve"> e </w:t>
      </w:r>
      <w:proofErr w:type="spellStart"/>
      <w:r>
        <w:t>integraciones</w:t>
      </w:r>
      <w:proofErr w:type="spellEnd"/>
      <w:r>
        <w:t xml:space="preserve"> </w:t>
      </w:r>
      <w:proofErr w:type="spellStart"/>
      <w:r>
        <w:t>autorizadas</w:t>
      </w:r>
      <w:proofErr w:type="spellEnd"/>
      <w:r>
        <w:t>.</w:t>
      </w:r>
    </w:p>
    <w:p w14:paraId="55647DFD" w14:textId="77777777" w:rsidR="000767AF" w:rsidRDefault="00000000">
      <w:pPr>
        <w:jc w:val="both"/>
      </w:pPr>
      <w:proofErr w:type="spellStart"/>
      <w:r>
        <w:t>Terminología</w:t>
      </w:r>
      <w:proofErr w:type="spellEnd"/>
      <w:r>
        <w:t xml:space="preserve">: SLC = </w:t>
      </w:r>
      <w:proofErr w:type="spellStart"/>
      <w:r>
        <w:t>circuito</w:t>
      </w:r>
      <w:proofErr w:type="spellEnd"/>
      <w:r>
        <w:t xml:space="preserve"> de </w:t>
      </w:r>
      <w:proofErr w:type="spellStart"/>
      <w:r>
        <w:t>línea</w:t>
      </w:r>
      <w:proofErr w:type="spellEnd"/>
      <w:r>
        <w:t xml:space="preserve"> de </w:t>
      </w:r>
      <w:proofErr w:type="spellStart"/>
      <w:r>
        <w:t>señalización</w:t>
      </w:r>
      <w:proofErr w:type="spellEnd"/>
      <w:r>
        <w:t xml:space="preserve">; NAC = </w:t>
      </w:r>
      <w:proofErr w:type="spellStart"/>
      <w:r>
        <w:t>circuito</w:t>
      </w:r>
      <w:proofErr w:type="spellEnd"/>
      <w:r>
        <w:t xml:space="preserve"> de </w:t>
      </w:r>
      <w:proofErr w:type="spellStart"/>
      <w:r>
        <w:t>aparatos</w:t>
      </w:r>
      <w:proofErr w:type="spellEnd"/>
      <w:r>
        <w:t xml:space="preserve"> de </w:t>
      </w:r>
      <w:proofErr w:type="spellStart"/>
      <w:r>
        <w:t>notificación</w:t>
      </w:r>
      <w:proofErr w:type="spellEnd"/>
      <w:r>
        <w:t xml:space="preserve">; LCD = </w:t>
      </w:r>
      <w:proofErr w:type="spellStart"/>
      <w:r>
        <w:t>pantalla</w:t>
      </w:r>
      <w:proofErr w:type="spellEnd"/>
      <w:r>
        <w:t xml:space="preserve">; ACKNOWLEDGE = </w:t>
      </w:r>
      <w:proofErr w:type="spellStart"/>
      <w:r>
        <w:t>reconocimiento</w:t>
      </w:r>
      <w:proofErr w:type="spellEnd"/>
      <w:r>
        <w:t xml:space="preserve">; SILENCE = </w:t>
      </w:r>
      <w:proofErr w:type="spellStart"/>
      <w:r>
        <w:t>silencio</w:t>
      </w:r>
      <w:proofErr w:type="spellEnd"/>
      <w:r>
        <w:t xml:space="preserve">; RESET = </w:t>
      </w:r>
      <w:proofErr w:type="spellStart"/>
      <w:r>
        <w:t>reinicio</w:t>
      </w:r>
      <w:proofErr w:type="spellEnd"/>
      <w:r>
        <w:t xml:space="preserve">. La </w:t>
      </w:r>
      <w:proofErr w:type="spellStart"/>
      <w:r>
        <w:t>disponibilidad</w:t>
      </w:r>
      <w:proofErr w:type="spellEnd"/>
      <w:r>
        <w:t xml:space="preserve"> de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función</w:t>
      </w:r>
      <w:proofErr w:type="spellEnd"/>
      <w:r>
        <w:t xml:space="preserve"> </w:t>
      </w:r>
      <w:proofErr w:type="spellStart"/>
      <w:r>
        <w:t>varía</w:t>
      </w:r>
      <w:proofErr w:type="spellEnd"/>
      <w:r>
        <w:t xml:space="preserve"> </w:t>
      </w:r>
      <w:proofErr w:type="spellStart"/>
      <w:r>
        <w:t>según</w:t>
      </w:r>
      <w:proofErr w:type="spellEnd"/>
      <w:r>
        <w:t xml:space="preserve"> </w:t>
      </w:r>
      <w:proofErr w:type="spellStart"/>
      <w:r>
        <w:t>modelo</w:t>
      </w:r>
      <w:proofErr w:type="spellEnd"/>
      <w:r>
        <w:t xml:space="preserve">, </w:t>
      </w:r>
      <w:proofErr w:type="spellStart"/>
      <w:r>
        <w:t>permisos</w:t>
      </w:r>
      <w:proofErr w:type="spellEnd"/>
      <w:r>
        <w:t xml:space="preserve"> y </w:t>
      </w:r>
      <w:proofErr w:type="spellStart"/>
      <w:r>
        <w:t>programación</w:t>
      </w:r>
      <w:proofErr w:type="spellEnd"/>
      <w:r>
        <w:t>.</w:t>
      </w:r>
    </w:p>
    <w:p w14:paraId="0B423572" w14:textId="77777777" w:rsidR="000767AF" w:rsidRDefault="00000000">
      <w:pPr>
        <w:spacing w:before="140"/>
      </w:pPr>
      <w:r>
        <w:rPr>
          <w:b/>
          <w:sz w:val="22"/>
        </w:rPr>
        <w:t xml:space="preserve">2.1 </w:t>
      </w:r>
      <w:proofErr w:type="spellStart"/>
      <w:r>
        <w:rPr>
          <w:b/>
          <w:sz w:val="22"/>
        </w:rPr>
        <w:t>Ciclo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básico</w:t>
      </w:r>
      <w:proofErr w:type="spellEnd"/>
      <w:r>
        <w:rPr>
          <w:b/>
          <w:sz w:val="22"/>
        </w:rPr>
        <w:t xml:space="preserve"> de </w:t>
      </w:r>
      <w:proofErr w:type="spellStart"/>
      <w:r>
        <w:rPr>
          <w:b/>
          <w:sz w:val="22"/>
        </w:rPr>
        <w:t>funcionamiento</w:t>
      </w:r>
      <w:proofErr w:type="spellEnd"/>
    </w:p>
    <w:p w14:paraId="0609046D" w14:textId="77777777" w:rsidR="000767AF" w:rsidRDefault="00000000">
      <w:pPr>
        <w:jc w:val="both"/>
      </w:pPr>
      <w:r>
        <w:lastRenderedPageBreak/>
        <w:t>Detector/</w:t>
      </w:r>
      <w:proofErr w:type="spellStart"/>
      <w:r>
        <w:t>estación</w:t>
      </w:r>
      <w:proofErr w:type="spellEnd"/>
      <w:r>
        <w:t>/</w:t>
      </w:r>
      <w:proofErr w:type="spellStart"/>
      <w:r>
        <w:t>módulo</w:t>
      </w:r>
      <w:proofErr w:type="spellEnd"/>
      <w:r>
        <w:t xml:space="preserve"> → panel </w:t>
      </w:r>
      <w:proofErr w:type="spellStart"/>
      <w:r>
        <w:t>interpreta</w:t>
      </w:r>
      <w:proofErr w:type="spellEnd"/>
      <w:r>
        <w:t xml:space="preserve"> </w:t>
      </w:r>
      <w:proofErr w:type="spellStart"/>
      <w:r>
        <w:t>estado</w:t>
      </w:r>
      <w:proofErr w:type="spellEnd"/>
      <w:r>
        <w:t xml:space="preserve"> y zona → </w:t>
      </w:r>
      <w:proofErr w:type="spellStart"/>
      <w:r>
        <w:t>visualización</w:t>
      </w:r>
      <w:proofErr w:type="spellEnd"/>
      <w:r>
        <w:t xml:space="preserve"> y </w:t>
      </w:r>
      <w:proofErr w:type="spellStart"/>
      <w:r>
        <w:t>registro</w:t>
      </w:r>
      <w:proofErr w:type="spellEnd"/>
      <w:r>
        <w:t xml:space="preserve"> → </w:t>
      </w:r>
      <w:proofErr w:type="spellStart"/>
      <w:r>
        <w:t>notificación</w:t>
      </w:r>
      <w:proofErr w:type="spellEnd"/>
      <w:r>
        <w:t xml:space="preserve">/control </w:t>
      </w:r>
      <w:proofErr w:type="spellStart"/>
      <w:r>
        <w:t>programado</w:t>
      </w:r>
      <w:proofErr w:type="spellEnd"/>
      <w:r>
        <w:t xml:space="preserve"> → </w:t>
      </w:r>
      <w:proofErr w:type="spellStart"/>
      <w:r>
        <w:t>intervención</w:t>
      </w:r>
      <w:proofErr w:type="spellEnd"/>
      <w:r>
        <w:t xml:space="preserve"> humana → </w:t>
      </w:r>
      <w:proofErr w:type="spellStart"/>
      <w:r>
        <w:t>verificación</w:t>
      </w:r>
      <w:proofErr w:type="spellEnd"/>
      <w:r>
        <w:t xml:space="preserve">, </w:t>
      </w:r>
      <w:proofErr w:type="spellStart"/>
      <w:r>
        <w:t>restablecimiento</w:t>
      </w:r>
      <w:proofErr w:type="spellEnd"/>
      <w:r>
        <w:t xml:space="preserve"> y </w:t>
      </w:r>
      <w:proofErr w:type="spellStart"/>
      <w:r>
        <w:t>documentación</w:t>
      </w:r>
      <w:proofErr w:type="spellEnd"/>
      <w:r>
        <w:t>.</w:t>
      </w:r>
    </w:p>
    <w:p w14:paraId="22FB6AF1" w14:textId="77777777" w:rsidR="000767AF" w:rsidRDefault="00000000">
      <w:pPr>
        <w:spacing w:before="140"/>
      </w:pPr>
      <w:r>
        <w:rPr>
          <w:b/>
          <w:sz w:val="22"/>
        </w:rPr>
        <w:t xml:space="preserve">2.2 </w:t>
      </w:r>
      <w:proofErr w:type="spellStart"/>
      <w:r>
        <w:rPr>
          <w:b/>
          <w:sz w:val="22"/>
        </w:rPr>
        <w:t>Seguridad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sistemas</w:t>
      </w:r>
      <w:proofErr w:type="spellEnd"/>
      <w:r>
        <w:rPr>
          <w:b/>
          <w:sz w:val="22"/>
        </w:rPr>
        <w:t xml:space="preserve"> de </w:t>
      </w:r>
      <w:proofErr w:type="spellStart"/>
      <w:r>
        <w:rPr>
          <w:b/>
          <w:sz w:val="22"/>
        </w:rPr>
        <w:t>descarga</w:t>
      </w:r>
      <w:proofErr w:type="spellEnd"/>
    </w:p>
    <w:p w14:paraId="224272E0" w14:textId="77777777" w:rsidR="000767AF" w:rsidRDefault="00000000">
      <w:pPr>
        <w:jc w:val="both"/>
      </w:pPr>
      <w:r>
        <w:t xml:space="preserve">Un panel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controlar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secuencia</w:t>
      </w:r>
      <w:proofErr w:type="spellEnd"/>
      <w:r>
        <w:t xml:space="preserve"> de </w:t>
      </w:r>
      <w:proofErr w:type="spellStart"/>
      <w:r>
        <w:t>predescarga</w:t>
      </w:r>
      <w:proofErr w:type="spellEnd"/>
      <w:r>
        <w:t xml:space="preserve"> y </w:t>
      </w:r>
      <w:proofErr w:type="spellStart"/>
      <w:r>
        <w:t>activación</w:t>
      </w:r>
      <w:proofErr w:type="spellEnd"/>
      <w:r>
        <w:t xml:space="preserve"> del </w:t>
      </w:r>
      <w:proofErr w:type="spellStart"/>
      <w:r>
        <w:t>agente</w:t>
      </w:r>
      <w:proofErr w:type="spellEnd"/>
      <w:r>
        <w:t xml:space="preserve">. Una </w:t>
      </w:r>
      <w:proofErr w:type="spellStart"/>
      <w:r>
        <w:t>actuación</w:t>
      </w:r>
      <w:proofErr w:type="spellEnd"/>
      <w:r>
        <w:t xml:space="preserve"> </w:t>
      </w:r>
      <w:proofErr w:type="spellStart"/>
      <w:r>
        <w:t>incorrecta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ocasionar</w:t>
      </w:r>
      <w:proofErr w:type="spellEnd"/>
      <w:r>
        <w:t xml:space="preserve"> </w:t>
      </w:r>
      <w:proofErr w:type="spellStart"/>
      <w:r>
        <w:t>descarga</w:t>
      </w:r>
      <w:proofErr w:type="spellEnd"/>
      <w:r>
        <w:t xml:space="preserve"> no </w:t>
      </w:r>
      <w:proofErr w:type="spellStart"/>
      <w:r>
        <w:t>deseada</w:t>
      </w:r>
      <w:proofErr w:type="spellEnd"/>
      <w:r>
        <w:t xml:space="preserve">, </w:t>
      </w:r>
      <w:proofErr w:type="spellStart"/>
      <w:r>
        <w:t>exposición</w:t>
      </w:r>
      <w:proofErr w:type="spellEnd"/>
      <w:r>
        <w:t xml:space="preserve"> a </w:t>
      </w:r>
      <w:proofErr w:type="spellStart"/>
      <w:r>
        <w:t>riesgos</w:t>
      </w:r>
      <w:proofErr w:type="spellEnd"/>
      <w:r>
        <w:t xml:space="preserve"> o </w:t>
      </w:r>
      <w:proofErr w:type="spellStart"/>
      <w:r>
        <w:t>pérdida</w:t>
      </w:r>
      <w:proofErr w:type="spellEnd"/>
      <w:r>
        <w:t xml:space="preserve"> de </w:t>
      </w:r>
      <w:proofErr w:type="spellStart"/>
      <w:r>
        <w:t>protección</w:t>
      </w:r>
      <w:proofErr w:type="spellEnd"/>
      <w:r>
        <w:t xml:space="preserve">. </w:t>
      </w:r>
      <w:proofErr w:type="spellStart"/>
      <w:r>
        <w:t>Nunca</w:t>
      </w:r>
      <w:proofErr w:type="spellEnd"/>
      <w:r>
        <w:t xml:space="preserve"> se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asumir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SILENCE, ACKNOWLEDGE, RESET, ABORT o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deshabilitación</w:t>
      </w:r>
      <w:proofErr w:type="spellEnd"/>
      <w:r>
        <w:t xml:space="preserve"> </w:t>
      </w:r>
      <w:proofErr w:type="spellStart"/>
      <w:r>
        <w:t>impiden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sí</w:t>
      </w:r>
      <w:proofErr w:type="spellEnd"/>
      <w:r>
        <w:t xml:space="preserve"> </w:t>
      </w:r>
      <w:proofErr w:type="spellStart"/>
      <w:r>
        <w:t>mismos</w:t>
      </w:r>
      <w:proofErr w:type="spellEnd"/>
      <w:r>
        <w:t xml:space="preserve"> la </w:t>
      </w:r>
      <w:proofErr w:type="spellStart"/>
      <w:r>
        <w:t>descarga</w:t>
      </w:r>
      <w:proofErr w:type="spellEnd"/>
      <w:r>
        <w:t xml:space="preserve">. Los </w:t>
      </w:r>
      <w:proofErr w:type="spellStart"/>
      <w:r>
        <w:t>efectos</w:t>
      </w:r>
      <w:proofErr w:type="spellEnd"/>
      <w:r>
        <w:t xml:space="preserve"> </w:t>
      </w:r>
      <w:proofErr w:type="spellStart"/>
      <w:r>
        <w:t>dependen</w:t>
      </w:r>
      <w:proofErr w:type="spellEnd"/>
      <w:r>
        <w:t xml:space="preserve"> de </w:t>
      </w:r>
      <w:proofErr w:type="spellStart"/>
      <w:r>
        <w:t>lógica</w:t>
      </w:r>
      <w:proofErr w:type="spellEnd"/>
      <w:r>
        <w:t xml:space="preserve"> y </w:t>
      </w:r>
      <w:proofErr w:type="spellStart"/>
      <w:r>
        <w:t>cableado</w:t>
      </w:r>
      <w:proofErr w:type="spellEnd"/>
      <w:r>
        <w:t xml:space="preserve"> </w:t>
      </w:r>
      <w:proofErr w:type="spellStart"/>
      <w:r>
        <w:t>configurados</w:t>
      </w:r>
      <w:proofErr w:type="spellEnd"/>
      <w:r>
        <w:t>.</w:t>
      </w:r>
    </w:p>
    <w:p w14:paraId="6A3DAE40" w14:textId="77777777" w:rsidR="000767AF" w:rsidRDefault="00000000">
      <w:pPr>
        <w:spacing w:before="240"/>
      </w:pPr>
      <w:r>
        <w:rPr>
          <w:b/>
          <w:sz w:val="26"/>
        </w:rPr>
        <w:t xml:space="preserve">MÓDULO 2 — </w:t>
      </w:r>
      <w:proofErr w:type="spellStart"/>
      <w:r>
        <w:rPr>
          <w:b/>
          <w:sz w:val="26"/>
        </w:rPr>
        <w:t>Operación</w:t>
      </w:r>
      <w:proofErr w:type="spellEnd"/>
      <w:r>
        <w:rPr>
          <w:b/>
          <w:sz w:val="26"/>
        </w:rPr>
        <w:t xml:space="preserve">, </w:t>
      </w:r>
      <w:proofErr w:type="spellStart"/>
      <w:r>
        <w:rPr>
          <w:b/>
          <w:sz w:val="26"/>
        </w:rPr>
        <w:t>interfaz</w:t>
      </w:r>
      <w:proofErr w:type="spellEnd"/>
      <w:r>
        <w:rPr>
          <w:b/>
          <w:sz w:val="26"/>
        </w:rPr>
        <w:t xml:space="preserve"> y </w:t>
      </w:r>
      <w:proofErr w:type="spellStart"/>
      <w:r>
        <w:rPr>
          <w:b/>
          <w:sz w:val="26"/>
        </w:rPr>
        <w:t>respuesta</w:t>
      </w:r>
      <w:proofErr w:type="spellEnd"/>
      <w:r>
        <w:rPr>
          <w:b/>
          <w:sz w:val="26"/>
        </w:rPr>
        <w:t xml:space="preserve"> ante </w:t>
      </w:r>
      <w:proofErr w:type="spellStart"/>
      <w:r>
        <w:rPr>
          <w:b/>
          <w:sz w:val="26"/>
        </w:rPr>
        <w:t>eventos</w:t>
      </w:r>
      <w:proofErr w:type="spellEnd"/>
    </w:p>
    <w:p w14:paraId="5B52B3E7" w14:textId="77777777" w:rsidR="000767AF" w:rsidRDefault="00000000">
      <w:pPr>
        <w:spacing w:before="140"/>
      </w:pPr>
      <w:r>
        <w:rPr>
          <w:b/>
          <w:sz w:val="22"/>
        </w:rPr>
        <w:t xml:space="preserve">3. </w:t>
      </w:r>
      <w:proofErr w:type="spellStart"/>
      <w:r>
        <w:rPr>
          <w:b/>
          <w:sz w:val="22"/>
        </w:rPr>
        <w:t>Familiarización</w:t>
      </w:r>
      <w:proofErr w:type="spellEnd"/>
      <w:r>
        <w:rPr>
          <w:b/>
          <w:sz w:val="22"/>
        </w:rPr>
        <w:t xml:space="preserve"> con </w:t>
      </w:r>
      <w:proofErr w:type="spellStart"/>
      <w:r>
        <w:rPr>
          <w:b/>
          <w:sz w:val="22"/>
        </w:rPr>
        <w:t>el</w:t>
      </w:r>
      <w:proofErr w:type="spellEnd"/>
      <w:r>
        <w:rPr>
          <w:b/>
          <w:sz w:val="22"/>
        </w:rPr>
        <w:t xml:space="preserve"> panel</w:t>
      </w:r>
    </w:p>
    <w:p w14:paraId="0ECC78EA" w14:textId="77777777" w:rsidR="000767AF" w:rsidRDefault="00000000">
      <w:pPr>
        <w:spacing w:before="140"/>
      </w:pPr>
      <w:r>
        <w:rPr>
          <w:b/>
          <w:sz w:val="22"/>
        </w:rPr>
        <w:t xml:space="preserve">3.1 </w:t>
      </w:r>
      <w:proofErr w:type="spellStart"/>
      <w:r>
        <w:rPr>
          <w:b/>
          <w:sz w:val="22"/>
        </w:rPr>
        <w:t>Indicadores</w:t>
      </w:r>
      <w:proofErr w:type="spellEnd"/>
      <w:r>
        <w:rPr>
          <w:b/>
          <w:sz w:val="22"/>
        </w:rPr>
        <w:t xml:space="preserve"> y </w:t>
      </w:r>
      <w:proofErr w:type="spellStart"/>
      <w:r>
        <w:rPr>
          <w:b/>
          <w:sz w:val="22"/>
        </w:rPr>
        <w:t>pantalla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4637"/>
      </w:tblGrid>
      <w:tr w:rsidR="000767AF" w14:paraId="73D8D592" w14:textId="77777777">
        <w:trPr>
          <w:jc w:val="center"/>
        </w:trPr>
        <w:tc>
          <w:tcPr>
            <w:tcW w:w="4637" w:type="dxa"/>
            <w:shd w:val="clear" w:color="auto" w:fill="DCEBF6"/>
          </w:tcPr>
          <w:p w14:paraId="5547743C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Indicación</w:t>
            </w:r>
            <w:proofErr w:type="spellEnd"/>
            <w:r>
              <w:rPr>
                <w:b/>
                <w:sz w:val="18"/>
              </w:rPr>
              <w:t xml:space="preserve"> habitual</w:t>
            </w:r>
          </w:p>
        </w:tc>
        <w:tc>
          <w:tcPr>
            <w:tcW w:w="4637" w:type="dxa"/>
            <w:shd w:val="clear" w:color="auto" w:fill="DCEBF6"/>
          </w:tcPr>
          <w:p w14:paraId="314309B9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Interpretación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operativa</w:t>
            </w:r>
            <w:proofErr w:type="spellEnd"/>
          </w:p>
        </w:tc>
      </w:tr>
      <w:tr w:rsidR="000767AF" w14:paraId="37435D04" w14:textId="77777777">
        <w:trPr>
          <w:jc w:val="center"/>
        </w:trPr>
        <w:tc>
          <w:tcPr>
            <w:tcW w:w="4637" w:type="dxa"/>
          </w:tcPr>
          <w:p w14:paraId="60863A4C" w14:textId="77777777" w:rsidR="000767AF" w:rsidRDefault="00000000">
            <w:pPr>
              <w:spacing w:after="20"/>
            </w:pPr>
            <w:r>
              <w:rPr>
                <w:sz w:val="18"/>
              </w:rPr>
              <w:t>Energía CA / AC POWER (</w:t>
            </w:r>
            <w:proofErr w:type="spellStart"/>
            <w:r>
              <w:rPr>
                <w:sz w:val="18"/>
              </w:rPr>
              <w:t>verde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4637" w:type="dxa"/>
          </w:tcPr>
          <w:p w14:paraId="187763FB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Existe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alimentación</w:t>
            </w:r>
            <w:proofErr w:type="spellEnd"/>
            <w:r>
              <w:rPr>
                <w:sz w:val="18"/>
              </w:rPr>
              <w:t xml:space="preserve"> de red </w:t>
            </w:r>
            <w:proofErr w:type="spellStart"/>
            <w:r>
              <w:rPr>
                <w:sz w:val="18"/>
              </w:rPr>
              <w:t>indicada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el</w:t>
            </w:r>
            <w:proofErr w:type="spellEnd"/>
            <w:r>
              <w:rPr>
                <w:sz w:val="18"/>
              </w:rPr>
              <w:t xml:space="preserve"> panel; no </w:t>
            </w:r>
            <w:proofErr w:type="spellStart"/>
            <w:r>
              <w:rPr>
                <w:sz w:val="18"/>
              </w:rPr>
              <w:t>certifica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sí</w:t>
            </w:r>
            <w:proofErr w:type="spellEnd"/>
            <w:r>
              <w:rPr>
                <w:sz w:val="18"/>
              </w:rPr>
              <w:t xml:space="preserve"> sola </w:t>
            </w:r>
            <w:proofErr w:type="spellStart"/>
            <w:r>
              <w:rPr>
                <w:sz w:val="18"/>
              </w:rPr>
              <w:t>ausencia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fallas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22B9F3B1" w14:textId="77777777">
        <w:trPr>
          <w:jc w:val="center"/>
        </w:trPr>
        <w:tc>
          <w:tcPr>
            <w:tcW w:w="4637" w:type="dxa"/>
          </w:tcPr>
          <w:p w14:paraId="2E542B36" w14:textId="77777777" w:rsidR="000767AF" w:rsidRDefault="00000000">
            <w:pPr>
              <w:spacing w:after="20"/>
            </w:pPr>
            <w:r>
              <w:rPr>
                <w:sz w:val="18"/>
              </w:rPr>
              <w:t>ALARM (rojo)</w:t>
            </w:r>
          </w:p>
        </w:tc>
        <w:tc>
          <w:tcPr>
            <w:tcW w:w="4637" w:type="dxa"/>
          </w:tcPr>
          <w:p w14:paraId="6E0A7867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Se ha </w:t>
            </w:r>
            <w:proofErr w:type="spellStart"/>
            <w:r>
              <w:rPr>
                <w:sz w:val="18"/>
              </w:rPr>
              <w:t>detectado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condición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alarma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que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requiere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aplicación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inmediata</w:t>
            </w:r>
            <w:proofErr w:type="spellEnd"/>
            <w:r>
              <w:rPr>
                <w:sz w:val="18"/>
              </w:rPr>
              <w:t xml:space="preserve"> del plan de </w:t>
            </w:r>
            <w:proofErr w:type="spellStart"/>
            <w:r>
              <w:rPr>
                <w:sz w:val="18"/>
              </w:rPr>
              <w:t>emergencia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16CBADAA" w14:textId="77777777">
        <w:trPr>
          <w:jc w:val="center"/>
        </w:trPr>
        <w:tc>
          <w:tcPr>
            <w:tcW w:w="4637" w:type="dxa"/>
          </w:tcPr>
          <w:p w14:paraId="52C692E9" w14:textId="77777777" w:rsidR="000767AF" w:rsidRDefault="00000000">
            <w:pPr>
              <w:spacing w:after="20"/>
            </w:pPr>
            <w:r>
              <w:rPr>
                <w:sz w:val="18"/>
              </w:rPr>
              <w:t>TROUBLE (</w:t>
            </w:r>
            <w:proofErr w:type="spellStart"/>
            <w:r>
              <w:rPr>
                <w:sz w:val="18"/>
              </w:rPr>
              <w:t>amarillo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4637" w:type="dxa"/>
          </w:tcPr>
          <w:p w14:paraId="26FEC4AB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El </w:t>
            </w:r>
            <w:proofErr w:type="spellStart"/>
            <w:r>
              <w:rPr>
                <w:sz w:val="18"/>
              </w:rPr>
              <w:t>sistema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informa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anomalía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técnica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investigar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gestionar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reparación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44A09098" w14:textId="77777777">
        <w:trPr>
          <w:jc w:val="center"/>
        </w:trPr>
        <w:tc>
          <w:tcPr>
            <w:tcW w:w="4637" w:type="dxa"/>
          </w:tcPr>
          <w:p w14:paraId="1ED2088F" w14:textId="77777777" w:rsidR="000767AF" w:rsidRDefault="00000000">
            <w:pPr>
              <w:spacing w:after="20"/>
            </w:pPr>
            <w:r>
              <w:rPr>
                <w:sz w:val="18"/>
              </w:rPr>
              <w:t>SUPERVISORY (</w:t>
            </w:r>
            <w:proofErr w:type="spellStart"/>
            <w:r>
              <w:rPr>
                <w:sz w:val="18"/>
              </w:rPr>
              <w:t>amarillo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4637" w:type="dxa"/>
          </w:tcPr>
          <w:p w14:paraId="7A9F1975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Condición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supervisada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que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necesita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revisión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respuesta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según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procedimiento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5F89E4A6" w14:textId="77777777">
        <w:trPr>
          <w:jc w:val="center"/>
        </w:trPr>
        <w:tc>
          <w:tcPr>
            <w:tcW w:w="4637" w:type="dxa"/>
          </w:tcPr>
          <w:p w14:paraId="5ED7F10E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Pantalla</w:t>
            </w:r>
            <w:proofErr w:type="spellEnd"/>
            <w:r>
              <w:rPr>
                <w:sz w:val="18"/>
              </w:rPr>
              <w:t xml:space="preserve"> LCD</w:t>
            </w:r>
          </w:p>
        </w:tc>
        <w:tc>
          <w:tcPr>
            <w:tcW w:w="4637" w:type="dxa"/>
          </w:tcPr>
          <w:p w14:paraId="1D479E20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Indica </w:t>
            </w:r>
            <w:proofErr w:type="spellStart"/>
            <w:r>
              <w:rPr>
                <w:sz w:val="18"/>
              </w:rPr>
              <w:t>tipo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evento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origen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fecha</w:t>
            </w:r>
            <w:proofErr w:type="spellEnd"/>
            <w:r>
              <w:rPr>
                <w:sz w:val="18"/>
              </w:rPr>
              <w:t xml:space="preserve">/hora y/o </w:t>
            </w:r>
            <w:proofErr w:type="spellStart"/>
            <w:r>
              <w:rPr>
                <w:sz w:val="18"/>
              </w:rPr>
              <w:t>contadores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según</w:t>
            </w:r>
            <w:proofErr w:type="spellEnd"/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versión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4815A8E5" w14:textId="77777777" w:rsidR="000767AF" w:rsidRDefault="000767AF">
      <w:pPr>
        <w:spacing w:after="0"/>
      </w:pPr>
    </w:p>
    <w:p w14:paraId="01FD24F3" w14:textId="77777777" w:rsidR="000767AF" w:rsidRDefault="00000000">
      <w:pPr>
        <w:jc w:val="both"/>
      </w:pPr>
      <w:proofErr w:type="spellStart"/>
      <w:r>
        <w:t>Importante</w:t>
      </w:r>
      <w:proofErr w:type="spellEnd"/>
      <w:r>
        <w:t xml:space="preserve">: </w:t>
      </w:r>
      <w:proofErr w:type="spellStart"/>
      <w:r>
        <w:t>el</w:t>
      </w:r>
      <w:proofErr w:type="spellEnd"/>
      <w:r>
        <w:t xml:space="preserve"> </w:t>
      </w:r>
      <w:proofErr w:type="spellStart"/>
      <w:r>
        <w:t>significado</w:t>
      </w:r>
      <w:proofErr w:type="spellEnd"/>
      <w:r>
        <w:t xml:space="preserve"> </w:t>
      </w:r>
      <w:proofErr w:type="spellStart"/>
      <w:r>
        <w:t>exacto</w:t>
      </w:r>
      <w:proofErr w:type="spellEnd"/>
      <w:r>
        <w:t xml:space="preserve"> de </w:t>
      </w:r>
      <w:proofErr w:type="gramStart"/>
      <w:r>
        <w:t>un LED</w:t>
      </w:r>
      <w:proofErr w:type="gram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patrón</w:t>
      </w:r>
      <w:proofErr w:type="spellEnd"/>
      <w:r>
        <w:t xml:space="preserve"> </w:t>
      </w:r>
      <w:proofErr w:type="spellStart"/>
      <w:r>
        <w:t>acústico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textos</w:t>
      </w:r>
      <w:proofErr w:type="spellEnd"/>
      <w:r>
        <w:t xml:space="preserve"> de </w:t>
      </w:r>
      <w:proofErr w:type="spellStart"/>
      <w:r>
        <w:t>pantalla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contrastarse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</w:t>
      </w:r>
      <w:proofErr w:type="spellStart"/>
      <w:r>
        <w:t>rótulo</w:t>
      </w:r>
      <w:proofErr w:type="spellEnd"/>
      <w:r>
        <w:t xml:space="preserve"> </w:t>
      </w:r>
      <w:proofErr w:type="spellStart"/>
      <w:r>
        <w:t>operativo</w:t>
      </w:r>
      <w:proofErr w:type="spellEnd"/>
      <w:r>
        <w:t xml:space="preserve"> del panel </w:t>
      </w:r>
      <w:proofErr w:type="spellStart"/>
      <w:r>
        <w:t>instalado</w:t>
      </w:r>
      <w:proofErr w:type="spellEnd"/>
      <w:r>
        <w:t xml:space="preserve"> y </w:t>
      </w:r>
      <w:proofErr w:type="spellStart"/>
      <w:r>
        <w:t>el</w:t>
      </w:r>
      <w:proofErr w:type="spellEnd"/>
      <w:r>
        <w:t xml:space="preserve"> manual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modelo</w:t>
      </w:r>
      <w:proofErr w:type="spellEnd"/>
      <w:r>
        <w:t>.</w:t>
      </w:r>
    </w:p>
    <w:p w14:paraId="677F23E4" w14:textId="77777777" w:rsidR="000767AF" w:rsidRDefault="00000000">
      <w:pPr>
        <w:spacing w:before="140"/>
      </w:pPr>
      <w:r>
        <w:rPr>
          <w:b/>
          <w:sz w:val="22"/>
        </w:rPr>
        <w:t xml:space="preserve">3.2 </w:t>
      </w:r>
      <w:proofErr w:type="spellStart"/>
      <w:r>
        <w:rPr>
          <w:b/>
          <w:sz w:val="22"/>
        </w:rPr>
        <w:t>Controles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básicos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4637"/>
      </w:tblGrid>
      <w:tr w:rsidR="000767AF" w14:paraId="69E77F27" w14:textId="77777777">
        <w:trPr>
          <w:jc w:val="center"/>
        </w:trPr>
        <w:tc>
          <w:tcPr>
            <w:tcW w:w="4637" w:type="dxa"/>
            <w:shd w:val="clear" w:color="auto" w:fill="DCEBF6"/>
          </w:tcPr>
          <w:p w14:paraId="1390C2B7" w14:textId="77777777" w:rsidR="000767AF" w:rsidRDefault="00000000">
            <w:pPr>
              <w:spacing w:after="20"/>
            </w:pPr>
            <w:r>
              <w:rPr>
                <w:b/>
                <w:sz w:val="18"/>
              </w:rPr>
              <w:t>Control</w:t>
            </w:r>
          </w:p>
        </w:tc>
        <w:tc>
          <w:tcPr>
            <w:tcW w:w="4637" w:type="dxa"/>
            <w:shd w:val="clear" w:color="auto" w:fill="DCEBF6"/>
          </w:tcPr>
          <w:p w14:paraId="338AABA4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Función</w:t>
            </w:r>
            <w:proofErr w:type="spellEnd"/>
            <w:r>
              <w:rPr>
                <w:b/>
                <w:sz w:val="18"/>
              </w:rPr>
              <w:t xml:space="preserve"> general / </w:t>
            </w:r>
            <w:proofErr w:type="spellStart"/>
            <w:r>
              <w:rPr>
                <w:b/>
                <w:sz w:val="18"/>
              </w:rPr>
              <w:t>precaución</w:t>
            </w:r>
            <w:proofErr w:type="spellEnd"/>
          </w:p>
        </w:tc>
      </w:tr>
      <w:tr w:rsidR="000767AF" w14:paraId="45D41DCD" w14:textId="77777777">
        <w:trPr>
          <w:jc w:val="center"/>
        </w:trPr>
        <w:tc>
          <w:tcPr>
            <w:tcW w:w="4637" w:type="dxa"/>
          </w:tcPr>
          <w:p w14:paraId="7105ED6E" w14:textId="77777777" w:rsidR="000767AF" w:rsidRDefault="00000000">
            <w:pPr>
              <w:spacing w:after="20"/>
            </w:pPr>
            <w:r>
              <w:rPr>
                <w:sz w:val="18"/>
              </w:rPr>
              <w:t>ACKNOWLEDGE</w:t>
            </w:r>
          </w:p>
        </w:tc>
        <w:tc>
          <w:tcPr>
            <w:tcW w:w="4637" w:type="dxa"/>
          </w:tcPr>
          <w:p w14:paraId="0B72953E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Reconoce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evento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habitualmente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silencia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avisador</w:t>
            </w:r>
            <w:proofErr w:type="spellEnd"/>
            <w:r>
              <w:rPr>
                <w:sz w:val="18"/>
              </w:rPr>
              <w:t xml:space="preserve"> local y </w:t>
            </w:r>
            <w:proofErr w:type="spellStart"/>
            <w:r>
              <w:rPr>
                <w:sz w:val="18"/>
              </w:rPr>
              <w:t>registra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reconocimiento</w:t>
            </w:r>
            <w:proofErr w:type="spellEnd"/>
            <w:r>
              <w:rPr>
                <w:sz w:val="18"/>
              </w:rPr>
              <w:t xml:space="preserve">. NO </w:t>
            </w:r>
            <w:proofErr w:type="spellStart"/>
            <w:r>
              <w:rPr>
                <w:sz w:val="18"/>
              </w:rPr>
              <w:t>resuelve</w:t>
            </w:r>
            <w:proofErr w:type="spellEnd"/>
            <w:r>
              <w:rPr>
                <w:sz w:val="18"/>
              </w:rPr>
              <w:t xml:space="preserve"> la causa.</w:t>
            </w:r>
          </w:p>
        </w:tc>
      </w:tr>
      <w:tr w:rsidR="000767AF" w14:paraId="43C4D36E" w14:textId="77777777">
        <w:trPr>
          <w:jc w:val="center"/>
        </w:trPr>
        <w:tc>
          <w:tcPr>
            <w:tcW w:w="4637" w:type="dxa"/>
          </w:tcPr>
          <w:p w14:paraId="758816BD" w14:textId="77777777" w:rsidR="000767AF" w:rsidRDefault="00000000">
            <w:pPr>
              <w:spacing w:after="20"/>
            </w:pPr>
            <w:r>
              <w:rPr>
                <w:sz w:val="18"/>
              </w:rPr>
              <w:t>SILENCE</w:t>
            </w:r>
          </w:p>
        </w:tc>
        <w:tc>
          <w:tcPr>
            <w:tcW w:w="4637" w:type="dxa"/>
          </w:tcPr>
          <w:p w14:paraId="00DD45A1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Puede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silenciar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notificaciones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configuradas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silenciables</w:t>
            </w:r>
            <w:proofErr w:type="spellEnd"/>
            <w:r>
              <w:rPr>
                <w:sz w:val="18"/>
              </w:rPr>
              <w:t xml:space="preserve">. NO </w:t>
            </w:r>
            <w:proofErr w:type="spellStart"/>
            <w:r>
              <w:rPr>
                <w:sz w:val="18"/>
              </w:rPr>
              <w:t>desactiva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necesariamente</w:t>
            </w:r>
            <w:proofErr w:type="spellEnd"/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descarga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todos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circuitos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45722931" w14:textId="77777777">
        <w:trPr>
          <w:jc w:val="center"/>
        </w:trPr>
        <w:tc>
          <w:tcPr>
            <w:tcW w:w="4637" w:type="dxa"/>
          </w:tcPr>
          <w:p w14:paraId="70F007AA" w14:textId="77777777" w:rsidR="000767AF" w:rsidRDefault="00000000">
            <w:pPr>
              <w:spacing w:after="20"/>
            </w:pPr>
            <w:r>
              <w:rPr>
                <w:sz w:val="18"/>
              </w:rPr>
              <w:t>RESET</w:t>
            </w:r>
          </w:p>
        </w:tc>
        <w:tc>
          <w:tcPr>
            <w:tcW w:w="4637" w:type="dxa"/>
          </w:tcPr>
          <w:p w14:paraId="4362EEDB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Intenta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restablecer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el</w:t>
            </w:r>
            <w:proofErr w:type="spellEnd"/>
            <w:r>
              <w:rPr>
                <w:sz w:val="18"/>
              </w:rPr>
              <w:t xml:space="preserve"> panel </w:t>
            </w:r>
            <w:proofErr w:type="spellStart"/>
            <w:r>
              <w:rPr>
                <w:sz w:val="18"/>
              </w:rPr>
              <w:t>después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corregir</w:t>
            </w:r>
            <w:proofErr w:type="spellEnd"/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condición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Puede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afectar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salidas</w:t>
            </w:r>
            <w:proofErr w:type="spellEnd"/>
            <w:r>
              <w:rPr>
                <w:sz w:val="18"/>
              </w:rPr>
              <w:t xml:space="preserve">; solo con </w:t>
            </w:r>
            <w:proofErr w:type="spellStart"/>
            <w:r>
              <w:rPr>
                <w:sz w:val="18"/>
              </w:rPr>
              <w:t>autorización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019227AF" w14:textId="77777777">
        <w:trPr>
          <w:jc w:val="center"/>
        </w:trPr>
        <w:tc>
          <w:tcPr>
            <w:tcW w:w="4637" w:type="dxa"/>
          </w:tcPr>
          <w:p w14:paraId="47A30A47" w14:textId="77777777" w:rsidR="000767AF" w:rsidRDefault="00000000">
            <w:pPr>
              <w:spacing w:after="20"/>
            </w:pPr>
            <w:r>
              <w:rPr>
                <w:sz w:val="18"/>
              </w:rPr>
              <w:t>STEP ALARM / SUPER / ALL</w:t>
            </w:r>
          </w:p>
        </w:tc>
        <w:tc>
          <w:tcPr>
            <w:tcW w:w="4637" w:type="dxa"/>
          </w:tcPr>
          <w:p w14:paraId="54CE1896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Permiten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recorrer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eventos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activos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historial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según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modelo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518746BC" w14:textId="77777777">
        <w:trPr>
          <w:jc w:val="center"/>
        </w:trPr>
        <w:tc>
          <w:tcPr>
            <w:tcW w:w="4637" w:type="dxa"/>
          </w:tcPr>
          <w:p w14:paraId="5F091B58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F1–F6 / </w:t>
            </w:r>
            <w:proofErr w:type="spellStart"/>
            <w:r>
              <w:rPr>
                <w:sz w:val="18"/>
              </w:rPr>
              <w:t>navegación</w:t>
            </w:r>
            <w:proofErr w:type="spellEnd"/>
          </w:p>
        </w:tc>
        <w:tc>
          <w:tcPr>
            <w:tcW w:w="4637" w:type="dxa"/>
          </w:tcPr>
          <w:p w14:paraId="7B6AF6B4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Funciones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contextuales</w:t>
            </w:r>
            <w:proofErr w:type="spellEnd"/>
            <w:r>
              <w:rPr>
                <w:sz w:val="18"/>
              </w:rPr>
              <w:t xml:space="preserve"> de consulta o </w:t>
            </w:r>
            <w:proofErr w:type="spellStart"/>
            <w:r>
              <w:rPr>
                <w:sz w:val="18"/>
              </w:rPr>
              <w:t>menús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algunas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requieren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acceso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autorizado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730307BA" w14:textId="77777777">
        <w:trPr>
          <w:jc w:val="center"/>
        </w:trPr>
        <w:tc>
          <w:tcPr>
            <w:tcW w:w="4637" w:type="dxa"/>
          </w:tcPr>
          <w:p w14:paraId="4DB17123" w14:textId="77777777" w:rsidR="000767AF" w:rsidRDefault="00000000">
            <w:pPr>
              <w:spacing w:after="20"/>
            </w:pPr>
            <w:r>
              <w:rPr>
                <w:sz w:val="18"/>
              </w:rPr>
              <w:t>DRILL / WALK TEST</w:t>
            </w:r>
          </w:p>
        </w:tc>
        <w:tc>
          <w:tcPr>
            <w:tcW w:w="4637" w:type="dxa"/>
          </w:tcPr>
          <w:p w14:paraId="2B4E3990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Funciones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prueba</w:t>
            </w:r>
            <w:proofErr w:type="spellEnd"/>
            <w:r>
              <w:rPr>
                <w:sz w:val="18"/>
              </w:rPr>
              <w:t xml:space="preserve"> con </w:t>
            </w:r>
            <w:proofErr w:type="spellStart"/>
            <w:r>
              <w:rPr>
                <w:sz w:val="18"/>
              </w:rPr>
              <w:t>impacto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potencial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salidas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uso</w:t>
            </w:r>
            <w:proofErr w:type="spellEnd"/>
            <w:r>
              <w:rPr>
                <w:sz w:val="18"/>
              </w:rPr>
              <w:t xml:space="preserve"> solo </w:t>
            </w:r>
            <w:proofErr w:type="spellStart"/>
            <w:r>
              <w:rPr>
                <w:sz w:val="18"/>
              </w:rPr>
              <w:t>programado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supervisado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564C502C" w14:textId="77777777" w:rsidR="000767AF" w:rsidRDefault="000767AF">
      <w:pPr>
        <w:spacing w:after="0"/>
      </w:pPr>
    </w:p>
    <w:p w14:paraId="48AC8D83" w14:textId="77777777" w:rsidR="000767AF" w:rsidRDefault="00000000">
      <w:pPr>
        <w:spacing w:before="140"/>
      </w:pPr>
      <w:r>
        <w:rPr>
          <w:b/>
          <w:sz w:val="22"/>
        </w:rPr>
        <w:t xml:space="preserve">3.3 </w:t>
      </w:r>
      <w:proofErr w:type="spellStart"/>
      <w:r>
        <w:rPr>
          <w:b/>
          <w:sz w:val="22"/>
        </w:rPr>
        <w:t>Secuencia</w:t>
      </w:r>
      <w:proofErr w:type="spellEnd"/>
      <w:r>
        <w:rPr>
          <w:b/>
          <w:sz w:val="22"/>
        </w:rPr>
        <w:t xml:space="preserve"> universal para leer un </w:t>
      </w:r>
      <w:proofErr w:type="spellStart"/>
      <w:r>
        <w:rPr>
          <w:b/>
          <w:sz w:val="22"/>
        </w:rPr>
        <w:t>evento</w:t>
      </w:r>
      <w:proofErr w:type="spellEnd"/>
    </w:p>
    <w:p w14:paraId="1EBDB927" w14:textId="77777777" w:rsidR="000767AF" w:rsidRDefault="00000000">
      <w:pPr>
        <w:jc w:val="both"/>
      </w:pPr>
      <w:proofErr w:type="spellStart"/>
      <w:r>
        <w:t>Mantener</w:t>
      </w:r>
      <w:proofErr w:type="spellEnd"/>
      <w:r>
        <w:t xml:space="preserve"> la </w:t>
      </w:r>
      <w:proofErr w:type="spellStart"/>
      <w:r>
        <w:t>calma</w:t>
      </w:r>
      <w:proofErr w:type="spellEnd"/>
      <w:r>
        <w:t xml:space="preserve"> y </w:t>
      </w:r>
      <w:proofErr w:type="spellStart"/>
      <w:r>
        <w:t>aplicar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protocolo</w:t>
      </w:r>
      <w:proofErr w:type="spellEnd"/>
      <w:r>
        <w:t xml:space="preserve"> del sitio; ante </w:t>
      </w:r>
      <w:proofErr w:type="spellStart"/>
      <w:r>
        <w:t>alarma</w:t>
      </w:r>
      <w:proofErr w:type="spellEnd"/>
      <w:r>
        <w:t xml:space="preserve"> de </w:t>
      </w:r>
      <w:proofErr w:type="spellStart"/>
      <w:r>
        <w:t>incendio</w:t>
      </w:r>
      <w:proofErr w:type="spellEnd"/>
      <w:r>
        <w:t xml:space="preserve"> </w:t>
      </w:r>
      <w:proofErr w:type="spellStart"/>
      <w:r>
        <w:t>priorizar</w:t>
      </w:r>
      <w:proofErr w:type="spellEnd"/>
      <w:r>
        <w:t xml:space="preserve"> </w:t>
      </w:r>
      <w:proofErr w:type="spellStart"/>
      <w:r>
        <w:t>seguridad</w:t>
      </w:r>
      <w:proofErr w:type="spellEnd"/>
      <w:r>
        <w:t xml:space="preserve"> de las personas.</w:t>
      </w:r>
    </w:p>
    <w:p w14:paraId="6F74C97C" w14:textId="77777777" w:rsidR="000767AF" w:rsidRDefault="00000000">
      <w:pPr>
        <w:jc w:val="both"/>
      </w:pPr>
      <w:r>
        <w:t xml:space="preserve">Leer la </w:t>
      </w:r>
      <w:proofErr w:type="spellStart"/>
      <w:r>
        <w:t>categoría</w:t>
      </w:r>
      <w:proofErr w:type="spellEnd"/>
      <w:r>
        <w:t xml:space="preserve"> y </w:t>
      </w:r>
      <w:proofErr w:type="spellStart"/>
      <w:r>
        <w:t>origen</w:t>
      </w:r>
      <w:proofErr w:type="spellEnd"/>
      <w:r>
        <w:t xml:space="preserve"> del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pantalla</w:t>
      </w:r>
      <w:proofErr w:type="spellEnd"/>
      <w:r>
        <w:t xml:space="preserve">, </w:t>
      </w:r>
      <w:proofErr w:type="spellStart"/>
      <w:r>
        <w:t>incluidos</w:t>
      </w:r>
      <w:proofErr w:type="spellEnd"/>
      <w:r>
        <w:t xml:space="preserve"> </w:t>
      </w:r>
      <w:proofErr w:type="spellStart"/>
      <w:r>
        <w:t>dirección</w:t>
      </w:r>
      <w:proofErr w:type="spellEnd"/>
      <w:r>
        <w:t>/sector y hora.</w:t>
      </w:r>
    </w:p>
    <w:p w14:paraId="6E627C5A" w14:textId="77777777" w:rsidR="000767AF" w:rsidRDefault="00000000">
      <w:pPr>
        <w:jc w:val="both"/>
      </w:pPr>
      <w:proofErr w:type="spellStart"/>
      <w:r>
        <w:t>Anotar</w:t>
      </w:r>
      <w:proofErr w:type="spellEnd"/>
      <w:r>
        <w:t xml:space="preserve"> o </w:t>
      </w:r>
      <w:proofErr w:type="spellStart"/>
      <w:r>
        <w:t>comunicar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código</w:t>
      </w:r>
      <w:proofErr w:type="spellEnd"/>
      <w:r>
        <w:t>/</w:t>
      </w:r>
      <w:proofErr w:type="spellStart"/>
      <w:r>
        <w:t>mensaje</w:t>
      </w:r>
      <w:proofErr w:type="spellEnd"/>
      <w:r>
        <w:t xml:space="preserve"> </w:t>
      </w:r>
      <w:proofErr w:type="spellStart"/>
      <w:r>
        <w:t>exacto</w:t>
      </w:r>
      <w:proofErr w:type="spellEnd"/>
      <w:r>
        <w:t xml:space="preserve">; no </w:t>
      </w:r>
      <w:proofErr w:type="spellStart"/>
      <w:r>
        <w:t>asumir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ausencia</w:t>
      </w:r>
      <w:proofErr w:type="spellEnd"/>
      <w:r>
        <w:t xml:space="preserve"> de </w:t>
      </w:r>
      <w:proofErr w:type="spellStart"/>
      <w:r>
        <w:t>humo</w:t>
      </w:r>
      <w:proofErr w:type="spellEnd"/>
      <w:r>
        <w:t xml:space="preserve"> </w:t>
      </w:r>
      <w:proofErr w:type="spellStart"/>
      <w:r>
        <w:t>descarta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alarma</w:t>
      </w:r>
      <w:proofErr w:type="spellEnd"/>
      <w:r>
        <w:t>.</w:t>
      </w:r>
    </w:p>
    <w:p w14:paraId="53496E86" w14:textId="77777777" w:rsidR="000767AF" w:rsidRDefault="00000000">
      <w:pPr>
        <w:jc w:val="both"/>
      </w:pPr>
      <w:proofErr w:type="spellStart"/>
      <w:r>
        <w:t>Reconocer</w:t>
      </w:r>
      <w:proofErr w:type="spellEnd"/>
      <w:r>
        <w:t xml:space="preserve"> la </w:t>
      </w:r>
      <w:proofErr w:type="spellStart"/>
      <w:r>
        <w:t>señal</w:t>
      </w:r>
      <w:proofErr w:type="spellEnd"/>
      <w:r>
        <w:t xml:space="preserve"> </w:t>
      </w:r>
      <w:proofErr w:type="spellStart"/>
      <w:r>
        <w:t>únicamente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procedimiento</w:t>
      </w:r>
      <w:proofErr w:type="spellEnd"/>
      <w:r>
        <w:t xml:space="preserve"> lo </w:t>
      </w:r>
      <w:proofErr w:type="spellStart"/>
      <w:r>
        <w:t>permite</w:t>
      </w:r>
      <w:proofErr w:type="spellEnd"/>
      <w:r>
        <w:t>.</w:t>
      </w:r>
    </w:p>
    <w:p w14:paraId="4321DED3" w14:textId="77777777" w:rsidR="000767AF" w:rsidRDefault="00000000">
      <w:pPr>
        <w:jc w:val="both"/>
      </w:pPr>
      <w:proofErr w:type="spellStart"/>
      <w:r>
        <w:t>Solicitar</w:t>
      </w:r>
      <w:proofErr w:type="spellEnd"/>
      <w:r>
        <w:t xml:space="preserve"> </w:t>
      </w:r>
      <w:proofErr w:type="spellStart"/>
      <w:r>
        <w:t>verificación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personal </w:t>
      </w:r>
      <w:proofErr w:type="spellStart"/>
      <w:r>
        <w:t>asignado</w:t>
      </w:r>
      <w:proofErr w:type="spellEnd"/>
      <w:r>
        <w:t xml:space="preserve"> sin </w:t>
      </w:r>
      <w:proofErr w:type="spellStart"/>
      <w:r>
        <w:t>exponer</w:t>
      </w:r>
      <w:proofErr w:type="spellEnd"/>
      <w:r>
        <w:t xml:space="preserve"> a </w:t>
      </w:r>
      <w:proofErr w:type="gramStart"/>
      <w:r>
        <w:t>personas</w:t>
      </w:r>
      <w:proofErr w:type="gramEnd"/>
      <w:r>
        <w:t xml:space="preserve"> al </w:t>
      </w:r>
      <w:proofErr w:type="spellStart"/>
      <w:r>
        <w:t>peligro</w:t>
      </w:r>
      <w:proofErr w:type="spellEnd"/>
      <w:r>
        <w:t>.</w:t>
      </w:r>
    </w:p>
    <w:p w14:paraId="056E1DD2" w14:textId="77777777" w:rsidR="000767AF" w:rsidRDefault="00000000">
      <w:pPr>
        <w:jc w:val="both"/>
      </w:pPr>
      <w:r>
        <w:t xml:space="preserve">Solo </w:t>
      </w:r>
      <w:proofErr w:type="spellStart"/>
      <w:r>
        <w:t>tras</w:t>
      </w:r>
      <w:proofErr w:type="spellEnd"/>
      <w:r>
        <w:t xml:space="preserve"> resolver la causa y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autorización</w:t>
      </w:r>
      <w:proofErr w:type="spellEnd"/>
      <w:r>
        <w:t xml:space="preserve">, </w:t>
      </w:r>
      <w:proofErr w:type="spellStart"/>
      <w:r>
        <w:t>evaluar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restablecimiento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>.</w:t>
      </w:r>
    </w:p>
    <w:p w14:paraId="6C7ABA9B" w14:textId="77777777" w:rsidR="000767AF" w:rsidRDefault="00000000">
      <w:pPr>
        <w:spacing w:before="140"/>
      </w:pPr>
      <w:r>
        <w:rPr>
          <w:b/>
          <w:sz w:val="22"/>
        </w:rPr>
        <w:lastRenderedPageBreak/>
        <w:t xml:space="preserve">4. </w:t>
      </w:r>
      <w:proofErr w:type="spellStart"/>
      <w:r>
        <w:rPr>
          <w:b/>
          <w:sz w:val="22"/>
        </w:rPr>
        <w:t>Estados</w:t>
      </w:r>
      <w:proofErr w:type="spellEnd"/>
      <w:r>
        <w:rPr>
          <w:b/>
          <w:sz w:val="22"/>
        </w:rPr>
        <w:t xml:space="preserve"> del </w:t>
      </w:r>
      <w:proofErr w:type="spellStart"/>
      <w:r>
        <w:rPr>
          <w:b/>
          <w:sz w:val="22"/>
        </w:rPr>
        <w:t>sistema</w:t>
      </w:r>
      <w:proofErr w:type="spellEnd"/>
      <w:r>
        <w:rPr>
          <w:b/>
          <w:sz w:val="22"/>
        </w:rPr>
        <w:t xml:space="preserve"> y </w:t>
      </w:r>
      <w:proofErr w:type="spellStart"/>
      <w:r>
        <w:rPr>
          <w:b/>
          <w:sz w:val="22"/>
        </w:rPr>
        <w:t>respuesta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inicial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91"/>
        <w:gridCol w:w="3091"/>
        <w:gridCol w:w="3091"/>
      </w:tblGrid>
      <w:tr w:rsidR="000767AF" w14:paraId="6EBE5D7E" w14:textId="77777777">
        <w:trPr>
          <w:jc w:val="center"/>
        </w:trPr>
        <w:tc>
          <w:tcPr>
            <w:tcW w:w="3091" w:type="dxa"/>
            <w:shd w:val="clear" w:color="auto" w:fill="DCEBF6"/>
          </w:tcPr>
          <w:p w14:paraId="3B55CACA" w14:textId="77777777" w:rsidR="000767AF" w:rsidRDefault="00000000">
            <w:pPr>
              <w:spacing w:after="20"/>
            </w:pPr>
            <w:r>
              <w:rPr>
                <w:b/>
                <w:sz w:val="18"/>
              </w:rPr>
              <w:t>Estado</w:t>
            </w:r>
          </w:p>
        </w:tc>
        <w:tc>
          <w:tcPr>
            <w:tcW w:w="3091" w:type="dxa"/>
            <w:shd w:val="clear" w:color="auto" w:fill="DCEBF6"/>
          </w:tcPr>
          <w:p w14:paraId="6551723C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Qué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significa</w:t>
            </w:r>
            <w:proofErr w:type="spellEnd"/>
          </w:p>
        </w:tc>
        <w:tc>
          <w:tcPr>
            <w:tcW w:w="3091" w:type="dxa"/>
            <w:shd w:val="clear" w:color="auto" w:fill="DCEBF6"/>
          </w:tcPr>
          <w:p w14:paraId="00985340" w14:textId="77777777" w:rsidR="000767AF" w:rsidRDefault="00000000">
            <w:pPr>
              <w:spacing w:after="20"/>
            </w:pPr>
            <w:r>
              <w:rPr>
                <w:b/>
                <w:sz w:val="18"/>
              </w:rPr>
              <w:t xml:space="preserve">Respuesta </w:t>
            </w:r>
            <w:proofErr w:type="spellStart"/>
            <w:r>
              <w:rPr>
                <w:b/>
                <w:sz w:val="18"/>
              </w:rPr>
              <w:t>recomendada</w:t>
            </w:r>
            <w:proofErr w:type="spellEnd"/>
          </w:p>
        </w:tc>
      </w:tr>
      <w:tr w:rsidR="000767AF" w14:paraId="06898B16" w14:textId="77777777">
        <w:trPr>
          <w:jc w:val="center"/>
        </w:trPr>
        <w:tc>
          <w:tcPr>
            <w:tcW w:w="3091" w:type="dxa"/>
          </w:tcPr>
          <w:p w14:paraId="1815A12A" w14:textId="77777777" w:rsidR="000767AF" w:rsidRDefault="00000000">
            <w:pPr>
              <w:spacing w:after="20"/>
            </w:pPr>
            <w:r>
              <w:rPr>
                <w:sz w:val="18"/>
              </w:rPr>
              <w:t>Normal</w:t>
            </w:r>
          </w:p>
        </w:tc>
        <w:tc>
          <w:tcPr>
            <w:tcW w:w="3091" w:type="dxa"/>
          </w:tcPr>
          <w:p w14:paraId="10D486FA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Sin </w:t>
            </w:r>
            <w:proofErr w:type="spellStart"/>
            <w:r>
              <w:rPr>
                <w:sz w:val="18"/>
              </w:rPr>
              <w:t>eventos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activos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mostrados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091" w:type="dxa"/>
          </w:tcPr>
          <w:p w14:paraId="444AD992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Inspección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rutinaria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revisión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registros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2BF074C6" w14:textId="77777777">
        <w:trPr>
          <w:jc w:val="center"/>
        </w:trPr>
        <w:tc>
          <w:tcPr>
            <w:tcW w:w="3091" w:type="dxa"/>
          </w:tcPr>
          <w:p w14:paraId="65A984AF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Alarma</w:t>
            </w:r>
            <w:proofErr w:type="spellEnd"/>
          </w:p>
        </w:tc>
        <w:tc>
          <w:tcPr>
            <w:tcW w:w="3091" w:type="dxa"/>
          </w:tcPr>
          <w:p w14:paraId="33542888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Posible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evento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incendio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activación</w:t>
            </w:r>
            <w:proofErr w:type="spellEnd"/>
            <w:r>
              <w:rPr>
                <w:sz w:val="18"/>
              </w:rPr>
              <w:t xml:space="preserve"> de entrada.</w:t>
            </w:r>
          </w:p>
        </w:tc>
        <w:tc>
          <w:tcPr>
            <w:tcW w:w="3091" w:type="dxa"/>
          </w:tcPr>
          <w:p w14:paraId="3EA3C605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Activar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respuesta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emergencia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identificar</w:t>
            </w:r>
            <w:proofErr w:type="spellEnd"/>
            <w:r>
              <w:rPr>
                <w:sz w:val="18"/>
              </w:rPr>
              <w:t xml:space="preserve"> zona y no </w:t>
            </w:r>
            <w:proofErr w:type="spellStart"/>
            <w:r>
              <w:rPr>
                <w:sz w:val="18"/>
              </w:rPr>
              <w:t>reiniciar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prematuramente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48F3A5DE" w14:textId="77777777">
        <w:trPr>
          <w:jc w:val="center"/>
        </w:trPr>
        <w:tc>
          <w:tcPr>
            <w:tcW w:w="3091" w:type="dxa"/>
          </w:tcPr>
          <w:p w14:paraId="42BCAA4B" w14:textId="77777777" w:rsidR="000767AF" w:rsidRDefault="00000000">
            <w:pPr>
              <w:spacing w:after="20"/>
            </w:pPr>
            <w:r>
              <w:rPr>
                <w:sz w:val="18"/>
              </w:rPr>
              <w:t>Falla (Trouble)</w:t>
            </w:r>
          </w:p>
        </w:tc>
        <w:tc>
          <w:tcPr>
            <w:tcW w:w="3091" w:type="dxa"/>
          </w:tcPr>
          <w:p w14:paraId="5ADDDB55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Problema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cableado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energía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equipo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comunicación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091" w:type="dxa"/>
          </w:tcPr>
          <w:p w14:paraId="0C342ECA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Registrar, </w:t>
            </w:r>
            <w:proofErr w:type="spellStart"/>
            <w:r>
              <w:rPr>
                <w:sz w:val="18"/>
              </w:rPr>
              <w:t>comunicar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priorizar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atención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técnica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08BBA008" w14:textId="77777777">
        <w:trPr>
          <w:jc w:val="center"/>
        </w:trPr>
        <w:tc>
          <w:tcPr>
            <w:tcW w:w="3091" w:type="dxa"/>
          </w:tcPr>
          <w:p w14:paraId="462F0F1D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Supervisión</w:t>
            </w:r>
            <w:proofErr w:type="spellEnd"/>
          </w:p>
        </w:tc>
        <w:tc>
          <w:tcPr>
            <w:tcW w:w="3091" w:type="dxa"/>
          </w:tcPr>
          <w:p w14:paraId="1663A0BB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Cambio de </w:t>
            </w:r>
            <w:proofErr w:type="spellStart"/>
            <w:r>
              <w:rPr>
                <w:sz w:val="18"/>
              </w:rPr>
              <w:t>estado</w:t>
            </w:r>
            <w:proofErr w:type="spellEnd"/>
            <w:r>
              <w:rPr>
                <w:sz w:val="18"/>
              </w:rPr>
              <w:t xml:space="preserve"> de un </w:t>
            </w:r>
            <w:proofErr w:type="spellStart"/>
            <w:r>
              <w:rPr>
                <w:sz w:val="18"/>
              </w:rPr>
              <w:t>elemento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supervisado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091" w:type="dxa"/>
          </w:tcPr>
          <w:p w14:paraId="0719ED92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Verificar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condición</w:t>
            </w:r>
            <w:proofErr w:type="spellEnd"/>
            <w:r>
              <w:rPr>
                <w:sz w:val="18"/>
              </w:rPr>
              <w:t xml:space="preserve"> con </w:t>
            </w:r>
            <w:proofErr w:type="spellStart"/>
            <w:r>
              <w:rPr>
                <w:sz w:val="18"/>
              </w:rPr>
              <w:t>responsables</w:t>
            </w:r>
            <w:proofErr w:type="spellEnd"/>
            <w:r>
              <w:rPr>
                <w:sz w:val="18"/>
              </w:rPr>
              <w:t xml:space="preserve"> y registrar.</w:t>
            </w:r>
          </w:p>
        </w:tc>
      </w:tr>
      <w:tr w:rsidR="000767AF" w14:paraId="6DC5A50B" w14:textId="77777777">
        <w:trPr>
          <w:jc w:val="center"/>
        </w:trPr>
        <w:tc>
          <w:tcPr>
            <w:tcW w:w="3091" w:type="dxa"/>
          </w:tcPr>
          <w:p w14:paraId="20F709E8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Predescarga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descarga</w:t>
            </w:r>
            <w:proofErr w:type="spellEnd"/>
          </w:p>
        </w:tc>
        <w:tc>
          <w:tcPr>
            <w:tcW w:w="3091" w:type="dxa"/>
          </w:tcPr>
          <w:p w14:paraId="4043C932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Secuencia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asociada</w:t>
            </w:r>
            <w:proofErr w:type="spellEnd"/>
            <w:r>
              <w:rPr>
                <w:sz w:val="18"/>
              </w:rPr>
              <w:t xml:space="preserve"> al </w:t>
            </w:r>
            <w:proofErr w:type="spellStart"/>
            <w:r>
              <w:rPr>
                <w:sz w:val="18"/>
              </w:rPr>
              <w:t>sistema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extinción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091" w:type="dxa"/>
          </w:tcPr>
          <w:p w14:paraId="038A5AAF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Aplicar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evacuación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medidas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especiales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diseño</w:t>
            </w:r>
            <w:proofErr w:type="spellEnd"/>
            <w:r>
              <w:rPr>
                <w:sz w:val="18"/>
              </w:rPr>
              <w:t xml:space="preserve">; no manipular sin </w:t>
            </w:r>
            <w:proofErr w:type="spellStart"/>
            <w:r>
              <w:rPr>
                <w:sz w:val="18"/>
              </w:rPr>
              <w:t>autorización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5099849D" w14:textId="77777777">
        <w:trPr>
          <w:jc w:val="center"/>
        </w:trPr>
        <w:tc>
          <w:tcPr>
            <w:tcW w:w="3091" w:type="dxa"/>
          </w:tcPr>
          <w:p w14:paraId="52597D0C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Anulado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deshabilitado</w:t>
            </w:r>
            <w:proofErr w:type="spellEnd"/>
          </w:p>
        </w:tc>
        <w:tc>
          <w:tcPr>
            <w:tcW w:w="3091" w:type="dxa"/>
          </w:tcPr>
          <w:p w14:paraId="4E1F1E7C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Alguna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función</w:t>
            </w:r>
            <w:proofErr w:type="spellEnd"/>
            <w:r>
              <w:rPr>
                <w:sz w:val="18"/>
              </w:rPr>
              <w:t xml:space="preserve"> o zona </w:t>
            </w:r>
            <w:proofErr w:type="spellStart"/>
            <w:r>
              <w:rPr>
                <w:sz w:val="18"/>
              </w:rPr>
              <w:t>puede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estar</w:t>
            </w:r>
            <w:proofErr w:type="spellEnd"/>
            <w:r>
              <w:rPr>
                <w:sz w:val="18"/>
              </w:rPr>
              <w:t xml:space="preserve"> fuera de </w:t>
            </w:r>
            <w:proofErr w:type="spellStart"/>
            <w:r>
              <w:rPr>
                <w:sz w:val="18"/>
              </w:rPr>
              <w:t>servicio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091" w:type="dxa"/>
          </w:tcPr>
          <w:p w14:paraId="1AE14ED2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Escalar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establecer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medidas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compensatorias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restablecer</w:t>
            </w:r>
            <w:proofErr w:type="spellEnd"/>
            <w:r>
              <w:rPr>
                <w:sz w:val="18"/>
              </w:rPr>
              <w:t xml:space="preserve"> bajo control.</w:t>
            </w:r>
          </w:p>
        </w:tc>
      </w:tr>
    </w:tbl>
    <w:p w14:paraId="2C8148F6" w14:textId="77777777" w:rsidR="000767AF" w:rsidRDefault="000767AF">
      <w:pPr>
        <w:spacing w:after="0"/>
      </w:pPr>
    </w:p>
    <w:p w14:paraId="76D8DB9B" w14:textId="77777777" w:rsidR="000767AF" w:rsidRDefault="00000000">
      <w:pPr>
        <w:spacing w:before="240"/>
      </w:pPr>
      <w:r>
        <w:rPr>
          <w:b/>
          <w:sz w:val="26"/>
        </w:rPr>
        <w:t xml:space="preserve">MÓDULO 3 — </w:t>
      </w:r>
      <w:proofErr w:type="spellStart"/>
      <w:r>
        <w:rPr>
          <w:b/>
          <w:sz w:val="26"/>
        </w:rPr>
        <w:t>Inspección</w:t>
      </w:r>
      <w:proofErr w:type="spellEnd"/>
      <w:r>
        <w:rPr>
          <w:b/>
          <w:sz w:val="26"/>
        </w:rPr>
        <w:t xml:space="preserve"> y </w:t>
      </w:r>
      <w:proofErr w:type="spellStart"/>
      <w:r>
        <w:rPr>
          <w:b/>
          <w:sz w:val="26"/>
        </w:rPr>
        <w:t>mantenimiento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preventivo</w:t>
      </w:r>
      <w:proofErr w:type="spellEnd"/>
    </w:p>
    <w:p w14:paraId="786DCC21" w14:textId="77777777" w:rsidR="000767AF" w:rsidRDefault="00000000">
      <w:pPr>
        <w:spacing w:before="140"/>
      </w:pPr>
      <w:r>
        <w:rPr>
          <w:b/>
          <w:sz w:val="22"/>
        </w:rPr>
        <w:t xml:space="preserve">5. </w:t>
      </w:r>
      <w:proofErr w:type="spellStart"/>
      <w:r>
        <w:rPr>
          <w:b/>
          <w:sz w:val="22"/>
        </w:rPr>
        <w:t>Procedimientos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guiados</w:t>
      </w:r>
      <w:proofErr w:type="spellEnd"/>
      <w:r>
        <w:rPr>
          <w:b/>
          <w:sz w:val="22"/>
        </w:rPr>
        <w:t xml:space="preserve"> de </w:t>
      </w:r>
      <w:proofErr w:type="spellStart"/>
      <w:r>
        <w:rPr>
          <w:b/>
          <w:sz w:val="22"/>
        </w:rPr>
        <w:t>operación</w:t>
      </w:r>
      <w:proofErr w:type="spellEnd"/>
    </w:p>
    <w:p w14:paraId="273D13E3" w14:textId="77777777" w:rsidR="000767AF" w:rsidRDefault="00000000">
      <w:pPr>
        <w:spacing w:before="140"/>
      </w:pPr>
      <w:r>
        <w:rPr>
          <w:b/>
          <w:sz w:val="22"/>
        </w:rPr>
        <w:t xml:space="preserve">5.1 </w:t>
      </w:r>
      <w:proofErr w:type="spellStart"/>
      <w:r>
        <w:rPr>
          <w:b/>
          <w:sz w:val="22"/>
        </w:rPr>
        <w:t>Frente</w:t>
      </w:r>
      <w:proofErr w:type="spellEnd"/>
      <w:r>
        <w:rPr>
          <w:b/>
          <w:sz w:val="22"/>
        </w:rPr>
        <w:t xml:space="preserve"> a </w:t>
      </w:r>
      <w:proofErr w:type="spellStart"/>
      <w:r>
        <w:rPr>
          <w:b/>
          <w:sz w:val="22"/>
        </w:rPr>
        <w:t>una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alarma</w:t>
      </w:r>
      <w:proofErr w:type="spellEnd"/>
    </w:p>
    <w:p w14:paraId="6D30B5B7" w14:textId="77777777" w:rsidR="000767AF" w:rsidRDefault="00000000">
      <w:pPr>
        <w:jc w:val="both"/>
      </w:pPr>
      <w:r>
        <w:t xml:space="preserve">Dar aviso </w:t>
      </w:r>
      <w:proofErr w:type="spellStart"/>
      <w:r>
        <w:t>conforme</w:t>
      </w:r>
      <w:proofErr w:type="spellEnd"/>
      <w:r>
        <w:t xml:space="preserve"> al plan de </w:t>
      </w:r>
      <w:proofErr w:type="spellStart"/>
      <w:r>
        <w:t>emergencia</w:t>
      </w:r>
      <w:proofErr w:type="spellEnd"/>
      <w:r>
        <w:t xml:space="preserve"> y </w:t>
      </w:r>
      <w:proofErr w:type="spellStart"/>
      <w:r>
        <w:t>seguir</w:t>
      </w:r>
      <w:proofErr w:type="spellEnd"/>
      <w:r>
        <w:t xml:space="preserve"> </w:t>
      </w:r>
      <w:proofErr w:type="spellStart"/>
      <w:r>
        <w:t>instrucciones</w:t>
      </w:r>
      <w:proofErr w:type="spellEnd"/>
      <w:r>
        <w:t xml:space="preserve"> de </w:t>
      </w:r>
      <w:proofErr w:type="spellStart"/>
      <w:r>
        <w:t>evacuación</w:t>
      </w:r>
      <w:proofErr w:type="spellEnd"/>
      <w:r>
        <w:t xml:space="preserve"> o </w:t>
      </w:r>
      <w:proofErr w:type="spellStart"/>
      <w:r>
        <w:t>respuesta</w:t>
      </w:r>
      <w:proofErr w:type="spellEnd"/>
      <w:r>
        <w:t>.</w:t>
      </w:r>
    </w:p>
    <w:p w14:paraId="00B82DE9" w14:textId="77777777" w:rsidR="000767AF" w:rsidRDefault="00000000">
      <w:pPr>
        <w:jc w:val="both"/>
      </w:pPr>
      <w:proofErr w:type="spellStart"/>
      <w:r>
        <w:t>Desde</w:t>
      </w:r>
      <w:proofErr w:type="spellEnd"/>
      <w:r>
        <w:t xml:space="preserve"> </w:t>
      </w:r>
      <w:proofErr w:type="spellStart"/>
      <w:r>
        <w:t>lugar</w:t>
      </w:r>
      <w:proofErr w:type="spellEnd"/>
      <w:r>
        <w:t xml:space="preserve"> </w:t>
      </w:r>
      <w:proofErr w:type="spellStart"/>
      <w:r>
        <w:t>seguro</w:t>
      </w:r>
      <w:proofErr w:type="spellEnd"/>
      <w:r>
        <w:t xml:space="preserve">, </w:t>
      </w:r>
      <w:proofErr w:type="spellStart"/>
      <w:r>
        <w:t>identificar</w:t>
      </w:r>
      <w:proofErr w:type="spellEnd"/>
      <w:r>
        <w:t xml:space="preserve"> la zona o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indicado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LCD.</w:t>
      </w:r>
    </w:p>
    <w:p w14:paraId="34C60402" w14:textId="77777777" w:rsidR="000767AF" w:rsidRDefault="00000000">
      <w:pPr>
        <w:jc w:val="both"/>
      </w:pPr>
      <w:proofErr w:type="spellStart"/>
      <w:r>
        <w:t>Reportar</w:t>
      </w:r>
      <w:proofErr w:type="spellEnd"/>
      <w:r>
        <w:t xml:space="preserve"> a </w:t>
      </w:r>
      <w:proofErr w:type="spellStart"/>
      <w:r>
        <w:t>brigada</w:t>
      </w:r>
      <w:proofErr w:type="spellEnd"/>
      <w:r>
        <w:t xml:space="preserve">, </w:t>
      </w:r>
      <w:proofErr w:type="spellStart"/>
      <w:r>
        <w:t>centro</w:t>
      </w:r>
      <w:proofErr w:type="spellEnd"/>
      <w:r>
        <w:t xml:space="preserve"> de control y </w:t>
      </w:r>
      <w:proofErr w:type="spellStart"/>
      <w:r>
        <w:t>responsables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ubicación</w:t>
      </w:r>
      <w:proofErr w:type="spellEnd"/>
      <w:r>
        <w:t>.</w:t>
      </w:r>
    </w:p>
    <w:p w14:paraId="2B949BB1" w14:textId="77777777" w:rsidR="000767AF" w:rsidRDefault="00000000">
      <w:pPr>
        <w:jc w:val="both"/>
      </w:pPr>
      <w:r>
        <w:t xml:space="preserve">No </w:t>
      </w:r>
      <w:proofErr w:type="spellStart"/>
      <w:r>
        <w:t>ejecutar</w:t>
      </w:r>
      <w:proofErr w:type="spellEnd"/>
      <w:r>
        <w:t xml:space="preserve"> RESET para “</w:t>
      </w:r>
      <w:proofErr w:type="spellStart"/>
      <w:r>
        <w:t>apagar</w:t>
      </w:r>
      <w:proofErr w:type="spellEnd"/>
      <w:r>
        <w:t xml:space="preserve">” </w:t>
      </w:r>
      <w:proofErr w:type="spellStart"/>
      <w:r>
        <w:t>el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 antes de </w:t>
      </w:r>
      <w:proofErr w:type="spellStart"/>
      <w:r>
        <w:t>verificar</w:t>
      </w:r>
      <w:proofErr w:type="spellEnd"/>
      <w:r>
        <w:t xml:space="preserve"> y resolver la causa.</w:t>
      </w:r>
    </w:p>
    <w:p w14:paraId="7F25A7E8" w14:textId="77777777" w:rsidR="000767AF" w:rsidRDefault="00000000">
      <w:pPr>
        <w:jc w:val="both"/>
      </w:pPr>
      <w:r>
        <w:t xml:space="preserve">Si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expresamente</w:t>
      </w:r>
      <w:proofErr w:type="spellEnd"/>
      <w:r>
        <w:t xml:space="preserve"> </w:t>
      </w:r>
      <w:proofErr w:type="spellStart"/>
      <w:r>
        <w:t>autorizado</w:t>
      </w:r>
      <w:proofErr w:type="spellEnd"/>
      <w:r>
        <w:t xml:space="preserve">, usar ACKNOWLEDGE para </w:t>
      </w:r>
      <w:proofErr w:type="spellStart"/>
      <w:r>
        <w:t>silenciar</w:t>
      </w:r>
      <w:proofErr w:type="spellEnd"/>
      <w:r>
        <w:t xml:space="preserve"> solo </w:t>
      </w:r>
      <w:proofErr w:type="spellStart"/>
      <w:r>
        <w:t>el</w:t>
      </w:r>
      <w:proofErr w:type="spellEnd"/>
      <w:r>
        <w:t xml:space="preserve"> </w:t>
      </w:r>
      <w:proofErr w:type="spellStart"/>
      <w:r>
        <w:t>zumbador</w:t>
      </w:r>
      <w:proofErr w:type="spellEnd"/>
      <w:r>
        <w:t xml:space="preserve"> local.</w:t>
      </w:r>
    </w:p>
    <w:p w14:paraId="62A7663A" w14:textId="77777777" w:rsidR="000767AF" w:rsidRDefault="00000000">
      <w:pPr>
        <w:jc w:val="both"/>
      </w:pPr>
      <w:proofErr w:type="spellStart"/>
      <w:r>
        <w:t>Gestionar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cierre</w:t>
      </w:r>
      <w:proofErr w:type="spellEnd"/>
      <w:r>
        <w:t xml:space="preserve"> del </w:t>
      </w:r>
      <w:proofErr w:type="spellStart"/>
      <w:r>
        <w:t>incidente</w:t>
      </w:r>
      <w:proofErr w:type="spellEnd"/>
      <w:r>
        <w:t xml:space="preserve">; </w:t>
      </w:r>
      <w:proofErr w:type="spellStart"/>
      <w:r>
        <w:t>verificar</w:t>
      </w:r>
      <w:proofErr w:type="spellEnd"/>
      <w:r>
        <w:t xml:space="preserve"> </w:t>
      </w:r>
      <w:proofErr w:type="spellStart"/>
      <w:r>
        <w:t>condición</w:t>
      </w:r>
      <w:proofErr w:type="spellEnd"/>
      <w:r>
        <w:t xml:space="preserve"> normal y </w:t>
      </w:r>
      <w:proofErr w:type="spellStart"/>
      <w:r>
        <w:t>documentar</w:t>
      </w:r>
      <w:proofErr w:type="spellEnd"/>
      <w:r>
        <w:t xml:space="preserve"> hora, causa y </w:t>
      </w:r>
      <w:proofErr w:type="spellStart"/>
      <w:r>
        <w:t>acciones</w:t>
      </w:r>
      <w:proofErr w:type="spellEnd"/>
      <w:r>
        <w:t>.</w:t>
      </w:r>
    </w:p>
    <w:p w14:paraId="4B09B9BA" w14:textId="77777777" w:rsidR="000767AF" w:rsidRDefault="00000000">
      <w:pPr>
        <w:spacing w:before="140"/>
      </w:pPr>
      <w:r>
        <w:rPr>
          <w:b/>
          <w:sz w:val="22"/>
        </w:rPr>
        <w:t xml:space="preserve">5.2 </w:t>
      </w:r>
      <w:proofErr w:type="spellStart"/>
      <w:r>
        <w:rPr>
          <w:b/>
          <w:sz w:val="22"/>
        </w:rPr>
        <w:t>Frente</w:t>
      </w:r>
      <w:proofErr w:type="spellEnd"/>
      <w:r>
        <w:rPr>
          <w:b/>
          <w:sz w:val="22"/>
        </w:rPr>
        <w:t xml:space="preserve"> a TROUBLE o SUPERVISORY</w:t>
      </w:r>
    </w:p>
    <w:p w14:paraId="4F26FBAC" w14:textId="77777777" w:rsidR="000767AF" w:rsidRDefault="00000000">
      <w:pPr>
        <w:jc w:val="both"/>
      </w:pPr>
      <w:r>
        <w:t xml:space="preserve">Registrar </w:t>
      </w:r>
      <w:proofErr w:type="spellStart"/>
      <w:r>
        <w:t>mensaje</w:t>
      </w:r>
      <w:proofErr w:type="spellEnd"/>
      <w:r>
        <w:t xml:space="preserve"> literal, </w:t>
      </w:r>
      <w:proofErr w:type="spellStart"/>
      <w:r>
        <w:t>fecha</w:t>
      </w:r>
      <w:proofErr w:type="spellEnd"/>
      <w:r>
        <w:t xml:space="preserve">, hora y </w:t>
      </w:r>
      <w:proofErr w:type="spellStart"/>
      <w:r>
        <w:t>dispositivos</w:t>
      </w:r>
      <w:proofErr w:type="spellEnd"/>
      <w:r>
        <w:t xml:space="preserve"> </w:t>
      </w:r>
      <w:proofErr w:type="spellStart"/>
      <w:r>
        <w:t>afectados</w:t>
      </w:r>
      <w:proofErr w:type="spellEnd"/>
      <w:r>
        <w:t>.</w:t>
      </w:r>
    </w:p>
    <w:p w14:paraId="2591CCED" w14:textId="77777777" w:rsidR="000767AF" w:rsidRDefault="00000000">
      <w:pPr>
        <w:jc w:val="both"/>
      </w:pPr>
      <w:proofErr w:type="spellStart"/>
      <w:r>
        <w:t>Verificar</w:t>
      </w:r>
      <w:proofErr w:type="spellEnd"/>
      <w:r>
        <w:t xml:space="preserve"> solo </w:t>
      </w:r>
      <w:proofErr w:type="spellStart"/>
      <w:r>
        <w:t>aspectos</w:t>
      </w:r>
      <w:proofErr w:type="spellEnd"/>
      <w:r>
        <w:t xml:space="preserve"> </w:t>
      </w:r>
      <w:proofErr w:type="spellStart"/>
      <w:r>
        <w:t>externos</w:t>
      </w:r>
      <w:proofErr w:type="spellEnd"/>
      <w:r>
        <w:t xml:space="preserve"> </w:t>
      </w:r>
      <w:proofErr w:type="spellStart"/>
      <w:r>
        <w:t>permitidos</w:t>
      </w:r>
      <w:proofErr w:type="spellEnd"/>
      <w:r>
        <w:t xml:space="preserve">: </w:t>
      </w:r>
      <w:proofErr w:type="spellStart"/>
      <w:r>
        <w:t>suministro</w:t>
      </w:r>
      <w:proofErr w:type="spellEnd"/>
      <w:r>
        <w:t xml:space="preserve"> visible, </w:t>
      </w:r>
      <w:proofErr w:type="spellStart"/>
      <w:r>
        <w:t>puertas</w:t>
      </w:r>
      <w:proofErr w:type="spellEnd"/>
      <w:r>
        <w:t xml:space="preserve"> </w:t>
      </w:r>
      <w:proofErr w:type="spellStart"/>
      <w:r>
        <w:t>cerradas</w:t>
      </w:r>
      <w:proofErr w:type="spellEnd"/>
      <w:r>
        <w:t xml:space="preserve">,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ambientales</w:t>
      </w:r>
      <w:proofErr w:type="spellEnd"/>
      <w:r>
        <w:t xml:space="preserve"> y </w:t>
      </w:r>
      <w:proofErr w:type="spellStart"/>
      <w:r>
        <w:t>avisos</w:t>
      </w:r>
      <w:proofErr w:type="spellEnd"/>
      <w:r>
        <w:t xml:space="preserve"> </w:t>
      </w:r>
      <w:proofErr w:type="spellStart"/>
      <w:r>
        <w:t>operativos</w:t>
      </w:r>
      <w:proofErr w:type="spellEnd"/>
      <w:r>
        <w:t>.</w:t>
      </w:r>
    </w:p>
    <w:p w14:paraId="656F78F6" w14:textId="77777777" w:rsidR="000767AF" w:rsidRDefault="00000000">
      <w:pPr>
        <w:jc w:val="both"/>
      </w:pPr>
      <w:proofErr w:type="spellStart"/>
      <w:r>
        <w:t>Notificar</w:t>
      </w:r>
      <w:proofErr w:type="spellEnd"/>
      <w:r>
        <w:t xml:space="preserve"> a </w:t>
      </w:r>
      <w:proofErr w:type="spellStart"/>
      <w:r>
        <w:t>mantenimiento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; </w:t>
      </w:r>
      <w:proofErr w:type="spellStart"/>
      <w:r>
        <w:t>evaluar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afectación</w:t>
      </w:r>
      <w:proofErr w:type="spellEnd"/>
      <w:r>
        <w:t xml:space="preserve"> de la </w:t>
      </w:r>
      <w:proofErr w:type="spellStart"/>
      <w:r>
        <w:t>cobertura</w:t>
      </w:r>
      <w:proofErr w:type="spellEnd"/>
      <w:r>
        <w:t>.</w:t>
      </w:r>
    </w:p>
    <w:p w14:paraId="00805F8B" w14:textId="77777777" w:rsidR="000767AF" w:rsidRDefault="00000000">
      <w:pPr>
        <w:jc w:val="both"/>
      </w:pPr>
      <w:r>
        <w:t xml:space="preserve">Si hay </w:t>
      </w:r>
      <w:proofErr w:type="spellStart"/>
      <w:r>
        <w:t>protección</w:t>
      </w:r>
      <w:proofErr w:type="spellEnd"/>
      <w:r>
        <w:t xml:space="preserve"> </w:t>
      </w:r>
      <w:proofErr w:type="spellStart"/>
      <w:r>
        <w:t>disminuida</w:t>
      </w:r>
      <w:proofErr w:type="spellEnd"/>
      <w:r>
        <w:t xml:space="preserve">, </w:t>
      </w:r>
      <w:proofErr w:type="spellStart"/>
      <w:r>
        <w:t>activar</w:t>
      </w:r>
      <w:proofErr w:type="spellEnd"/>
      <w:r>
        <w:t xml:space="preserve"> </w:t>
      </w:r>
      <w:proofErr w:type="spellStart"/>
      <w:r>
        <w:t>procedimiento</w:t>
      </w:r>
      <w:proofErr w:type="spellEnd"/>
      <w:r>
        <w:t xml:space="preserve"> de </w:t>
      </w:r>
      <w:proofErr w:type="spellStart"/>
      <w:r>
        <w:t>deterioro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 (impairment) y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compensatorias</w:t>
      </w:r>
      <w:proofErr w:type="spellEnd"/>
      <w:r>
        <w:t xml:space="preserve"> de la </w:t>
      </w:r>
      <w:proofErr w:type="spellStart"/>
      <w:r>
        <w:t>sede</w:t>
      </w:r>
      <w:proofErr w:type="spellEnd"/>
      <w:r>
        <w:t>.</w:t>
      </w:r>
    </w:p>
    <w:p w14:paraId="57DE19BB" w14:textId="77777777" w:rsidR="000767AF" w:rsidRDefault="00000000">
      <w:pPr>
        <w:jc w:val="both"/>
      </w:pPr>
      <w:r>
        <w:t xml:space="preserve">No </w:t>
      </w:r>
      <w:proofErr w:type="spellStart"/>
      <w:r>
        <w:t>borrar</w:t>
      </w:r>
      <w:proofErr w:type="spellEnd"/>
      <w:r>
        <w:t xml:space="preserve"> </w:t>
      </w:r>
      <w:proofErr w:type="spellStart"/>
      <w:r>
        <w:t>eventos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RESET </w:t>
      </w:r>
      <w:proofErr w:type="spellStart"/>
      <w:r>
        <w:t>reiterado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desconectar</w:t>
      </w:r>
      <w:proofErr w:type="spellEnd"/>
      <w:r>
        <w:t xml:space="preserve"> </w:t>
      </w:r>
      <w:proofErr w:type="spellStart"/>
      <w:r>
        <w:t>dispositivos</w:t>
      </w:r>
      <w:proofErr w:type="spellEnd"/>
      <w:r>
        <w:t xml:space="preserve"> para </w:t>
      </w:r>
      <w:proofErr w:type="spellStart"/>
      <w:r>
        <w:t>ocultar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falla</w:t>
      </w:r>
      <w:proofErr w:type="spellEnd"/>
      <w:r>
        <w:t>.</w:t>
      </w:r>
    </w:p>
    <w:p w14:paraId="7E8E0AA6" w14:textId="77777777" w:rsidR="000767AF" w:rsidRDefault="00000000">
      <w:pPr>
        <w:spacing w:before="140"/>
      </w:pPr>
      <w:r>
        <w:rPr>
          <w:b/>
          <w:sz w:val="22"/>
        </w:rPr>
        <w:t xml:space="preserve">5.3 </w:t>
      </w:r>
      <w:proofErr w:type="spellStart"/>
      <w:r>
        <w:rPr>
          <w:b/>
          <w:sz w:val="22"/>
        </w:rPr>
        <w:t>Diferencias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que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deben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dominarse</w:t>
      </w:r>
      <w:proofErr w:type="spellEnd"/>
    </w:p>
    <w:p w14:paraId="2A3B874E" w14:textId="77777777" w:rsidR="000767AF" w:rsidRDefault="00000000">
      <w:pPr>
        <w:jc w:val="both"/>
      </w:pPr>
      <w:r>
        <w:t xml:space="preserve">RECONOCER ≠ SILENCIAR ≠ REINICIAR. </w:t>
      </w:r>
      <w:proofErr w:type="spellStart"/>
      <w:r>
        <w:t>Reconocer</w:t>
      </w:r>
      <w:proofErr w:type="spellEnd"/>
      <w:r>
        <w:t xml:space="preserve"> </w:t>
      </w:r>
      <w:proofErr w:type="spellStart"/>
      <w:r>
        <w:t>confirma</w:t>
      </w:r>
      <w:proofErr w:type="spellEnd"/>
      <w:r>
        <w:t xml:space="preserve"> </w:t>
      </w:r>
      <w:proofErr w:type="spellStart"/>
      <w:r>
        <w:t>recepción</w:t>
      </w:r>
      <w:proofErr w:type="spellEnd"/>
      <w:r>
        <w:t xml:space="preserve">; </w:t>
      </w:r>
      <w:proofErr w:type="spellStart"/>
      <w:r>
        <w:t>silenciar</w:t>
      </w:r>
      <w:proofErr w:type="spellEnd"/>
      <w:r>
        <w:t xml:space="preserve"> </w:t>
      </w:r>
      <w:proofErr w:type="spellStart"/>
      <w:r>
        <w:t>modifica</w:t>
      </w:r>
      <w:proofErr w:type="spellEnd"/>
      <w:r>
        <w:t xml:space="preserve"> </w:t>
      </w:r>
      <w:proofErr w:type="spellStart"/>
      <w:r>
        <w:t>avisos</w:t>
      </w:r>
      <w:proofErr w:type="spellEnd"/>
      <w:r>
        <w:t xml:space="preserve"> </w:t>
      </w:r>
      <w:proofErr w:type="spellStart"/>
      <w:r>
        <w:t>sonoros</w:t>
      </w:r>
      <w:proofErr w:type="spellEnd"/>
      <w:r>
        <w:t xml:space="preserve"> </w:t>
      </w:r>
      <w:proofErr w:type="spellStart"/>
      <w:r>
        <w:t>configurados</w:t>
      </w:r>
      <w:proofErr w:type="spellEnd"/>
      <w:r>
        <w:t xml:space="preserve">; </w:t>
      </w:r>
      <w:proofErr w:type="spellStart"/>
      <w:r>
        <w:t>reiniciar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</w:t>
      </w:r>
      <w:proofErr w:type="spellStart"/>
      <w:r>
        <w:t>restituir</w:t>
      </w:r>
      <w:proofErr w:type="spellEnd"/>
      <w:r>
        <w:t xml:space="preserve"> </w:t>
      </w:r>
      <w:proofErr w:type="spellStart"/>
      <w:r>
        <w:t>estados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 de </w:t>
      </w:r>
      <w:proofErr w:type="spellStart"/>
      <w:r>
        <w:t>atención</w:t>
      </w:r>
      <w:proofErr w:type="spellEnd"/>
      <w:r>
        <w:t xml:space="preserve"> del </w:t>
      </w:r>
      <w:proofErr w:type="spellStart"/>
      <w:r>
        <w:t>evento</w:t>
      </w:r>
      <w:proofErr w:type="spellEnd"/>
      <w:r>
        <w:t xml:space="preserve">. </w:t>
      </w:r>
      <w:proofErr w:type="spellStart"/>
      <w:r>
        <w:t>Ninguna</w:t>
      </w:r>
      <w:proofErr w:type="spellEnd"/>
      <w:r>
        <w:t xml:space="preserve"> </w:t>
      </w:r>
      <w:proofErr w:type="spellStart"/>
      <w:r>
        <w:t>acción</w:t>
      </w:r>
      <w:proofErr w:type="spellEnd"/>
      <w:r>
        <w:t xml:space="preserve"> </w:t>
      </w:r>
      <w:proofErr w:type="spellStart"/>
      <w:r>
        <w:t>reemplaza</w:t>
      </w:r>
      <w:proofErr w:type="spellEnd"/>
      <w:r>
        <w:t xml:space="preserve"> la </w:t>
      </w:r>
      <w:proofErr w:type="spellStart"/>
      <w:r>
        <w:t>investigación</w:t>
      </w:r>
      <w:proofErr w:type="spellEnd"/>
      <w:r>
        <w:t xml:space="preserve"> </w:t>
      </w:r>
      <w:proofErr w:type="spellStart"/>
      <w:r>
        <w:t>técnica</w:t>
      </w:r>
      <w:proofErr w:type="spellEnd"/>
      <w:r>
        <w:t xml:space="preserve"> o </w:t>
      </w:r>
      <w:proofErr w:type="spellStart"/>
      <w:r>
        <w:t>el</w:t>
      </w:r>
      <w:proofErr w:type="spellEnd"/>
      <w:r>
        <w:t xml:space="preserve"> control de la </w:t>
      </w:r>
      <w:proofErr w:type="spellStart"/>
      <w:r>
        <w:t>emergencia</w:t>
      </w:r>
      <w:proofErr w:type="spellEnd"/>
      <w:r>
        <w:t>.</w:t>
      </w:r>
    </w:p>
    <w:p w14:paraId="48C27EB2" w14:textId="77777777" w:rsidR="000767AF" w:rsidRDefault="00000000">
      <w:pPr>
        <w:spacing w:before="140"/>
      </w:pPr>
      <w:r>
        <w:rPr>
          <w:b/>
          <w:sz w:val="22"/>
        </w:rPr>
        <w:t xml:space="preserve">6. </w:t>
      </w:r>
      <w:proofErr w:type="spellStart"/>
      <w:r>
        <w:rPr>
          <w:b/>
          <w:sz w:val="22"/>
        </w:rPr>
        <w:t>Mantenimiento</w:t>
      </w:r>
      <w:proofErr w:type="spellEnd"/>
      <w:r>
        <w:rPr>
          <w:b/>
          <w:sz w:val="22"/>
        </w:rPr>
        <w:t xml:space="preserve"> e </w:t>
      </w:r>
      <w:proofErr w:type="spellStart"/>
      <w:r>
        <w:rPr>
          <w:b/>
          <w:sz w:val="22"/>
        </w:rPr>
        <w:t>inspecciones</w:t>
      </w:r>
      <w:proofErr w:type="spellEnd"/>
    </w:p>
    <w:p w14:paraId="688357D1" w14:textId="77777777" w:rsidR="000767AF" w:rsidRDefault="00000000">
      <w:pPr>
        <w:spacing w:before="140"/>
      </w:pPr>
      <w:r>
        <w:rPr>
          <w:b/>
          <w:sz w:val="22"/>
        </w:rPr>
        <w:t xml:space="preserve">6.1 </w:t>
      </w:r>
      <w:proofErr w:type="spellStart"/>
      <w:r>
        <w:rPr>
          <w:b/>
          <w:sz w:val="22"/>
        </w:rPr>
        <w:t>Propósito</w:t>
      </w:r>
      <w:proofErr w:type="spellEnd"/>
      <w:r>
        <w:rPr>
          <w:b/>
          <w:sz w:val="22"/>
        </w:rPr>
        <w:t xml:space="preserve"> y </w:t>
      </w:r>
      <w:proofErr w:type="spellStart"/>
      <w:r>
        <w:rPr>
          <w:b/>
          <w:sz w:val="22"/>
        </w:rPr>
        <w:t>límites</w:t>
      </w:r>
      <w:proofErr w:type="spellEnd"/>
    </w:p>
    <w:p w14:paraId="11CCCF03" w14:textId="77777777" w:rsidR="000767AF" w:rsidRDefault="00000000">
      <w:pPr>
        <w:jc w:val="both"/>
      </w:pPr>
      <w:r>
        <w:lastRenderedPageBreak/>
        <w:t xml:space="preserve">El </w:t>
      </w:r>
      <w:proofErr w:type="spellStart"/>
      <w:r>
        <w:t>mantenimiento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</w:t>
      </w:r>
      <w:proofErr w:type="spellStart"/>
      <w:r>
        <w:t>conservar</w:t>
      </w:r>
      <w:proofErr w:type="spellEnd"/>
      <w:r>
        <w:t xml:space="preserve"> la </w:t>
      </w:r>
      <w:proofErr w:type="spellStart"/>
      <w:r>
        <w:t>disponibilidad</w:t>
      </w:r>
      <w:proofErr w:type="spellEnd"/>
      <w:r>
        <w:t xml:space="preserve">, </w:t>
      </w:r>
      <w:proofErr w:type="spellStart"/>
      <w:r>
        <w:t>trazabilidad</w:t>
      </w:r>
      <w:proofErr w:type="spellEnd"/>
      <w:r>
        <w:t xml:space="preserve"> y </w:t>
      </w:r>
      <w:proofErr w:type="spellStart"/>
      <w:r>
        <w:t>confiabilidad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. </w:t>
      </w:r>
      <w:proofErr w:type="spellStart"/>
      <w:r>
        <w:t>Distinguir</w:t>
      </w:r>
      <w:proofErr w:type="spellEnd"/>
      <w:r>
        <w:t xml:space="preserve"> </w:t>
      </w:r>
      <w:proofErr w:type="spellStart"/>
      <w:r>
        <w:t>inspecciones</w:t>
      </w:r>
      <w:proofErr w:type="spellEnd"/>
      <w:r>
        <w:t xml:space="preserve"> </w:t>
      </w:r>
      <w:proofErr w:type="spellStart"/>
      <w:r>
        <w:t>visuales</w:t>
      </w:r>
      <w:proofErr w:type="spellEnd"/>
      <w:r>
        <w:t xml:space="preserve"> de </w:t>
      </w:r>
      <w:proofErr w:type="spellStart"/>
      <w:r>
        <w:t>pruebas</w:t>
      </w:r>
      <w:proofErr w:type="spellEnd"/>
      <w:r>
        <w:t xml:space="preserve"> </w:t>
      </w:r>
      <w:proofErr w:type="spellStart"/>
      <w:r>
        <w:t>funcionales</w:t>
      </w:r>
      <w:proofErr w:type="spellEnd"/>
      <w:r>
        <w:t xml:space="preserve">: </w:t>
      </w:r>
      <w:proofErr w:type="spellStart"/>
      <w:r>
        <w:t>una</w:t>
      </w:r>
      <w:proofErr w:type="spellEnd"/>
      <w:r>
        <w:t xml:space="preserve"> </w:t>
      </w:r>
      <w:proofErr w:type="spellStart"/>
      <w:r>
        <w:t>observación</w:t>
      </w:r>
      <w:proofErr w:type="spellEnd"/>
      <w:r>
        <w:t xml:space="preserve"> de “panel normal” no </w:t>
      </w:r>
      <w:proofErr w:type="spellStart"/>
      <w:r>
        <w:t>demuestra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detectores</w:t>
      </w:r>
      <w:proofErr w:type="spellEnd"/>
      <w:r>
        <w:t xml:space="preserve">, </w:t>
      </w:r>
      <w:proofErr w:type="spellStart"/>
      <w:r>
        <w:t>salidas</w:t>
      </w:r>
      <w:proofErr w:type="spellEnd"/>
      <w:r>
        <w:t xml:space="preserve"> o </w:t>
      </w:r>
      <w:proofErr w:type="spellStart"/>
      <w:r>
        <w:t>agentes</w:t>
      </w:r>
      <w:proofErr w:type="spellEnd"/>
      <w:r>
        <w:t xml:space="preserve"> </w:t>
      </w:r>
      <w:proofErr w:type="spellStart"/>
      <w:r>
        <w:t>estén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adecuadas</w:t>
      </w:r>
      <w:proofErr w:type="spellEnd"/>
      <w:r>
        <w:t>.</w:t>
      </w:r>
    </w:p>
    <w:p w14:paraId="792E50A5" w14:textId="77777777" w:rsidR="000767AF" w:rsidRDefault="00000000">
      <w:pPr>
        <w:spacing w:before="140"/>
      </w:pPr>
      <w:r>
        <w:rPr>
          <w:b/>
          <w:sz w:val="22"/>
        </w:rPr>
        <w:t xml:space="preserve">6.2 </w:t>
      </w:r>
      <w:proofErr w:type="spellStart"/>
      <w:r>
        <w:rPr>
          <w:b/>
          <w:sz w:val="22"/>
        </w:rPr>
        <w:t>Inspección</w:t>
      </w:r>
      <w:proofErr w:type="spellEnd"/>
      <w:r>
        <w:rPr>
          <w:b/>
          <w:sz w:val="22"/>
        </w:rPr>
        <w:t xml:space="preserve"> visual </w:t>
      </w:r>
      <w:proofErr w:type="spellStart"/>
      <w:r>
        <w:rPr>
          <w:b/>
          <w:sz w:val="22"/>
        </w:rPr>
        <w:t>rutinaria</w:t>
      </w:r>
      <w:proofErr w:type="spellEnd"/>
      <w:r>
        <w:rPr>
          <w:b/>
          <w:sz w:val="22"/>
        </w:rPr>
        <w:t xml:space="preserve"> del </w:t>
      </w:r>
      <w:proofErr w:type="spellStart"/>
      <w:r>
        <w:rPr>
          <w:b/>
          <w:sz w:val="22"/>
        </w:rPr>
        <w:t>operador</w:t>
      </w:r>
      <w:proofErr w:type="spellEnd"/>
    </w:p>
    <w:p w14:paraId="00D8D0BE" w14:textId="77777777" w:rsidR="000767AF" w:rsidRDefault="00000000">
      <w:pPr>
        <w:jc w:val="both"/>
      </w:pPr>
      <w:proofErr w:type="spellStart"/>
      <w:r>
        <w:t>Confirmar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panel sea </w:t>
      </w:r>
      <w:proofErr w:type="spellStart"/>
      <w:r>
        <w:t>accesible</w:t>
      </w:r>
      <w:proofErr w:type="spellEnd"/>
      <w:r>
        <w:t xml:space="preserve">, </w:t>
      </w:r>
      <w:proofErr w:type="spellStart"/>
      <w:r>
        <w:t>identificable</w:t>
      </w:r>
      <w:proofErr w:type="spellEnd"/>
      <w:r>
        <w:t xml:space="preserve">, sin golpes, </w:t>
      </w:r>
      <w:proofErr w:type="spellStart"/>
      <w:r>
        <w:t>humedad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obstrucciones</w:t>
      </w:r>
      <w:proofErr w:type="spellEnd"/>
      <w:r>
        <w:t>.</w:t>
      </w:r>
    </w:p>
    <w:p w14:paraId="18CCB3CF" w14:textId="77777777" w:rsidR="000767AF" w:rsidRDefault="00000000">
      <w:pPr>
        <w:jc w:val="both"/>
      </w:pPr>
      <w:proofErr w:type="spellStart"/>
      <w:r>
        <w:t>Verificar</w:t>
      </w:r>
      <w:proofErr w:type="spellEnd"/>
      <w:r>
        <w:t xml:space="preserve"> </w:t>
      </w:r>
      <w:proofErr w:type="spellStart"/>
      <w:r>
        <w:t>estado</w:t>
      </w:r>
      <w:proofErr w:type="spellEnd"/>
      <w:r>
        <w:t xml:space="preserve"> general </w:t>
      </w:r>
      <w:proofErr w:type="spellStart"/>
      <w:r>
        <w:t>mostrado</w:t>
      </w:r>
      <w:proofErr w:type="spellEnd"/>
      <w:r>
        <w:t xml:space="preserve">; registrar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alarma</w:t>
      </w:r>
      <w:proofErr w:type="spellEnd"/>
      <w:r>
        <w:t xml:space="preserve">, </w:t>
      </w:r>
      <w:proofErr w:type="spellStart"/>
      <w:r>
        <w:t>falla</w:t>
      </w:r>
      <w:proofErr w:type="spellEnd"/>
      <w:r>
        <w:t xml:space="preserve">, </w:t>
      </w:r>
      <w:proofErr w:type="spellStart"/>
      <w:r>
        <w:t>supervisión</w:t>
      </w:r>
      <w:proofErr w:type="spellEnd"/>
      <w:r>
        <w:t xml:space="preserve"> o </w:t>
      </w:r>
      <w:proofErr w:type="spellStart"/>
      <w:r>
        <w:t>anulación</w:t>
      </w:r>
      <w:proofErr w:type="spellEnd"/>
      <w:r>
        <w:t>.</w:t>
      </w:r>
    </w:p>
    <w:p w14:paraId="001ADB2E" w14:textId="77777777" w:rsidR="000767AF" w:rsidRDefault="00000000">
      <w:pPr>
        <w:jc w:val="both"/>
      </w:pPr>
      <w:proofErr w:type="spellStart"/>
      <w:r>
        <w:t>Comprobar</w:t>
      </w:r>
      <w:proofErr w:type="spellEnd"/>
      <w:r>
        <w:t xml:space="preserve"> </w:t>
      </w:r>
      <w:proofErr w:type="spellStart"/>
      <w:r>
        <w:t>existencia</w:t>
      </w:r>
      <w:proofErr w:type="spellEnd"/>
      <w:r>
        <w:t xml:space="preserve"> de </w:t>
      </w:r>
      <w:proofErr w:type="spellStart"/>
      <w:r>
        <w:t>instrucciones</w:t>
      </w:r>
      <w:proofErr w:type="spellEnd"/>
      <w:r>
        <w:t xml:space="preserve"> locales, </w:t>
      </w:r>
      <w:proofErr w:type="spellStart"/>
      <w:r>
        <w:t>contactos</w:t>
      </w:r>
      <w:proofErr w:type="spellEnd"/>
      <w:r>
        <w:t xml:space="preserve"> y </w:t>
      </w:r>
      <w:proofErr w:type="spellStart"/>
      <w:r>
        <w:t>señalización</w:t>
      </w:r>
      <w:proofErr w:type="spellEnd"/>
      <w:r>
        <w:t xml:space="preserve"> de </w:t>
      </w:r>
      <w:proofErr w:type="spellStart"/>
      <w:r>
        <w:t>emergencia</w:t>
      </w:r>
      <w:proofErr w:type="spellEnd"/>
      <w:r>
        <w:t>.</w:t>
      </w:r>
    </w:p>
    <w:p w14:paraId="21571D90" w14:textId="77777777" w:rsidR="000767AF" w:rsidRDefault="00000000">
      <w:pPr>
        <w:jc w:val="both"/>
      </w:pPr>
      <w:proofErr w:type="spellStart"/>
      <w:r>
        <w:t>Revisar</w:t>
      </w:r>
      <w:proofErr w:type="spellEnd"/>
      <w:r>
        <w:t xml:space="preserve"> </w:t>
      </w:r>
      <w:proofErr w:type="spellStart"/>
      <w:r>
        <w:t>integridad</w:t>
      </w:r>
      <w:proofErr w:type="spellEnd"/>
      <w:r>
        <w:t xml:space="preserve"> exterior de </w:t>
      </w:r>
      <w:proofErr w:type="spellStart"/>
      <w:r>
        <w:t>gabinete</w:t>
      </w:r>
      <w:proofErr w:type="spellEnd"/>
      <w:r>
        <w:t xml:space="preserve">, </w:t>
      </w:r>
      <w:proofErr w:type="spellStart"/>
      <w:r>
        <w:t>precintos</w:t>
      </w:r>
      <w:proofErr w:type="spellEnd"/>
      <w:r>
        <w:t xml:space="preserve"> y </w:t>
      </w:r>
      <w:proofErr w:type="spellStart"/>
      <w:r>
        <w:t>etiquetas</w:t>
      </w:r>
      <w:proofErr w:type="spellEnd"/>
      <w:r>
        <w:t xml:space="preserve"> sin </w:t>
      </w:r>
      <w:proofErr w:type="spellStart"/>
      <w:r>
        <w:t>abrir</w:t>
      </w:r>
      <w:proofErr w:type="spellEnd"/>
      <w:r>
        <w:t xml:space="preserve"> partes </w:t>
      </w:r>
      <w:proofErr w:type="spellStart"/>
      <w:r>
        <w:t>energizadas</w:t>
      </w:r>
      <w:proofErr w:type="spellEnd"/>
      <w:r>
        <w:t>.</w:t>
      </w:r>
    </w:p>
    <w:p w14:paraId="2615CEBB" w14:textId="77777777" w:rsidR="000767AF" w:rsidRDefault="00000000">
      <w:pPr>
        <w:jc w:val="both"/>
      </w:pPr>
      <w:proofErr w:type="spellStart"/>
      <w:r>
        <w:t>Confirmar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no </w:t>
      </w:r>
      <w:proofErr w:type="spellStart"/>
      <w:r>
        <w:t>existan</w:t>
      </w:r>
      <w:proofErr w:type="spellEnd"/>
      <w:r>
        <w:t xml:space="preserve"> </w:t>
      </w:r>
      <w:proofErr w:type="spellStart"/>
      <w:r>
        <w:t>trabajos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curso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comprometan</w:t>
      </w:r>
      <w:proofErr w:type="spellEnd"/>
      <w:r>
        <w:t xml:space="preserve"> </w:t>
      </w:r>
      <w:proofErr w:type="spellStart"/>
      <w:r>
        <w:t>detectores</w:t>
      </w:r>
      <w:proofErr w:type="spellEnd"/>
      <w:r>
        <w:t xml:space="preserve"> o </w:t>
      </w:r>
      <w:proofErr w:type="spellStart"/>
      <w:r>
        <w:t>circuitos</w:t>
      </w:r>
      <w:proofErr w:type="spellEnd"/>
      <w:r>
        <w:t>.</w:t>
      </w:r>
    </w:p>
    <w:p w14:paraId="2DA8A900" w14:textId="77777777" w:rsidR="000767AF" w:rsidRDefault="00000000">
      <w:pPr>
        <w:jc w:val="both"/>
      </w:pPr>
      <w:r>
        <w:t xml:space="preserve">Registrar </w:t>
      </w:r>
      <w:proofErr w:type="spellStart"/>
      <w:r>
        <w:t>hallazgos</w:t>
      </w:r>
      <w:proofErr w:type="spellEnd"/>
      <w:r>
        <w:t xml:space="preserve"> y </w:t>
      </w:r>
      <w:proofErr w:type="spellStart"/>
      <w:r>
        <w:t>emitir</w:t>
      </w:r>
      <w:proofErr w:type="spellEnd"/>
      <w:r>
        <w:t xml:space="preserve"> aviso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requiere</w:t>
      </w:r>
      <w:proofErr w:type="spellEnd"/>
      <w:r>
        <w:t xml:space="preserve"> </w:t>
      </w:r>
      <w:proofErr w:type="spellStart"/>
      <w:r>
        <w:t>corrección</w:t>
      </w:r>
      <w:proofErr w:type="spellEnd"/>
      <w:r>
        <w:t>.</w:t>
      </w:r>
    </w:p>
    <w:p w14:paraId="3A6824A7" w14:textId="77777777" w:rsidR="000767AF" w:rsidRDefault="00000000">
      <w:pPr>
        <w:spacing w:before="140"/>
      </w:pPr>
      <w:r>
        <w:rPr>
          <w:b/>
          <w:sz w:val="22"/>
        </w:rPr>
        <w:t xml:space="preserve">6.3 </w:t>
      </w:r>
      <w:proofErr w:type="spellStart"/>
      <w:r>
        <w:rPr>
          <w:b/>
          <w:sz w:val="22"/>
        </w:rPr>
        <w:t>Trabajos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reservados</w:t>
      </w:r>
      <w:proofErr w:type="spellEnd"/>
      <w:r>
        <w:rPr>
          <w:b/>
          <w:sz w:val="22"/>
        </w:rPr>
        <w:t xml:space="preserve"> a personal </w:t>
      </w:r>
      <w:proofErr w:type="spellStart"/>
      <w:r>
        <w:rPr>
          <w:b/>
          <w:sz w:val="22"/>
        </w:rPr>
        <w:t>autorizado</w:t>
      </w:r>
      <w:proofErr w:type="spellEnd"/>
    </w:p>
    <w:p w14:paraId="4852ECFA" w14:textId="77777777" w:rsidR="000767AF" w:rsidRDefault="00000000">
      <w:pPr>
        <w:jc w:val="both"/>
      </w:pPr>
      <w:r>
        <w:t xml:space="preserve">Apertura para </w:t>
      </w:r>
      <w:proofErr w:type="spellStart"/>
      <w:r>
        <w:t>intervención</w:t>
      </w:r>
      <w:proofErr w:type="spellEnd"/>
      <w:r>
        <w:t xml:space="preserve"> interna, </w:t>
      </w:r>
      <w:proofErr w:type="spellStart"/>
      <w:r>
        <w:t>mediciones</w:t>
      </w:r>
      <w:proofErr w:type="spellEnd"/>
      <w:r>
        <w:t xml:space="preserve"> </w:t>
      </w:r>
      <w:proofErr w:type="spellStart"/>
      <w:r>
        <w:t>eléctricas</w:t>
      </w:r>
      <w:proofErr w:type="spellEnd"/>
      <w:r>
        <w:t xml:space="preserve"> y </w:t>
      </w:r>
      <w:proofErr w:type="spellStart"/>
      <w:r>
        <w:t>reemplazo</w:t>
      </w:r>
      <w:proofErr w:type="spellEnd"/>
      <w:r>
        <w:t xml:space="preserve"> de </w:t>
      </w:r>
      <w:proofErr w:type="spellStart"/>
      <w:r>
        <w:t>baterías</w:t>
      </w:r>
      <w:proofErr w:type="spellEnd"/>
      <w:r>
        <w:t>/</w:t>
      </w:r>
      <w:proofErr w:type="spellStart"/>
      <w:r>
        <w:t>fusibles</w:t>
      </w:r>
      <w:proofErr w:type="spellEnd"/>
      <w:r>
        <w:t>.</w:t>
      </w:r>
    </w:p>
    <w:p w14:paraId="305A0DEF" w14:textId="77777777" w:rsidR="000767AF" w:rsidRDefault="00000000">
      <w:pPr>
        <w:jc w:val="both"/>
      </w:pPr>
      <w:proofErr w:type="spellStart"/>
      <w:r>
        <w:t>Pruebas</w:t>
      </w:r>
      <w:proofErr w:type="spellEnd"/>
      <w:r>
        <w:t xml:space="preserve"> de </w:t>
      </w:r>
      <w:proofErr w:type="spellStart"/>
      <w:r>
        <w:t>detectores</w:t>
      </w:r>
      <w:proofErr w:type="spellEnd"/>
      <w:r>
        <w:t xml:space="preserve">, </w:t>
      </w:r>
      <w:proofErr w:type="spellStart"/>
      <w:r>
        <w:t>estaciones</w:t>
      </w:r>
      <w:proofErr w:type="spellEnd"/>
      <w:r>
        <w:t xml:space="preserve"> </w:t>
      </w:r>
      <w:proofErr w:type="spellStart"/>
      <w:r>
        <w:t>manuales</w:t>
      </w:r>
      <w:proofErr w:type="spellEnd"/>
      <w:r>
        <w:t xml:space="preserve">, </w:t>
      </w:r>
      <w:proofErr w:type="spellStart"/>
      <w:r>
        <w:t>sirenas</w:t>
      </w:r>
      <w:proofErr w:type="spellEnd"/>
      <w:r>
        <w:t xml:space="preserve">, </w:t>
      </w:r>
      <w:proofErr w:type="spellStart"/>
      <w:r>
        <w:t>módulos</w:t>
      </w:r>
      <w:proofErr w:type="spellEnd"/>
      <w:r>
        <w:t xml:space="preserve">, </w:t>
      </w:r>
      <w:proofErr w:type="spellStart"/>
      <w:r>
        <w:t>relés</w:t>
      </w:r>
      <w:proofErr w:type="spellEnd"/>
      <w:r>
        <w:t xml:space="preserve">, </w:t>
      </w:r>
      <w:proofErr w:type="spellStart"/>
      <w:r>
        <w:t>lazos</w:t>
      </w:r>
      <w:proofErr w:type="spellEnd"/>
      <w:r>
        <w:t xml:space="preserve"> y </w:t>
      </w:r>
      <w:proofErr w:type="spellStart"/>
      <w:r>
        <w:t>comunicación</w:t>
      </w:r>
      <w:proofErr w:type="spellEnd"/>
      <w:r>
        <w:t>.</w:t>
      </w:r>
    </w:p>
    <w:p w14:paraId="09D55EDF" w14:textId="77777777" w:rsidR="000767AF" w:rsidRDefault="00000000">
      <w:pPr>
        <w:jc w:val="both"/>
      </w:pPr>
      <w:proofErr w:type="spellStart"/>
      <w:r>
        <w:t>Prueba</w:t>
      </w:r>
      <w:proofErr w:type="spellEnd"/>
      <w:r>
        <w:t xml:space="preserve"> de </w:t>
      </w:r>
      <w:proofErr w:type="spellStart"/>
      <w:r>
        <w:t>lógica</w:t>
      </w:r>
      <w:proofErr w:type="spellEnd"/>
      <w:r>
        <w:t xml:space="preserve"> de </w:t>
      </w:r>
      <w:proofErr w:type="spellStart"/>
      <w:r>
        <w:t>descarga</w:t>
      </w:r>
      <w:proofErr w:type="spellEnd"/>
      <w:r>
        <w:t xml:space="preserve">, </w:t>
      </w:r>
      <w:proofErr w:type="spellStart"/>
      <w:r>
        <w:t>módulos</w:t>
      </w:r>
      <w:proofErr w:type="spellEnd"/>
      <w:r>
        <w:t xml:space="preserve"> de </w:t>
      </w:r>
      <w:proofErr w:type="spellStart"/>
      <w:r>
        <w:t>liberación</w:t>
      </w:r>
      <w:proofErr w:type="spellEnd"/>
      <w:r>
        <w:t xml:space="preserve">, </w:t>
      </w:r>
      <w:proofErr w:type="spellStart"/>
      <w:r>
        <w:t>abortos</w:t>
      </w:r>
      <w:proofErr w:type="spellEnd"/>
      <w:r>
        <w:t xml:space="preserve">, </w:t>
      </w:r>
      <w:proofErr w:type="spellStart"/>
      <w:r>
        <w:t>enclavamientos</w:t>
      </w:r>
      <w:proofErr w:type="spellEnd"/>
      <w:r>
        <w:t xml:space="preserve"> y </w:t>
      </w:r>
      <w:proofErr w:type="spellStart"/>
      <w:r>
        <w:t>temporizaciones</w:t>
      </w:r>
      <w:proofErr w:type="spellEnd"/>
      <w:r>
        <w:t>.</w:t>
      </w:r>
    </w:p>
    <w:p w14:paraId="59A54AB5" w14:textId="77777777" w:rsidR="000767AF" w:rsidRDefault="00000000">
      <w:pPr>
        <w:jc w:val="both"/>
      </w:pPr>
      <w:proofErr w:type="spellStart"/>
      <w:r>
        <w:t>Programación</w:t>
      </w:r>
      <w:proofErr w:type="spellEnd"/>
      <w:r>
        <w:t xml:space="preserve">, </w:t>
      </w:r>
      <w:proofErr w:type="spellStart"/>
      <w:r>
        <w:t>cambios</w:t>
      </w:r>
      <w:proofErr w:type="spellEnd"/>
      <w:r>
        <w:t xml:space="preserve"> de </w:t>
      </w:r>
      <w:proofErr w:type="spellStart"/>
      <w:r>
        <w:t>configuración</w:t>
      </w:r>
      <w:proofErr w:type="spellEnd"/>
      <w:r>
        <w:t xml:space="preserve">, </w:t>
      </w:r>
      <w:proofErr w:type="spellStart"/>
      <w:r>
        <w:t>deshabilitación</w:t>
      </w:r>
      <w:proofErr w:type="spellEnd"/>
      <w:r>
        <w:t xml:space="preserve"> de zonas y </w:t>
      </w:r>
      <w:proofErr w:type="spellStart"/>
      <w:r>
        <w:t>actualización</w:t>
      </w:r>
      <w:proofErr w:type="spellEnd"/>
      <w:r>
        <w:t xml:space="preserve"> de firmware.</w:t>
      </w:r>
    </w:p>
    <w:p w14:paraId="352FD659" w14:textId="77777777" w:rsidR="000767AF" w:rsidRDefault="00000000">
      <w:pPr>
        <w:jc w:val="both"/>
      </w:pPr>
      <w:proofErr w:type="spellStart"/>
      <w:r>
        <w:t>Reemplazo</w:t>
      </w:r>
      <w:proofErr w:type="spellEnd"/>
      <w:r>
        <w:t xml:space="preserve"> de </w:t>
      </w:r>
      <w:proofErr w:type="spellStart"/>
      <w:r>
        <w:t>componentes</w:t>
      </w:r>
      <w:proofErr w:type="spellEnd"/>
      <w:r>
        <w:t xml:space="preserve">, </w:t>
      </w:r>
      <w:proofErr w:type="spellStart"/>
      <w:r>
        <w:t>diagnóstico</w:t>
      </w:r>
      <w:proofErr w:type="spellEnd"/>
      <w:r>
        <w:t xml:space="preserve"> de </w:t>
      </w:r>
      <w:proofErr w:type="spellStart"/>
      <w:r>
        <w:t>circuitos</w:t>
      </w:r>
      <w:proofErr w:type="spellEnd"/>
      <w:r>
        <w:t xml:space="preserve"> o </w:t>
      </w:r>
      <w:proofErr w:type="spellStart"/>
      <w:r>
        <w:t>corrección</w:t>
      </w:r>
      <w:proofErr w:type="spellEnd"/>
      <w:r>
        <w:t xml:space="preserve"> de </w:t>
      </w:r>
      <w:proofErr w:type="spellStart"/>
      <w:r>
        <w:t>cableado</w:t>
      </w:r>
      <w:proofErr w:type="spellEnd"/>
      <w:r>
        <w:t>.</w:t>
      </w:r>
    </w:p>
    <w:p w14:paraId="073EF0F2" w14:textId="77777777" w:rsidR="000767AF" w:rsidRDefault="00000000">
      <w:pPr>
        <w:jc w:val="both"/>
      </w:pPr>
      <w:proofErr w:type="spellStart"/>
      <w:r>
        <w:t>Frecuencias</w:t>
      </w:r>
      <w:proofErr w:type="spellEnd"/>
      <w:r>
        <w:t xml:space="preserve">: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definirse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manual </w:t>
      </w:r>
      <w:proofErr w:type="spellStart"/>
      <w:r>
        <w:t>aplicable</w:t>
      </w:r>
      <w:proofErr w:type="spellEnd"/>
      <w:r>
        <w:t xml:space="preserve">,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adoptada</w:t>
      </w:r>
      <w:proofErr w:type="spellEnd"/>
      <w:r>
        <w:t xml:space="preserve">, </w:t>
      </w:r>
      <w:proofErr w:type="spellStart"/>
      <w:r>
        <w:t>autoridad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, </w:t>
      </w:r>
      <w:proofErr w:type="spellStart"/>
      <w:r>
        <w:t>riesgos</w:t>
      </w:r>
      <w:proofErr w:type="spellEnd"/>
      <w:r>
        <w:t xml:space="preserve">, </w:t>
      </w:r>
      <w:proofErr w:type="spellStart"/>
      <w:r>
        <w:t>historial</w:t>
      </w:r>
      <w:proofErr w:type="spellEnd"/>
      <w:r>
        <w:t xml:space="preserve"> y </w:t>
      </w:r>
      <w:proofErr w:type="spellStart"/>
      <w:r>
        <w:t>programa</w:t>
      </w:r>
      <w:proofErr w:type="spellEnd"/>
      <w:r>
        <w:t xml:space="preserve"> de </w:t>
      </w:r>
      <w:proofErr w:type="spellStart"/>
      <w:r>
        <w:t>mantenimiento</w:t>
      </w:r>
      <w:proofErr w:type="spellEnd"/>
      <w:r>
        <w:t xml:space="preserve"> </w:t>
      </w:r>
      <w:proofErr w:type="spellStart"/>
      <w:r>
        <w:t>aprobado</w:t>
      </w:r>
      <w:proofErr w:type="spellEnd"/>
      <w:r>
        <w:t xml:space="preserve">. El </w:t>
      </w:r>
      <w:proofErr w:type="spellStart"/>
      <w:r>
        <w:t>cuadro</w:t>
      </w:r>
      <w:proofErr w:type="spellEnd"/>
      <w:r>
        <w:t xml:space="preserve"> </w:t>
      </w:r>
      <w:proofErr w:type="spellStart"/>
      <w:r>
        <w:t>siguiente</w:t>
      </w:r>
      <w:proofErr w:type="spellEnd"/>
      <w:r>
        <w:t xml:space="preserve"> es </w:t>
      </w:r>
      <w:proofErr w:type="spellStart"/>
      <w:r>
        <w:t>una</w:t>
      </w:r>
      <w:proofErr w:type="spellEnd"/>
      <w:r>
        <w:t xml:space="preserve"> </w:t>
      </w:r>
      <w:proofErr w:type="spellStart"/>
      <w:r>
        <w:t>herramienta</w:t>
      </w:r>
      <w:proofErr w:type="spellEnd"/>
      <w:r>
        <w:t xml:space="preserve"> de </w:t>
      </w:r>
      <w:proofErr w:type="spellStart"/>
      <w:r>
        <w:t>planificación</w:t>
      </w:r>
      <w:proofErr w:type="spellEnd"/>
      <w:r>
        <w:t xml:space="preserve">, no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periodicidad</w:t>
      </w:r>
      <w:proofErr w:type="spellEnd"/>
      <w:r>
        <w:t xml:space="preserve"> </w:t>
      </w:r>
      <w:proofErr w:type="spellStart"/>
      <w:r>
        <w:t>obligatoria</w:t>
      </w:r>
      <w:proofErr w:type="spellEnd"/>
      <w:r>
        <w:t xml:space="preserve"> del </w:t>
      </w:r>
      <w:proofErr w:type="spellStart"/>
      <w:r>
        <w:t>fabricante</w:t>
      </w:r>
      <w:proofErr w:type="spellEnd"/>
      <w: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91"/>
        <w:gridCol w:w="3091"/>
        <w:gridCol w:w="3091"/>
      </w:tblGrid>
      <w:tr w:rsidR="000767AF" w14:paraId="4D479559" w14:textId="77777777">
        <w:trPr>
          <w:jc w:val="center"/>
        </w:trPr>
        <w:tc>
          <w:tcPr>
            <w:tcW w:w="3091" w:type="dxa"/>
            <w:shd w:val="clear" w:color="auto" w:fill="DCEBF6"/>
          </w:tcPr>
          <w:p w14:paraId="14AE3AE0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Actividad</w:t>
            </w:r>
            <w:proofErr w:type="spellEnd"/>
          </w:p>
        </w:tc>
        <w:tc>
          <w:tcPr>
            <w:tcW w:w="3091" w:type="dxa"/>
            <w:shd w:val="clear" w:color="auto" w:fill="DCEBF6"/>
          </w:tcPr>
          <w:p w14:paraId="7B15575F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Responsable</w:t>
            </w:r>
            <w:proofErr w:type="spellEnd"/>
          </w:p>
        </w:tc>
        <w:tc>
          <w:tcPr>
            <w:tcW w:w="3091" w:type="dxa"/>
            <w:shd w:val="clear" w:color="auto" w:fill="DCEBF6"/>
          </w:tcPr>
          <w:p w14:paraId="7CC5D9F5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Frecuencia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que</w:t>
            </w:r>
            <w:proofErr w:type="spellEnd"/>
            <w:r>
              <w:rPr>
                <w:b/>
                <w:sz w:val="18"/>
              </w:rPr>
              <w:t xml:space="preserve"> define </w:t>
            </w:r>
            <w:proofErr w:type="spellStart"/>
            <w:r>
              <w:rPr>
                <w:b/>
                <w:sz w:val="18"/>
              </w:rPr>
              <w:t>el</w:t>
            </w:r>
            <w:proofErr w:type="spellEnd"/>
            <w:r>
              <w:rPr>
                <w:b/>
                <w:sz w:val="18"/>
              </w:rPr>
              <w:t xml:space="preserve"> sitio</w:t>
            </w:r>
          </w:p>
        </w:tc>
      </w:tr>
      <w:tr w:rsidR="000767AF" w14:paraId="463A0C30" w14:textId="77777777">
        <w:trPr>
          <w:jc w:val="center"/>
        </w:trPr>
        <w:tc>
          <w:tcPr>
            <w:tcW w:w="3091" w:type="dxa"/>
          </w:tcPr>
          <w:p w14:paraId="4E394F39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Observación</w:t>
            </w:r>
            <w:proofErr w:type="spellEnd"/>
            <w:r>
              <w:rPr>
                <w:sz w:val="18"/>
              </w:rPr>
              <w:t xml:space="preserve"> exterior y </w:t>
            </w:r>
            <w:proofErr w:type="spellStart"/>
            <w:r>
              <w:rPr>
                <w:sz w:val="18"/>
              </w:rPr>
              <w:t>estado</w:t>
            </w:r>
            <w:proofErr w:type="spellEnd"/>
            <w:r>
              <w:rPr>
                <w:sz w:val="18"/>
              </w:rPr>
              <w:t xml:space="preserve"> del panel</w:t>
            </w:r>
          </w:p>
        </w:tc>
        <w:tc>
          <w:tcPr>
            <w:tcW w:w="3091" w:type="dxa"/>
          </w:tcPr>
          <w:p w14:paraId="07A11A06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Operador</w:t>
            </w:r>
            <w:proofErr w:type="spellEnd"/>
          </w:p>
        </w:tc>
        <w:tc>
          <w:tcPr>
            <w:tcW w:w="3091" w:type="dxa"/>
          </w:tcPr>
          <w:p w14:paraId="4A700343" w14:textId="77777777" w:rsidR="000767AF" w:rsidRDefault="00000000">
            <w:pPr>
              <w:spacing w:after="20"/>
            </w:pPr>
            <w:r>
              <w:rPr>
                <w:sz w:val="18"/>
              </w:rPr>
              <w:t>__________</w:t>
            </w:r>
          </w:p>
        </w:tc>
      </w:tr>
      <w:tr w:rsidR="000767AF" w14:paraId="7718DA03" w14:textId="77777777">
        <w:trPr>
          <w:jc w:val="center"/>
        </w:trPr>
        <w:tc>
          <w:tcPr>
            <w:tcW w:w="3091" w:type="dxa"/>
          </w:tcPr>
          <w:p w14:paraId="3BF26807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Revisión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historial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eventos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pendientes</w:t>
            </w:r>
            <w:proofErr w:type="spellEnd"/>
          </w:p>
        </w:tc>
        <w:tc>
          <w:tcPr>
            <w:tcW w:w="3091" w:type="dxa"/>
          </w:tcPr>
          <w:p w14:paraId="5D8D9F2C" w14:textId="77777777" w:rsidR="000767AF" w:rsidRDefault="00000000">
            <w:pPr>
              <w:spacing w:after="20"/>
            </w:pPr>
            <w:r>
              <w:rPr>
                <w:sz w:val="18"/>
              </w:rPr>
              <w:t>Supervisor</w:t>
            </w:r>
          </w:p>
        </w:tc>
        <w:tc>
          <w:tcPr>
            <w:tcW w:w="3091" w:type="dxa"/>
          </w:tcPr>
          <w:p w14:paraId="1D203187" w14:textId="77777777" w:rsidR="000767AF" w:rsidRDefault="00000000">
            <w:pPr>
              <w:spacing w:after="20"/>
            </w:pPr>
            <w:r>
              <w:rPr>
                <w:sz w:val="18"/>
              </w:rPr>
              <w:t>__________</w:t>
            </w:r>
          </w:p>
        </w:tc>
      </w:tr>
      <w:tr w:rsidR="000767AF" w14:paraId="7214BA59" w14:textId="77777777">
        <w:trPr>
          <w:jc w:val="center"/>
        </w:trPr>
        <w:tc>
          <w:tcPr>
            <w:tcW w:w="3091" w:type="dxa"/>
          </w:tcPr>
          <w:p w14:paraId="0F709A5B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Pruebas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funcionales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documentadas</w:t>
            </w:r>
            <w:proofErr w:type="spellEnd"/>
          </w:p>
        </w:tc>
        <w:tc>
          <w:tcPr>
            <w:tcW w:w="3091" w:type="dxa"/>
          </w:tcPr>
          <w:p w14:paraId="6DDE52DF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Técnico </w:t>
            </w:r>
            <w:proofErr w:type="spellStart"/>
            <w:r>
              <w:rPr>
                <w:sz w:val="18"/>
              </w:rPr>
              <w:t>autorizado</w:t>
            </w:r>
            <w:proofErr w:type="spellEnd"/>
          </w:p>
        </w:tc>
        <w:tc>
          <w:tcPr>
            <w:tcW w:w="3091" w:type="dxa"/>
          </w:tcPr>
          <w:p w14:paraId="051E2F99" w14:textId="77777777" w:rsidR="000767AF" w:rsidRDefault="00000000">
            <w:pPr>
              <w:spacing w:after="20"/>
            </w:pPr>
            <w:r>
              <w:rPr>
                <w:sz w:val="18"/>
              </w:rPr>
              <w:t>__________</w:t>
            </w:r>
          </w:p>
        </w:tc>
      </w:tr>
      <w:tr w:rsidR="000767AF" w14:paraId="1260D6BA" w14:textId="77777777">
        <w:trPr>
          <w:jc w:val="center"/>
        </w:trPr>
        <w:tc>
          <w:tcPr>
            <w:tcW w:w="3091" w:type="dxa"/>
          </w:tcPr>
          <w:p w14:paraId="203DEA43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Baterías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alimentación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reserva</w:t>
            </w:r>
            <w:proofErr w:type="spellEnd"/>
          </w:p>
        </w:tc>
        <w:tc>
          <w:tcPr>
            <w:tcW w:w="3091" w:type="dxa"/>
          </w:tcPr>
          <w:p w14:paraId="0250BE9F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Técnico </w:t>
            </w:r>
            <w:proofErr w:type="spellStart"/>
            <w:r>
              <w:rPr>
                <w:sz w:val="18"/>
              </w:rPr>
              <w:t>autorizado</w:t>
            </w:r>
            <w:proofErr w:type="spellEnd"/>
          </w:p>
        </w:tc>
        <w:tc>
          <w:tcPr>
            <w:tcW w:w="3091" w:type="dxa"/>
          </w:tcPr>
          <w:p w14:paraId="6EAD88AA" w14:textId="77777777" w:rsidR="000767AF" w:rsidRDefault="00000000">
            <w:pPr>
              <w:spacing w:after="20"/>
            </w:pPr>
            <w:r>
              <w:rPr>
                <w:sz w:val="18"/>
              </w:rPr>
              <w:t>__________</w:t>
            </w:r>
          </w:p>
        </w:tc>
      </w:tr>
      <w:tr w:rsidR="000767AF" w14:paraId="785CBF6E" w14:textId="77777777">
        <w:trPr>
          <w:jc w:val="center"/>
        </w:trPr>
        <w:tc>
          <w:tcPr>
            <w:tcW w:w="3091" w:type="dxa"/>
          </w:tcPr>
          <w:p w14:paraId="281A5671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Pruebas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señales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interfaz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liberación</w:t>
            </w:r>
            <w:proofErr w:type="spellEnd"/>
          </w:p>
        </w:tc>
        <w:tc>
          <w:tcPr>
            <w:tcW w:w="3091" w:type="dxa"/>
          </w:tcPr>
          <w:p w14:paraId="157301B9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Técnico </w:t>
            </w:r>
            <w:proofErr w:type="spellStart"/>
            <w:r>
              <w:rPr>
                <w:sz w:val="18"/>
              </w:rPr>
              <w:t>autorizado</w:t>
            </w:r>
            <w:proofErr w:type="spellEnd"/>
          </w:p>
        </w:tc>
        <w:tc>
          <w:tcPr>
            <w:tcW w:w="3091" w:type="dxa"/>
          </w:tcPr>
          <w:p w14:paraId="7815D36C" w14:textId="77777777" w:rsidR="000767AF" w:rsidRDefault="00000000">
            <w:pPr>
              <w:spacing w:after="20"/>
            </w:pPr>
            <w:r>
              <w:rPr>
                <w:sz w:val="18"/>
              </w:rPr>
              <w:t>__________</w:t>
            </w:r>
          </w:p>
        </w:tc>
      </w:tr>
    </w:tbl>
    <w:p w14:paraId="1928E011" w14:textId="77777777" w:rsidR="000767AF" w:rsidRDefault="000767AF">
      <w:pPr>
        <w:spacing w:after="0"/>
      </w:pPr>
    </w:p>
    <w:p w14:paraId="50289E74" w14:textId="77777777" w:rsidR="000767AF" w:rsidRDefault="00000000">
      <w:pPr>
        <w:spacing w:before="220" w:after="100"/>
      </w:pPr>
      <w:r>
        <w:rPr>
          <w:b/>
          <w:color w:val="12194D"/>
          <w:sz w:val="26"/>
        </w:rPr>
        <w:t xml:space="preserve">6.4 </w:t>
      </w:r>
      <w:proofErr w:type="spellStart"/>
      <w:r>
        <w:rPr>
          <w:b/>
          <w:color w:val="12194D"/>
          <w:sz w:val="26"/>
        </w:rPr>
        <w:t>Documentación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técnica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que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debe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existir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en</w:t>
      </w:r>
      <w:proofErr w:type="spellEnd"/>
      <w:r>
        <w:rPr>
          <w:b/>
          <w:color w:val="12194D"/>
          <w:sz w:val="26"/>
        </w:rPr>
        <w:t xml:space="preserve"> la </w:t>
      </w:r>
      <w:proofErr w:type="spellStart"/>
      <w:r>
        <w:rPr>
          <w:b/>
          <w:color w:val="12194D"/>
          <w:sz w:val="26"/>
        </w:rPr>
        <w:t>instalación</w:t>
      </w:r>
      <w:proofErr w:type="spellEnd"/>
    </w:p>
    <w:p w14:paraId="41539D69" w14:textId="77777777" w:rsidR="000767AF" w:rsidRDefault="00000000">
      <w:r>
        <w:t xml:space="preserve">El </w:t>
      </w:r>
      <w:proofErr w:type="spellStart"/>
      <w:r>
        <w:t>conocimiento</w:t>
      </w:r>
      <w:proofErr w:type="spellEnd"/>
      <w:r>
        <w:t xml:space="preserve"> del </w:t>
      </w:r>
      <w:proofErr w:type="spellStart"/>
      <w:r>
        <w:t>equipo</w:t>
      </w:r>
      <w:proofErr w:type="spellEnd"/>
      <w:r>
        <w:t xml:space="preserve"> no se </w:t>
      </w:r>
      <w:proofErr w:type="spellStart"/>
      <w:r>
        <w:t>limita</w:t>
      </w:r>
      <w:proofErr w:type="spellEnd"/>
      <w:r>
        <w:t xml:space="preserve"> al </w:t>
      </w:r>
      <w:proofErr w:type="spellStart"/>
      <w:r>
        <w:t>gabinete</w:t>
      </w:r>
      <w:proofErr w:type="spellEnd"/>
      <w:r>
        <w:t xml:space="preserve">. El </w:t>
      </w:r>
      <w:proofErr w:type="spellStart"/>
      <w:r>
        <w:t>comportamiento</w:t>
      </w:r>
      <w:proofErr w:type="spellEnd"/>
      <w:r>
        <w:t xml:space="preserve"> real </w:t>
      </w:r>
      <w:proofErr w:type="spellStart"/>
      <w:r>
        <w:t>depende</w:t>
      </w:r>
      <w:proofErr w:type="spellEnd"/>
      <w:r>
        <w:t xml:space="preserve"> de la </w:t>
      </w:r>
      <w:proofErr w:type="spellStart"/>
      <w:r>
        <w:t>ingeniería</w:t>
      </w:r>
      <w:proofErr w:type="spellEnd"/>
      <w:r>
        <w:t xml:space="preserve"> </w:t>
      </w:r>
      <w:proofErr w:type="spellStart"/>
      <w:r>
        <w:t>aprobada</w:t>
      </w:r>
      <w:proofErr w:type="spellEnd"/>
      <w:r>
        <w:t xml:space="preserve">, de la </w:t>
      </w:r>
      <w:proofErr w:type="spellStart"/>
      <w:r>
        <w:t>programación</w:t>
      </w:r>
      <w:proofErr w:type="spellEnd"/>
      <w:r>
        <w:t xml:space="preserve"> de las zonas, de las entradas y </w:t>
      </w:r>
      <w:proofErr w:type="spellStart"/>
      <w:r>
        <w:t>salidas</w:t>
      </w:r>
      <w:proofErr w:type="spellEnd"/>
      <w:r>
        <w:t xml:space="preserve"> y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dispositivos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incorporaron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la </w:t>
      </w:r>
      <w:proofErr w:type="spellStart"/>
      <w:r>
        <w:t>puesta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servicio</w:t>
      </w:r>
      <w:proofErr w:type="spellEnd"/>
      <w:r>
        <w:t xml:space="preserve">. Dos </w:t>
      </w:r>
      <w:proofErr w:type="spellStart"/>
      <w:r>
        <w:t>sistemas</w:t>
      </w:r>
      <w:proofErr w:type="spellEnd"/>
      <w:r>
        <w:t xml:space="preserve"> de la </w:t>
      </w:r>
      <w:proofErr w:type="spellStart"/>
      <w:r>
        <w:t>misma</w:t>
      </w:r>
      <w:proofErr w:type="spellEnd"/>
      <w:r>
        <w:t xml:space="preserve"> familia </w:t>
      </w:r>
      <w:proofErr w:type="spellStart"/>
      <w:r>
        <w:t>pueden</w:t>
      </w:r>
      <w:proofErr w:type="spellEnd"/>
      <w:r>
        <w:t xml:space="preserve"> responder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distinta</w:t>
      </w:r>
      <w:proofErr w:type="spellEnd"/>
      <w:r>
        <w:t xml:space="preserve"> ante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señal</w:t>
      </w:r>
      <w:proofErr w:type="spellEnd"/>
      <w:r>
        <w:t xml:space="preserve"> </w:t>
      </w:r>
      <w:proofErr w:type="spellStart"/>
      <w:r>
        <w:t>equivalente</w:t>
      </w:r>
      <w:proofErr w:type="spellEnd"/>
      <w:r>
        <w:t>.</w:t>
      </w:r>
    </w:p>
    <w:p w14:paraId="3FCA93BF" w14:textId="77777777" w:rsidR="000767AF" w:rsidRDefault="00000000">
      <w:r>
        <w:t xml:space="preserve">Antes de </w:t>
      </w:r>
      <w:proofErr w:type="spellStart"/>
      <w:r>
        <w:t>operar</w:t>
      </w:r>
      <w:proofErr w:type="spellEnd"/>
      <w:r>
        <w:t xml:space="preserve"> o </w:t>
      </w:r>
      <w:proofErr w:type="spellStart"/>
      <w:r>
        <w:t>intervenir</w:t>
      </w:r>
      <w:proofErr w:type="spellEnd"/>
      <w:r>
        <w:t xml:space="preserve"> se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identificar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modelo</w:t>
      </w:r>
      <w:proofErr w:type="spellEnd"/>
      <w:r>
        <w:t xml:space="preserve"> </w:t>
      </w:r>
      <w:proofErr w:type="spellStart"/>
      <w:r>
        <w:t>indicado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placa</w:t>
      </w:r>
      <w:proofErr w:type="spellEnd"/>
      <w:r>
        <w:t xml:space="preserve"> del </w:t>
      </w:r>
      <w:proofErr w:type="spellStart"/>
      <w:r>
        <w:t>equipo</w:t>
      </w:r>
      <w:proofErr w:type="spellEnd"/>
      <w:r>
        <w:t xml:space="preserve"> y </w:t>
      </w:r>
      <w:proofErr w:type="spellStart"/>
      <w:r>
        <w:t>consultar</w:t>
      </w:r>
      <w:proofErr w:type="spellEnd"/>
      <w:r>
        <w:t xml:space="preserve"> la </w:t>
      </w:r>
      <w:proofErr w:type="spellStart"/>
      <w:r>
        <w:t>edición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 del manual de </w:t>
      </w:r>
      <w:proofErr w:type="spellStart"/>
      <w:r>
        <w:t>operación</w:t>
      </w:r>
      <w:proofErr w:type="spellEnd"/>
      <w:r>
        <w:t xml:space="preserve">. Se </w:t>
      </w:r>
      <w:proofErr w:type="spellStart"/>
      <w:r>
        <w:t>recomienda</w:t>
      </w:r>
      <w:proofErr w:type="spellEnd"/>
      <w:r>
        <w:t xml:space="preserve"> </w:t>
      </w:r>
      <w:proofErr w:type="spellStart"/>
      <w:r>
        <w:t>conservar</w:t>
      </w:r>
      <w:proofErr w:type="spellEnd"/>
      <w:r>
        <w:t xml:space="preserve"> junto al panel, o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repositorio</w:t>
      </w:r>
      <w:proofErr w:type="spellEnd"/>
      <w:r>
        <w:t xml:space="preserve"> </w:t>
      </w:r>
      <w:proofErr w:type="spellStart"/>
      <w:r>
        <w:t>controlado</w:t>
      </w:r>
      <w:proofErr w:type="spellEnd"/>
      <w:r>
        <w:t xml:space="preserve"> de la </w:t>
      </w:r>
      <w:proofErr w:type="spellStart"/>
      <w:r>
        <w:t>organización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planos</w:t>
      </w:r>
      <w:proofErr w:type="spellEnd"/>
      <w:r>
        <w:t xml:space="preserve"> </w:t>
      </w:r>
      <w:proofErr w:type="spellStart"/>
      <w:r>
        <w:t>conforme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obra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inventario</w:t>
      </w:r>
      <w:proofErr w:type="spellEnd"/>
      <w:r>
        <w:t xml:space="preserve"> de </w:t>
      </w:r>
      <w:proofErr w:type="spellStart"/>
      <w:r>
        <w:t>dispositivos</w:t>
      </w:r>
      <w:proofErr w:type="spellEnd"/>
      <w:r>
        <w:t xml:space="preserve"> con </w:t>
      </w:r>
      <w:proofErr w:type="spellStart"/>
      <w:r>
        <w:t>direcciones</w:t>
      </w:r>
      <w:proofErr w:type="spellEnd"/>
      <w:r>
        <w:t xml:space="preserve"> y </w:t>
      </w:r>
      <w:proofErr w:type="spellStart"/>
      <w:r>
        <w:t>mensajes</w:t>
      </w:r>
      <w:proofErr w:type="spellEnd"/>
      <w:r>
        <w:t xml:space="preserve">, la </w:t>
      </w:r>
      <w:proofErr w:type="spellStart"/>
      <w:r>
        <w:t>matriz</w:t>
      </w:r>
      <w:proofErr w:type="spellEnd"/>
      <w:r>
        <w:t xml:space="preserve"> causa-</w:t>
      </w:r>
      <w:proofErr w:type="spellStart"/>
      <w:r>
        <w:t>efecto</w:t>
      </w:r>
      <w:proofErr w:type="spellEnd"/>
      <w:r>
        <w:t xml:space="preserve">, las </w:t>
      </w:r>
      <w:proofErr w:type="spellStart"/>
      <w:r>
        <w:t>actas</w:t>
      </w:r>
      <w:proofErr w:type="spellEnd"/>
      <w:r>
        <w:t xml:space="preserve"> de </w:t>
      </w:r>
      <w:proofErr w:type="spellStart"/>
      <w:r>
        <w:t>puesta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servicio</w:t>
      </w:r>
      <w:proofErr w:type="spellEnd"/>
      <w:r>
        <w:t xml:space="preserve">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historial</w:t>
      </w:r>
      <w:proofErr w:type="spellEnd"/>
      <w:r>
        <w:t xml:space="preserve"> de </w:t>
      </w:r>
      <w:proofErr w:type="spellStart"/>
      <w:r>
        <w:t>mantenimiento</w:t>
      </w:r>
      <w:proofErr w:type="spellEnd"/>
      <w:r>
        <w:t>.</w:t>
      </w:r>
    </w:p>
    <w:p w14:paraId="5992CE9E" w14:textId="77777777" w:rsidR="000767AF" w:rsidRDefault="00000000">
      <w:r>
        <w:t xml:space="preserve">La </w:t>
      </w:r>
      <w:proofErr w:type="spellStart"/>
      <w:r>
        <w:t>matriz</w:t>
      </w:r>
      <w:proofErr w:type="spellEnd"/>
      <w:r>
        <w:t xml:space="preserve"> causa-</w:t>
      </w:r>
      <w:proofErr w:type="spellStart"/>
      <w:r>
        <w:t>efecto</w:t>
      </w:r>
      <w:proofErr w:type="spellEnd"/>
      <w:r>
        <w:t xml:space="preserve"> es 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existen</w:t>
      </w:r>
      <w:proofErr w:type="spellEnd"/>
      <w:r>
        <w:t xml:space="preserve"> </w:t>
      </w:r>
      <w:proofErr w:type="spellStart"/>
      <w:r>
        <w:t>agentes</w:t>
      </w:r>
      <w:proofErr w:type="spellEnd"/>
      <w:r>
        <w:t xml:space="preserve"> </w:t>
      </w:r>
      <w:proofErr w:type="spellStart"/>
      <w:r>
        <w:t>limpios</w:t>
      </w:r>
      <w:proofErr w:type="spellEnd"/>
      <w:r>
        <w:t xml:space="preserve">, </w:t>
      </w:r>
      <w:proofErr w:type="spellStart"/>
      <w:r>
        <w:t>rociadores</w:t>
      </w:r>
      <w:proofErr w:type="spellEnd"/>
      <w:r>
        <w:t xml:space="preserve"> de </w:t>
      </w:r>
      <w:proofErr w:type="spellStart"/>
      <w:r>
        <w:t>preacción</w:t>
      </w:r>
      <w:proofErr w:type="spellEnd"/>
      <w:r>
        <w:t xml:space="preserve">, </w:t>
      </w:r>
      <w:proofErr w:type="spellStart"/>
      <w:r>
        <w:t>ventilación</w:t>
      </w:r>
      <w:proofErr w:type="spellEnd"/>
      <w:r>
        <w:t xml:space="preserve">, </w:t>
      </w:r>
      <w:proofErr w:type="spellStart"/>
      <w:r>
        <w:t>puertas</w:t>
      </w:r>
      <w:proofErr w:type="spellEnd"/>
      <w:r>
        <w:t xml:space="preserve"> </w:t>
      </w:r>
      <w:proofErr w:type="spellStart"/>
      <w:r>
        <w:t>cortafuego</w:t>
      </w:r>
      <w:proofErr w:type="spellEnd"/>
      <w:r>
        <w:t xml:space="preserve">, </w:t>
      </w:r>
      <w:proofErr w:type="spellStart"/>
      <w:r>
        <w:t>aire</w:t>
      </w:r>
      <w:proofErr w:type="spellEnd"/>
      <w:r>
        <w:t xml:space="preserve"> </w:t>
      </w:r>
      <w:proofErr w:type="spellStart"/>
      <w:r>
        <w:t>acondicionado</w:t>
      </w:r>
      <w:proofErr w:type="spellEnd"/>
      <w:r>
        <w:t xml:space="preserve"> u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equipos</w:t>
      </w:r>
      <w:proofErr w:type="spellEnd"/>
      <w:r>
        <w:t xml:space="preserve"> </w:t>
      </w:r>
      <w:proofErr w:type="spellStart"/>
      <w:r>
        <w:t>asociados</w:t>
      </w:r>
      <w:proofErr w:type="spellEnd"/>
      <w:r>
        <w:t xml:space="preserve">: </w:t>
      </w:r>
      <w:proofErr w:type="spellStart"/>
      <w:r>
        <w:t>especifica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entrada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activar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salida</w:t>
      </w:r>
      <w:proofErr w:type="spellEnd"/>
      <w:r>
        <w:t xml:space="preserve"> y </w:t>
      </w:r>
      <w:proofErr w:type="spellStart"/>
      <w:r>
        <w:t>en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condiciones</w:t>
      </w:r>
      <w:proofErr w:type="spellEnd"/>
      <w:r>
        <w:t xml:space="preserve">. </w:t>
      </w:r>
      <w:proofErr w:type="spellStart"/>
      <w:r>
        <w:t>Nunca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deducirse</w:t>
      </w:r>
      <w:proofErr w:type="spellEnd"/>
      <w:r>
        <w:t xml:space="preserve"> la </w:t>
      </w:r>
      <w:proofErr w:type="spellStart"/>
      <w:r>
        <w:t>lógica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descarga</w:t>
      </w:r>
      <w:proofErr w:type="spellEnd"/>
      <w:r>
        <w:t xml:space="preserve"> </w:t>
      </w:r>
      <w:proofErr w:type="spellStart"/>
      <w:r>
        <w:t>únicamente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</w:t>
      </w:r>
      <w:proofErr w:type="spellStart"/>
      <w:r>
        <w:t>etiqueta</w:t>
      </w:r>
      <w:proofErr w:type="spellEnd"/>
      <w:r>
        <w:t xml:space="preserve"> de un </w:t>
      </w:r>
      <w:proofErr w:type="spellStart"/>
      <w:r>
        <w:t>botón</w:t>
      </w:r>
      <w:proofErr w:type="spellEnd"/>
      <w:r>
        <w:t>.</w:t>
      </w:r>
    </w:p>
    <w:p w14:paraId="700D6122" w14:textId="77777777" w:rsidR="000767AF" w:rsidRDefault="00000000">
      <w:r>
        <w:lastRenderedPageBreak/>
        <w:t xml:space="preserve">El personal de </w:t>
      </w:r>
      <w:proofErr w:type="spellStart"/>
      <w:r>
        <w:t>operación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conocer</w:t>
      </w:r>
      <w:proofErr w:type="spellEnd"/>
      <w:r>
        <w:t xml:space="preserve"> </w:t>
      </w:r>
      <w:proofErr w:type="spellStart"/>
      <w:r>
        <w:t>dónde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instructivos</w:t>
      </w:r>
      <w:proofErr w:type="spellEnd"/>
      <w:r>
        <w:t xml:space="preserve"> y </w:t>
      </w:r>
      <w:proofErr w:type="spellStart"/>
      <w:r>
        <w:t>contactos</w:t>
      </w:r>
      <w:proofErr w:type="spellEnd"/>
      <w:r>
        <w:t xml:space="preserve"> de </w:t>
      </w:r>
      <w:proofErr w:type="spellStart"/>
      <w:r>
        <w:t>emergencia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no </w:t>
      </w:r>
      <w:proofErr w:type="spellStart"/>
      <w:r>
        <w:t>modificar</w:t>
      </w:r>
      <w:proofErr w:type="spellEnd"/>
      <w:r>
        <w:t xml:space="preserve"> </w:t>
      </w:r>
      <w:proofErr w:type="spellStart"/>
      <w:r>
        <w:t>parámetros</w:t>
      </w:r>
      <w:proofErr w:type="spellEnd"/>
      <w:r>
        <w:t xml:space="preserve"> de </w:t>
      </w:r>
      <w:proofErr w:type="spellStart"/>
      <w:r>
        <w:t>configuración</w:t>
      </w:r>
      <w:proofErr w:type="spellEnd"/>
      <w:r>
        <w:t xml:space="preserve">. Los </w:t>
      </w:r>
      <w:proofErr w:type="spellStart"/>
      <w:r>
        <w:t>técnicos</w:t>
      </w:r>
      <w:proofErr w:type="spellEnd"/>
      <w:r>
        <w:t xml:space="preserve"> de </w:t>
      </w:r>
      <w:proofErr w:type="spellStart"/>
      <w:r>
        <w:t>servicio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documentar</w:t>
      </w:r>
      <w:proofErr w:type="spellEnd"/>
      <w:r>
        <w:t xml:space="preserve"> </w:t>
      </w:r>
      <w:proofErr w:type="spellStart"/>
      <w:r>
        <w:t>versiones</w:t>
      </w:r>
      <w:proofErr w:type="spellEnd"/>
      <w:r>
        <w:t xml:space="preserve">, </w:t>
      </w:r>
      <w:proofErr w:type="spellStart"/>
      <w:r>
        <w:t>cambios</w:t>
      </w:r>
      <w:proofErr w:type="spellEnd"/>
      <w:r>
        <w:t xml:space="preserve"> y </w:t>
      </w:r>
      <w:proofErr w:type="spellStart"/>
      <w:r>
        <w:t>pruebas</w:t>
      </w:r>
      <w:proofErr w:type="spellEnd"/>
      <w:r>
        <w:t xml:space="preserve"> posteriores a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modificación</w:t>
      </w:r>
      <w:proofErr w:type="spellEnd"/>
      <w:r>
        <w:t xml:space="preserve"> </w:t>
      </w:r>
      <w:proofErr w:type="spellStart"/>
      <w:r>
        <w:t>autorizada</w:t>
      </w:r>
      <w:proofErr w:type="spellEnd"/>
      <w: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37"/>
        <w:gridCol w:w="4637"/>
      </w:tblGrid>
      <w:tr w:rsidR="000767AF" w14:paraId="5814C013" w14:textId="77777777">
        <w:tc>
          <w:tcPr>
            <w:tcW w:w="4637" w:type="dxa"/>
            <w:shd w:val="clear" w:color="auto" w:fill="DDECF5"/>
          </w:tcPr>
          <w:p w14:paraId="4C54381B" w14:textId="77777777" w:rsidR="000767AF" w:rsidRDefault="00000000">
            <w:proofErr w:type="spellStart"/>
            <w:r>
              <w:rPr>
                <w:b/>
              </w:rPr>
              <w:t>Documento</w:t>
            </w:r>
            <w:proofErr w:type="spellEnd"/>
          </w:p>
        </w:tc>
        <w:tc>
          <w:tcPr>
            <w:tcW w:w="4637" w:type="dxa"/>
            <w:shd w:val="clear" w:color="auto" w:fill="DDECF5"/>
          </w:tcPr>
          <w:p w14:paraId="55F94D3B" w14:textId="77777777" w:rsidR="000767AF" w:rsidRDefault="00000000">
            <w:r>
              <w:rPr>
                <w:b/>
              </w:rPr>
              <w:t xml:space="preserve">Uso </w:t>
            </w:r>
            <w:proofErr w:type="spellStart"/>
            <w:r>
              <w:rPr>
                <w:b/>
              </w:rPr>
              <w:t>práctico</w:t>
            </w:r>
            <w:proofErr w:type="spellEnd"/>
          </w:p>
        </w:tc>
      </w:tr>
      <w:tr w:rsidR="000767AF" w14:paraId="130C69FA" w14:textId="77777777">
        <w:tc>
          <w:tcPr>
            <w:tcW w:w="4637" w:type="dxa"/>
          </w:tcPr>
          <w:p w14:paraId="2F198B78" w14:textId="77777777" w:rsidR="000767AF" w:rsidRDefault="00000000">
            <w:r>
              <w:t xml:space="preserve">Plano de </w:t>
            </w:r>
            <w:proofErr w:type="spellStart"/>
            <w:r>
              <w:t>ubicación</w:t>
            </w:r>
            <w:proofErr w:type="spellEnd"/>
          </w:p>
        </w:tc>
        <w:tc>
          <w:tcPr>
            <w:tcW w:w="4637" w:type="dxa"/>
          </w:tcPr>
          <w:p w14:paraId="02084A06" w14:textId="77777777" w:rsidR="000767AF" w:rsidRDefault="00000000">
            <w:proofErr w:type="spellStart"/>
            <w:r>
              <w:t>Localizar</w:t>
            </w:r>
            <w:proofErr w:type="spellEnd"/>
            <w:r>
              <w:t xml:space="preserve"> zona, </w:t>
            </w:r>
            <w:proofErr w:type="spellStart"/>
            <w:r>
              <w:t>gabinete</w:t>
            </w:r>
            <w:proofErr w:type="spellEnd"/>
            <w:r>
              <w:t xml:space="preserve">, </w:t>
            </w:r>
            <w:proofErr w:type="spellStart"/>
            <w:r>
              <w:t>dispositivos</w:t>
            </w:r>
            <w:proofErr w:type="spellEnd"/>
            <w:r>
              <w:t xml:space="preserve"> y </w:t>
            </w:r>
            <w:proofErr w:type="spellStart"/>
            <w:r>
              <w:t>rutas</w:t>
            </w:r>
            <w:proofErr w:type="spellEnd"/>
            <w:r>
              <w:t xml:space="preserve"> de </w:t>
            </w:r>
            <w:proofErr w:type="spellStart"/>
            <w:r>
              <w:t>atención</w:t>
            </w:r>
            <w:proofErr w:type="spellEnd"/>
            <w:r>
              <w:t>.</w:t>
            </w:r>
          </w:p>
        </w:tc>
      </w:tr>
      <w:tr w:rsidR="000767AF" w14:paraId="3A976E53" w14:textId="77777777">
        <w:tc>
          <w:tcPr>
            <w:tcW w:w="4637" w:type="dxa"/>
          </w:tcPr>
          <w:p w14:paraId="5E4A4C3A" w14:textId="77777777" w:rsidR="000767AF" w:rsidRDefault="00000000">
            <w:proofErr w:type="spellStart"/>
            <w:r>
              <w:t>Inventario</w:t>
            </w:r>
            <w:proofErr w:type="spellEnd"/>
            <w:r>
              <w:t xml:space="preserve"> de puntos</w:t>
            </w:r>
          </w:p>
        </w:tc>
        <w:tc>
          <w:tcPr>
            <w:tcW w:w="4637" w:type="dxa"/>
          </w:tcPr>
          <w:p w14:paraId="635B2496" w14:textId="77777777" w:rsidR="000767AF" w:rsidRDefault="00000000">
            <w:proofErr w:type="spellStart"/>
            <w:r>
              <w:t>Vincular</w:t>
            </w:r>
            <w:proofErr w:type="spellEnd"/>
            <w:r>
              <w:t xml:space="preserve"> </w:t>
            </w:r>
            <w:proofErr w:type="spellStart"/>
            <w:r>
              <w:t>mensaje</w:t>
            </w:r>
            <w:proofErr w:type="spellEnd"/>
            <w:r>
              <w:t xml:space="preserve"> o </w:t>
            </w:r>
            <w:proofErr w:type="spellStart"/>
            <w:r>
              <w:t>dirección</w:t>
            </w:r>
            <w:proofErr w:type="spellEnd"/>
            <w:r>
              <w:t xml:space="preserve"> del </w:t>
            </w:r>
            <w:proofErr w:type="spellStart"/>
            <w:r>
              <w:t>evento</w:t>
            </w:r>
            <w:proofErr w:type="spellEnd"/>
            <w:r>
              <w:t xml:space="preserve"> con </w:t>
            </w:r>
            <w:proofErr w:type="spellStart"/>
            <w:r>
              <w:t>el</w:t>
            </w:r>
            <w:proofErr w:type="spellEnd"/>
            <w:r>
              <w:t xml:space="preserve"> </w:t>
            </w:r>
            <w:proofErr w:type="spellStart"/>
            <w:r>
              <w:t>equipo</w:t>
            </w:r>
            <w:proofErr w:type="spellEnd"/>
            <w:r>
              <w:t xml:space="preserve"> </w:t>
            </w:r>
            <w:proofErr w:type="spellStart"/>
            <w:r>
              <w:t>instalado</w:t>
            </w:r>
            <w:proofErr w:type="spellEnd"/>
            <w:r>
              <w:t>.</w:t>
            </w:r>
          </w:p>
        </w:tc>
      </w:tr>
      <w:tr w:rsidR="000767AF" w14:paraId="468CBD7B" w14:textId="77777777">
        <w:tc>
          <w:tcPr>
            <w:tcW w:w="4637" w:type="dxa"/>
          </w:tcPr>
          <w:p w14:paraId="5E704C34" w14:textId="77777777" w:rsidR="000767AF" w:rsidRDefault="00000000">
            <w:proofErr w:type="spellStart"/>
            <w:r>
              <w:t>Matriz</w:t>
            </w:r>
            <w:proofErr w:type="spellEnd"/>
            <w:r>
              <w:t xml:space="preserve"> causa-</w:t>
            </w:r>
            <w:proofErr w:type="spellStart"/>
            <w:r>
              <w:t>efecto</w:t>
            </w:r>
            <w:proofErr w:type="spellEnd"/>
          </w:p>
        </w:tc>
        <w:tc>
          <w:tcPr>
            <w:tcW w:w="4637" w:type="dxa"/>
          </w:tcPr>
          <w:p w14:paraId="15284FDE" w14:textId="77777777" w:rsidR="000767AF" w:rsidRDefault="00000000">
            <w:proofErr w:type="spellStart"/>
            <w:r>
              <w:t>Conocer</w:t>
            </w:r>
            <w:proofErr w:type="spellEnd"/>
            <w:r>
              <w:t xml:space="preserve"> </w:t>
            </w:r>
            <w:proofErr w:type="spellStart"/>
            <w:r>
              <w:t>respuestas</w:t>
            </w:r>
            <w:proofErr w:type="spellEnd"/>
            <w:r>
              <w:t xml:space="preserve"> </w:t>
            </w:r>
            <w:proofErr w:type="spellStart"/>
            <w:r>
              <w:t>programadas</w:t>
            </w:r>
            <w:proofErr w:type="spellEnd"/>
            <w:r>
              <w:t xml:space="preserve"> y </w:t>
            </w:r>
            <w:proofErr w:type="spellStart"/>
            <w:r>
              <w:t>salidas</w:t>
            </w:r>
            <w:proofErr w:type="spellEnd"/>
            <w:r>
              <w:t xml:space="preserve"> </w:t>
            </w:r>
            <w:proofErr w:type="spellStart"/>
            <w:r>
              <w:t>afectadas</w:t>
            </w:r>
            <w:proofErr w:type="spellEnd"/>
            <w:r>
              <w:t>.</w:t>
            </w:r>
          </w:p>
        </w:tc>
      </w:tr>
      <w:tr w:rsidR="000767AF" w14:paraId="500654E7" w14:textId="77777777">
        <w:tc>
          <w:tcPr>
            <w:tcW w:w="4637" w:type="dxa"/>
          </w:tcPr>
          <w:p w14:paraId="204DFC9D" w14:textId="77777777" w:rsidR="000767AF" w:rsidRDefault="00000000">
            <w:r>
              <w:t xml:space="preserve">Manual del </w:t>
            </w:r>
            <w:proofErr w:type="spellStart"/>
            <w:r>
              <w:t>modelo</w:t>
            </w:r>
            <w:proofErr w:type="spellEnd"/>
          </w:p>
        </w:tc>
        <w:tc>
          <w:tcPr>
            <w:tcW w:w="4637" w:type="dxa"/>
          </w:tcPr>
          <w:p w14:paraId="6AE0E036" w14:textId="77777777" w:rsidR="000767AF" w:rsidRDefault="00000000">
            <w:proofErr w:type="spellStart"/>
            <w:r>
              <w:t>Confirmar</w:t>
            </w:r>
            <w:proofErr w:type="spellEnd"/>
            <w:r>
              <w:t xml:space="preserve"> </w:t>
            </w:r>
            <w:proofErr w:type="spellStart"/>
            <w:r>
              <w:t>controles</w:t>
            </w:r>
            <w:proofErr w:type="spellEnd"/>
            <w:r>
              <w:t xml:space="preserve">, </w:t>
            </w:r>
            <w:proofErr w:type="spellStart"/>
            <w:r>
              <w:t>menús</w:t>
            </w:r>
            <w:proofErr w:type="spellEnd"/>
            <w:r>
              <w:t xml:space="preserve">, </w:t>
            </w:r>
            <w:proofErr w:type="spellStart"/>
            <w:r>
              <w:t>límites</w:t>
            </w:r>
            <w:proofErr w:type="spellEnd"/>
            <w:r>
              <w:t xml:space="preserve"> y </w:t>
            </w:r>
            <w:proofErr w:type="spellStart"/>
            <w:r>
              <w:t>procedimientos</w:t>
            </w:r>
            <w:proofErr w:type="spellEnd"/>
            <w:r>
              <w:t xml:space="preserve"> </w:t>
            </w:r>
            <w:proofErr w:type="spellStart"/>
            <w:r>
              <w:t>correctos</w:t>
            </w:r>
            <w:proofErr w:type="spellEnd"/>
            <w:r>
              <w:t>.</w:t>
            </w:r>
          </w:p>
        </w:tc>
      </w:tr>
      <w:tr w:rsidR="000767AF" w14:paraId="7B5C0E1A" w14:textId="77777777">
        <w:tc>
          <w:tcPr>
            <w:tcW w:w="4637" w:type="dxa"/>
          </w:tcPr>
          <w:p w14:paraId="1DF4014E" w14:textId="77777777" w:rsidR="000767AF" w:rsidRDefault="00000000">
            <w:proofErr w:type="spellStart"/>
            <w:r>
              <w:t>Registros</w:t>
            </w:r>
            <w:proofErr w:type="spellEnd"/>
            <w:r>
              <w:t xml:space="preserve"> de </w:t>
            </w:r>
            <w:proofErr w:type="spellStart"/>
            <w:r>
              <w:t>intervención</w:t>
            </w:r>
            <w:proofErr w:type="spellEnd"/>
          </w:p>
        </w:tc>
        <w:tc>
          <w:tcPr>
            <w:tcW w:w="4637" w:type="dxa"/>
          </w:tcPr>
          <w:p w14:paraId="34E2C994" w14:textId="77777777" w:rsidR="000767AF" w:rsidRDefault="00000000">
            <w:proofErr w:type="spellStart"/>
            <w:r>
              <w:t>Asegurar</w:t>
            </w:r>
            <w:proofErr w:type="spellEnd"/>
            <w:r>
              <w:t xml:space="preserve"> </w:t>
            </w:r>
            <w:proofErr w:type="spellStart"/>
            <w:r>
              <w:t>trazabilidad</w:t>
            </w:r>
            <w:proofErr w:type="spellEnd"/>
            <w:r>
              <w:t xml:space="preserve"> de </w:t>
            </w:r>
            <w:proofErr w:type="spellStart"/>
            <w:r>
              <w:t>fallas</w:t>
            </w:r>
            <w:proofErr w:type="spellEnd"/>
            <w:r>
              <w:t xml:space="preserve">, </w:t>
            </w:r>
            <w:proofErr w:type="spellStart"/>
            <w:r>
              <w:t>ajustes</w:t>
            </w:r>
            <w:proofErr w:type="spellEnd"/>
            <w:r>
              <w:t xml:space="preserve">, </w:t>
            </w:r>
            <w:proofErr w:type="spellStart"/>
            <w:r>
              <w:t>pruebas</w:t>
            </w:r>
            <w:proofErr w:type="spellEnd"/>
            <w:r>
              <w:t xml:space="preserve"> y </w:t>
            </w:r>
            <w:proofErr w:type="spellStart"/>
            <w:r>
              <w:t>restitución</w:t>
            </w:r>
            <w:proofErr w:type="spellEnd"/>
            <w:r>
              <w:t>.</w:t>
            </w:r>
          </w:p>
        </w:tc>
      </w:tr>
    </w:tbl>
    <w:p w14:paraId="1595E566" w14:textId="77777777" w:rsidR="000767AF" w:rsidRDefault="00000000">
      <w:r>
        <w:rPr>
          <w:b/>
        </w:rPr>
        <w:t xml:space="preserve">Punto de control para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alumno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identifique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mensaje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exacto</w:t>
      </w:r>
      <w:proofErr w:type="spellEnd"/>
      <w:r>
        <w:rPr>
          <w:b/>
        </w:rPr>
        <w:t xml:space="preserve">, la </w:t>
      </w:r>
      <w:proofErr w:type="spellStart"/>
      <w:r>
        <w:rPr>
          <w:b/>
        </w:rPr>
        <w:t>función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afectada</w:t>
      </w:r>
      <w:proofErr w:type="spellEnd"/>
      <w:r>
        <w:rPr>
          <w:b/>
        </w:rPr>
        <w:t xml:space="preserve">, la persona </w:t>
      </w:r>
      <w:proofErr w:type="spellStart"/>
      <w:r>
        <w:rPr>
          <w:b/>
        </w:rPr>
        <w:t>responsable</w:t>
      </w:r>
      <w:proofErr w:type="spellEnd"/>
      <w:r>
        <w:rPr>
          <w:b/>
        </w:rPr>
        <w:t xml:space="preserve"> y la </w:t>
      </w:r>
      <w:proofErr w:type="spellStart"/>
      <w:r>
        <w:rPr>
          <w:b/>
        </w:rPr>
        <w:t>evidencia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necesaria</w:t>
      </w:r>
      <w:proofErr w:type="spellEnd"/>
      <w:r>
        <w:rPr>
          <w:b/>
        </w:rPr>
        <w:t xml:space="preserve"> antes de </w:t>
      </w:r>
      <w:proofErr w:type="spellStart"/>
      <w:r>
        <w:rPr>
          <w:b/>
        </w:rPr>
        <w:t>cerrar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evento</w:t>
      </w:r>
      <w:proofErr w:type="spellEnd"/>
      <w:r>
        <w:rPr>
          <w:b/>
        </w:rPr>
        <w:t>.</w:t>
      </w:r>
    </w:p>
    <w:p w14:paraId="328E278A" w14:textId="77777777" w:rsidR="000767AF" w:rsidRDefault="00000000">
      <w:pPr>
        <w:spacing w:before="220" w:after="100"/>
      </w:pPr>
      <w:r>
        <w:rPr>
          <w:b/>
          <w:color w:val="12194D"/>
          <w:sz w:val="26"/>
        </w:rPr>
        <w:t xml:space="preserve">6.5 </w:t>
      </w:r>
      <w:proofErr w:type="spellStart"/>
      <w:r>
        <w:rPr>
          <w:b/>
          <w:color w:val="12194D"/>
          <w:sz w:val="26"/>
        </w:rPr>
        <w:t>Arquitectura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funcional</w:t>
      </w:r>
      <w:proofErr w:type="spellEnd"/>
      <w:r>
        <w:rPr>
          <w:b/>
          <w:color w:val="12194D"/>
          <w:sz w:val="26"/>
        </w:rPr>
        <w:t xml:space="preserve"> y </w:t>
      </w:r>
      <w:proofErr w:type="spellStart"/>
      <w:r>
        <w:rPr>
          <w:b/>
          <w:color w:val="12194D"/>
          <w:sz w:val="26"/>
        </w:rPr>
        <w:t>trayecto</w:t>
      </w:r>
      <w:proofErr w:type="spellEnd"/>
      <w:r>
        <w:rPr>
          <w:b/>
          <w:color w:val="12194D"/>
          <w:sz w:val="26"/>
        </w:rPr>
        <w:t xml:space="preserve"> de </w:t>
      </w:r>
      <w:proofErr w:type="spellStart"/>
      <w:r>
        <w:rPr>
          <w:b/>
          <w:color w:val="12194D"/>
          <w:sz w:val="26"/>
        </w:rPr>
        <w:t>una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señal</w:t>
      </w:r>
      <w:proofErr w:type="spellEnd"/>
    </w:p>
    <w:p w14:paraId="128F966D" w14:textId="77777777" w:rsidR="000767AF" w:rsidRDefault="00000000">
      <w:r>
        <w:t xml:space="preserve">Un </w:t>
      </w:r>
      <w:proofErr w:type="spellStart"/>
      <w:r>
        <w:t>dispositivo</w:t>
      </w:r>
      <w:proofErr w:type="spellEnd"/>
      <w:r>
        <w:t xml:space="preserve"> de campo </w:t>
      </w:r>
      <w:proofErr w:type="spellStart"/>
      <w:r>
        <w:t>detecta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condición</w:t>
      </w:r>
      <w:proofErr w:type="spellEnd"/>
      <w:r>
        <w:t xml:space="preserve"> y la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circuitos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diseño</w:t>
      </w:r>
      <w:proofErr w:type="spellEnd"/>
      <w:r>
        <w:t xml:space="preserve">. El panel </w:t>
      </w:r>
      <w:proofErr w:type="spellStart"/>
      <w:r>
        <w:t>clasifica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conforme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configuración</w:t>
      </w:r>
      <w:proofErr w:type="spellEnd"/>
      <w:r>
        <w:t xml:space="preserve">, lo </w:t>
      </w:r>
      <w:proofErr w:type="spellStart"/>
      <w:r>
        <w:t>representa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interfaz</w:t>
      </w:r>
      <w:proofErr w:type="spellEnd"/>
      <w:r>
        <w:t xml:space="preserve"> local,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comunicarlo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estaciones</w:t>
      </w:r>
      <w:proofErr w:type="spellEnd"/>
      <w:r>
        <w:t xml:space="preserve"> </w:t>
      </w:r>
      <w:proofErr w:type="spellStart"/>
      <w:r>
        <w:t>remotas</w:t>
      </w:r>
      <w:proofErr w:type="spellEnd"/>
      <w:r>
        <w:t xml:space="preserve"> y </w:t>
      </w:r>
      <w:proofErr w:type="spellStart"/>
      <w:r>
        <w:t>activa</w:t>
      </w:r>
      <w:proofErr w:type="spellEnd"/>
      <w:r>
        <w:t xml:space="preserve"> </w:t>
      </w:r>
      <w:proofErr w:type="spellStart"/>
      <w:r>
        <w:t>salidas</w:t>
      </w:r>
      <w:proofErr w:type="spellEnd"/>
      <w:r>
        <w:t xml:space="preserve"> </w:t>
      </w:r>
      <w:proofErr w:type="spellStart"/>
      <w:r>
        <w:t>seleccionadas</w:t>
      </w:r>
      <w:proofErr w:type="spellEnd"/>
      <w:r>
        <w:t xml:space="preserve">. La </w:t>
      </w:r>
      <w:proofErr w:type="spellStart"/>
      <w:r>
        <w:t>existencia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señal</w:t>
      </w:r>
      <w:proofErr w:type="spellEnd"/>
      <w:r>
        <w:t xml:space="preserve"> no </w:t>
      </w:r>
      <w:proofErr w:type="spellStart"/>
      <w:r>
        <w:t>significa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salidas</w:t>
      </w:r>
      <w:proofErr w:type="spellEnd"/>
      <w:r>
        <w:t xml:space="preserve"> </w:t>
      </w:r>
      <w:proofErr w:type="spellStart"/>
      <w:r>
        <w:t>funcionarán</w:t>
      </w:r>
      <w:proofErr w:type="spellEnd"/>
      <w:r>
        <w:t xml:space="preserve"> de </w:t>
      </w:r>
      <w:proofErr w:type="spellStart"/>
      <w:r>
        <w:t>igual</w:t>
      </w:r>
      <w:proofErr w:type="spellEnd"/>
      <w:r>
        <w:t xml:space="preserve"> modo; </w:t>
      </w:r>
      <w:proofErr w:type="spellStart"/>
      <w:r>
        <w:t>intervienen</w:t>
      </w:r>
      <w:proofErr w:type="spellEnd"/>
      <w:r>
        <w:t xml:space="preserve"> zonas, </w:t>
      </w:r>
      <w:proofErr w:type="spellStart"/>
      <w:r>
        <w:t>tiempos</w:t>
      </w:r>
      <w:proofErr w:type="spellEnd"/>
      <w:r>
        <w:t xml:space="preserve">, </w:t>
      </w:r>
      <w:proofErr w:type="spellStart"/>
      <w:r>
        <w:t>confirmaciones</w:t>
      </w:r>
      <w:proofErr w:type="spellEnd"/>
      <w:r>
        <w:t xml:space="preserve"> y </w:t>
      </w:r>
      <w:proofErr w:type="spellStart"/>
      <w:r>
        <w:t>enclavamientos</w:t>
      </w:r>
      <w:proofErr w:type="spellEnd"/>
      <w:r>
        <w:t>.</w:t>
      </w:r>
    </w:p>
    <w:p w14:paraId="298A9D67" w14:textId="77777777" w:rsidR="000767AF" w:rsidRDefault="00000000">
      <w:r>
        <w:t xml:space="preserve">Los </w:t>
      </w:r>
      <w:proofErr w:type="spellStart"/>
      <w:r>
        <w:t>circuitos</w:t>
      </w:r>
      <w:proofErr w:type="spellEnd"/>
      <w:r>
        <w:t xml:space="preserve"> </w:t>
      </w:r>
      <w:proofErr w:type="spellStart"/>
      <w:r>
        <w:t>direccionables</w:t>
      </w:r>
      <w:proofErr w:type="spellEnd"/>
      <w:r>
        <w:t xml:space="preserve"> </w:t>
      </w:r>
      <w:proofErr w:type="spellStart"/>
      <w:r>
        <w:t>permiten</w:t>
      </w:r>
      <w:proofErr w:type="spellEnd"/>
      <w:r>
        <w:t xml:space="preserve"> </w:t>
      </w:r>
      <w:proofErr w:type="spellStart"/>
      <w:r>
        <w:t>discriminar</w:t>
      </w:r>
      <w:proofErr w:type="spellEnd"/>
      <w:r>
        <w:t xml:space="preserve"> </w:t>
      </w:r>
      <w:proofErr w:type="spellStart"/>
      <w:r>
        <w:t>dispositivos</w:t>
      </w:r>
      <w:proofErr w:type="spellEnd"/>
      <w:r>
        <w:t xml:space="preserve"> o </w:t>
      </w:r>
      <w:proofErr w:type="spellStart"/>
      <w:r>
        <w:t>módulos</w:t>
      </w:r>
      <w:proofErr w:type="spellEnd"/>
      <w:r>
        <w:t xml:space="preserve"> </w:t>
      </w:r>
      <w:proofErr w:type="spellStart"/>
      <w:r>
        <w:t>individuales</w:t>
      </w:r>
      <w:proofErr w:type="spellEnd"/>
      <w:r>
        <w:t xml:space="preserve">. La </w:t>
      </w:r>
      <w:proofErr w:type="spellStart"/>
      <w:r>
        <w:t>pantalla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mostrar</w:t>
      </w:r>
      <w:proofErr w:type="spellEnd"/>
      <w:r>
        <w:t xml:space="preserve"> zona, </w:t>
      </w:r>
      <w:proofErr w:type="spellStart"/>
      <w:r>
        <w:t>dirección</w:t>
      </w:r>
      <w:proofErr w:type="spellEnd"/>
      <w:r>
        <w:t xml:space="preserve">, </w:t>
      </w:r>
      <w:proofErr w:type="spellStart"/>
      <w:r>
        <w:t>mensaje</w:t>
      </w:r>
      <w:proofErr w:type="spellEnd"/>
      <w:r>
        <w:t xml:space="preserve"> </w:t>
      </w:r>
      <w:proofErr w:type="spellStart"/>
      <w:r>
        <w:t>personalizado</w:t>
      </w:r>
      <w:proofErr w:type="spellEnd"/>
      <w:r>
        <w:t xml:space="preserve">, </w:t>
      </w:r>
      <w:proofErr w:type="spellStart"/>
      <w:r>
        <w:t>condición</w:t>
      </w:r>
      <w:proofErr w:type="spellEnd"/>
      <w:r>
        <w:t xml:space="preserve"> y </w:t>
      </w:r>
      <w:proofErr w:type="spellStart"/>
      <w:r>
        <w:t>recuento</w:t>
      </w:r>
      <w:proofErr w:type="spellEnd"/>
      <w:r>
        <w:t xml:space="preserve"> de </w:t>
      </w:r>
      <w:proofErr w:type="spellStart"/>
      <w:r>
        <w:t>eventos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la </w:t>
      </w:r>
      <w:proofErr w:type="spellStart"/>
      <w:r>
        <w:t>presentación</w:t>
      </w:r>
      <w:proofErr w:type="spellEnd"/>
      <w:r>
        <w:t xml:space="preserve"> exacta </w:t>
      </w:r>
      <w:proofErr w:type="spellStart"/>
      <w:r>
        <w:t>varía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modelo</w:t>
      </w:r>
      <w:proofErr w:type="spellEnd"/>
      <w:r>
        <w:t xml:space="preserve"> y </w:t>
      </w:r>
      <w:proofErr w:type="spellStart"/>
      <w:r>
        <w:t>programación</w:t>
      </w:r>
      <w:proofErr w:type="spellEnd"/>
      <w:r>
        <w:t xml:space="preserve">. La zona es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agrupación</w:t>
      </w:r>
      <w:proofErr w:type="spellEnd"/>
      <w:r>
        <w:t xml:space="preserve"> </w:t>
      </w:r>
      <w:proofErr w:type="spellStart"/>
      <w:r>
        <w:t>lógica</w:t>
      </w:r>
      <w:proofErr w:type="spellEnd"/>
      <w:r>
        <w:t xml:space="preserve"> o </w:t>
      </w:r>
      <w:proofErr w:type="spellStart"/>
      <w:r>
        <w:t>geográfica</w:t>
      </w:r>
      <w:proofErr w:type="spellEnd"/>
      <w:r>
        <w:t xml:space="preserve"> y la </w:t>
      </w:r>
      <w:proofErr w:type="spellStart"/>
      <w:r>
        <w:t>dirección</w:t>
      </w:r>
      <w:proofErr w:type="spellEnd"/>
      <w:r>
        <w:t xml:space="preserve"> </w:t>
      </w:r>
      <w:proofErr w:type="spellStart"/>
      <w:r>
        <w:t>identifica</w:t>
      </w:r>
      <w:proofErr w:type="spellEnd"/>
      <w:r>
        <w:t xml:space="preserve"> un punto, sin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necesariamente</w:t>
      </w:r>
      <w:proofErr w:type="spellEnd"/>
      <w:r>
        <w:t xml:space="preserve"> </w:t>
      </w:r>
      <w:proofErr w:type="spellStart"/>
      <w:r>
        <w:t>sean</w:t>
      </w:r>
      <w:proofErr w:type="spellEnd"/>
      <w:r>
        <w:t xml:space="preserve"> </w:t>
      </w:r>
      <w:proofErr w:type="spellStart"/>
      <w:r>
        <w:t>equivalentes</w:t>
      </w:r>
      <w:proofErr w:type="spellEnd"/>
      <w:r>
        <w:t>.</w:t>
      </w:r>
    </w:p>
    <w:p w14:paraId="45C54F09" w14:textId="77777777" w:rsidR="000767AF" w:rsidRDefault="00000000">
      <w:r>
        <w:t xml:space="preserve">La </w:t>
      </w:r>
      <w:proofErr w:type="spellStart"/>
      <w:r>
        <w:t>alimentación</w:t>
      </w:r>
      <w:proofErr w:type="spellEnd"/>
      <w:r>
        <w:t xml:space="preserve"> principal </w:t>
      </w:r>
      <w:proofErr w:type="spellStart"/>
      <w:r>
        <w:t>sostiene</w:t>
      </w:r>
      <w:proofErr w:type="spellEnd"/>
      <w:r>
        <w:t xml:space="preserve"> la </w:t>
      </w:r>
      <w:proofErr w:type="spellStart"/>
      <w:r>
        <w:t>operación</w:t>
      </w:r>
      <w:proofErr w:type="spellEnd"/>
      <w:r>
        <w:t xml:space="preserve"> de </w:t>
      </w:r>
      <w:proofErr w:type="spellStart"/>
      <w:r>
        <w:t>servicio</w:t>
      </w:r>
      <w:proofErr w:type="spellEnd"/>
      <w:r>
        <w:t xml:space="preserve">; las </w:t>
      </w:r>
      <w:proofErr w:type="spellStart"/>
      <w:r>
        <w:t>baterías</w:t>
      </w:r>
      <w:proofErr w:type="spellEnd"/>
      <w:r>
        <w:t xml:space="preserve"> </w:t>
      </w:r>
      <w:proofErr w:type="spellStart"/>
      <w:r>
        <w:t>respaldan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panel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definidas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proyecto</w:t>
      </w:r>
      <w:proofErr w:type="spellEnd"/>
      <w:r>
        <w:t xml:space="preserve">. Una </w:t>
      </w:r>
      <w:proofErr w:type="spellStart"/>
      <w:r>
        <w:t>pérdida</w:t>
      </w:r>
      <w:proofErr w:type="spellEnd"/>
      <w:r>
        <w:t xml:space="preserve"> de </w:t>
      </w:r>
      <w:proofErr w:type="spellStart"/>
      <w:r>
        <w:t>corriente</w:t>
      </w:r>
      <w:proofErr w:type="spellEnd"/>
      <w:r>
        <w:t xml:space="preserve"> </w:t>
      </w:r>
      <w:proofErr w:type="spellStart"/>
      <w:r>
        <w:t>alterna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generar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señal</w:t>
      </w:r>
      <w:proofErr w:type="spellEnd"/>
      <w:r>
        <w:t xml:space="preserve"> de </w:t>
      </w:r>
      <w:proofErr w:type="spellStart"/>
      <w:r>
        <w:t>avería</w:t>
      </w:r>
      <w:proofErr w:type="spellEnd"/>
      <w:r>
        <w:t xml:space="preserve"> sin </w:t>
      </w:r>
      <w:proofErr w:type="spellStart"/>
      <w:r>
        <w:t>apagar</w:t>
      </w:r>
      <w:proofErr w:type="spellEnd"/>
      <w:r>
        <w:t xml:space="preserve"> </w:t>
      </w:r>
      <w:proofErr w:type="spellStart"/>
      <w:r>
        <w:t>inmediatamente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reduce la </w:t>
      </w:r>
      <w:proofErr w:type="spellStart"/>
      <w:r>
        <w:t>autonomía</w:t>
      </w:r>
      <w:proofErr w:type="spellEnd"/>
      <w:r>
        <w:t xml:space="preserve"> disponible y </w:t>
      </w:r>
      <w:proofErr w:type="spellStart"/>
      <w:r>
        <w:t>requiere</w:t>
      </w:r>
      <w:proofErr w:type="spellEnd"/>
      <w:r>
        <w:t xml:space="preserve"> </w:t>
      </w:r>
      <w:proofErr w:type="spellStart"/>
      <w:r>
        <w:t>actuación</w:t>
      </w:r>
      <w:proofErr w:type="spellEnd"/>
      <w:r>
        <w:t xml:space="preserve"> </w:t>
      </w:r>
      <w:proofErr w:type="spellStart"/>
      <w:r>
        <w:t>oportuna</w:t>
      </w:r>
      <w:proofErr w:type="spellEnd"/>
      <w:r>
        <w:t>.</w:t>
      </w:r>
    </w:p>
    <w:p w14:paraId="3D75E536" w14:textId="77777777" w:rsidR="000767AF" w:rsidRDefault="00000000">
      <w:r>
        <w:t xml:space="preserve">Como </w:t>
      </w:r>
      <w:proofErr w:type="spellStart"/>
      <w:r>
        <w:t>ejercicio</w:t>
      </w:r>
      <w:proofErr w:type="spellEnd"/>
      <w:r>
        <w:t xml:space="preserve"> de </w:t>
      </w:r>
      <w:proofErr w:type="spellStart"/>
      <w:r>
        <w:t>lectura</w:t>
      </w:r>
      <w:proofErr w:type="spellEnd"/>
      <w:r>
        <w:t xml:space="preserve">, ante </w:t>
      </w:r>
      <w:proofErr w:type="spellStart"/>
      <w:r>
        <w:t>el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simulado</w:t>
      </w:r>
      <w:proofErr w:type="spellEnd"/>
      <w:r>
        <w:t xml:space="preserve"> “ALARM – ZONA 003 – SALA UPS – DETECTOR 017” </w:t>
      </w:r>
      <w:proofErr w:type="spellStart"/>
      <w:r>
        <w:t>el</w:t>
      </w:r>
      <w:proofErr w:type="spellEnd"/>
      <w:r>
        <w:t xml:space="preserve"> </w:t>
      </w:r>
      <w:proofErr w:type="spellStart"/>
      <w:r>
        <w:t>operador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anotar</w:t>
      </w:r>
      <w:proofErr w:type="spellEnd"/>
      <w:r>
        <w:t xml:space="preserve"> </w:t>
      </w:r>
      <w:proofErr w:type="spellStart"/>
      <w:r>
        <w:t>clase</w:t>
      </w:r>
      <w:proofErr w:type="spellEnd"/>
      <w:r>
        <w:t xml:space="preserve"> de </w:t>
      </w:r>
      <w:proofErr w:type="spellStart"/>
      <w:r>
        <w:t>señal</w:t>
      </w:r>
      <w:proofErr w:type="spellEnd"/>
      <w:r>
        <w:t xml:space="preserve">, </w:t>
      </w:r>
      <w:proofErr w:type="spellStart"/>
      <w:r>
        <w:t>ubicación</w:t>
      </w:r>
      <w:proofErr w:type="spellEnd"/>
      <w:r>
        <w:t xml:space="preserve"> </w:t>
      </w:r>
      <w:proofErr w:type="spellStart"/>
      <w:r>
        <w:t>reportada</w:t>
      </w:r>
      <w:proofErr w:type="spellEnd"/>
      <w:r>
        <w:t xml:space="preserve">, </w:t>
      </w:r>
      <w:proofErr w:type="spellStart"/>
      <w:r>
        <w:t>identificador</w:t>
      </w:r>
      <w:proofErr w:type="spellEnd"/>
      <w:r>
        <w:t xml:space="preserve"> del punto y hora. No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abrir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equipo</w:t>
      </w:r>
      <w:proofErr w:type="spellEnd"/>
      <w:r>
        <w:t xml:space="preserve"> para </w:t>
      </w:r>
      <w:proofErr w:type="spellStart"/>
      <w:r>
        <w:t>verificar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detector sin </w:t>
      </w:r>
      <w:proofErr w:type="spellStart"/>
      <w:r>
        <w:t>autorización</w:t>
      </w:r>
      <w:proofErr w:type="spellEnd"/>
      <w: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91"/>
        <w:gridCol w:w="3091"/>
        <w:gridCol w:w="3091"/>
      </w:tblGrid>
      <w:tr w:rsidR="000767AF" w14:paraId="5F233700" w14:textId="77777777">
        <w:tc>
          <w:tcPr>
            <w:tcW w:w="3091" w:type="dxa"/>
            <w:shd w:val="clear" w:color="auto" w:fill="DDECF5"/>
          </w:tcPr>
          <w:p w14:paraId="6EE71365" w14:textId="77777777" w:rsidR="000767AF" w:rsidRDefault="00000000">
            <w:proofErr w:type="spellStart"/>
            <w:r>
              <w:rPr>
                <w:b/>
              </w:rPr>
              <w:t>Elemento</w:t>
            </w:r>
            <w:proofErr w:type="spellEnd"/>
          </w:p>
        </w:tc>
        <w:tc>
          <w:tcPr>
            <w:tcW w:w="3091" w:type="dxa"/>
            <w:shd w:val="clear" w:color="auto" w:fill="DDECF5"/>
          </w:tcPr>
          <w:p w14:paraId="31DFEE2C" w14:textId="77777777" w:rsidR="000767AF" w:rsidRDefault="00000000">
            <w:proofErr w:type="spellStart"/>
            <w:r>
              <w:rPr>
                <w:b/>
              </w:rPr>
              <w:t>Función</w:t>
            </w:r>
            <w:proofErr w:type="spellEnd"/>
          </w:p>
        </w:tc>
        <w:tc>
          <w:tcPr>
            <w:tcW w:w="3091" w:type="dxa"/>
            <w:shd w:val="clear" w:color="auto" w:fill="DDECF5"/>
          </w:tcPr>
          <w:p w14:paraId="76C0D7C9" w14:textId="77777777" w:rsidR="000767AF" w:rsidRDefault="00000000">
            <w:proofErr w:type="spellStart"/>
            <w:r>
              <w:rPr>
                <w:b/>
              </w:rPr>
              <w:t>Límite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que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debe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recordarse</w:t>
            </w:r>
            <w:proofErr w:type="spellEnd"/>
          </w:p>
        </w:tc>
      </w:tr>
      <w:tr w:rsidR="000767AF" w14:paraId="171F995E" w14:textId="77777777">
        <w:tc>
          <w:tcPr>
            <w:tcW w:w="3091" w:type="dxa"/>
          </w:tcPr>
          <w:p w14:paraId="6501D3F0" w14:textId="77777777" w:rsidR="000767AF" w:rsidRDefault="00000000">
            <w:r>
              <w:t>Entrada</w:t>
            </w:r>
          </w:p>
        </w:tc>
        <w:tc>
          <w:tcPr>
            <w:tcW w:w="3091" w:type="dxa"/>
          </w:tcPr>
          <w:p w14:paraId="122C8F55" w14:textId="77777777" w:rsidR="000767AF" w:rsidRDefault="00000000">
            <w:proofErr w:type="spellStart"/>
            <w:r>
              <w:t>Comunicar</w:t>
            </w:r>
            <w:proofErr w:type="spellEnd"/>
            <w:r>
              <w:t xml:space="preserve"> </w:t>
            </w:r>
            <w:proofErr w:type="spellStart"/>
            <w:r>
              <w:t>el</w:t>
            </w:r>
            <w:proofErr w:type="spellEnd"/>
            <w:r>
              <w:t xml:space="preserve"> </w:t>
            </w:r>
            <w:proofErr w:type="spellStart"/>
            <w:r>
              <w:t>estado</w:t>
            </w:r>
            <w:proofErr w:type="spellEnd"/>
            <w:r>
              <w:t xml:space="preserve"> de un detector o </w:t>
            </w:r>
            <w:proofErr w:type="spellStart"/>
            <w:r>
              <w:t>contacto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52836DFE" w14:textId="77777777" w:rsidR="000767AF" w:rsidRDefault="00000000">
            <w:proofErr w:type="spellStart"/>
            <w:r>
              <w:t>Puede</w:t>
            </w:r>
            <w:proofErr w:type="spellEnd"/>
            <w:r>
              <w:t xml:space="preserve"> </w:t>
            </w:r>
            <w:proofErr w:type="spellStart"/>
            <w:r>
              <w:t>requerir</w:t>
            </w:r>
            <w:proofErr w:type="spellEnd"/>
            <w:r>
              <w:t xml:space="preserve"> </w:t>
            </w:r>
            <w:proofErr w:type="spellStart"/>
            <w:r>
              <w:t>verificación</w:t>
            </w:r>
            <w:proofErr w:type="spellEnd"/>
            <w:r>
              <w:t xml:space="preserve"> de campo </w:t>
            </w:r>
            <w:proofErr w:type="spellStart"/>
            <w:r>
              <w:t>segura</w:t>
            </w:r>
            <w:proofErr w:type="spellEnd"/>
            <w:r>
              <w:t>.</w:t>
            </w:r>
          </w:p>
        </w:tc>
      </w:tr>
      <w:tr w:rsidR="000767AF" w14:paraId="0988E0F8" w14:textId="77777777">
        <w:tc>
          <w:tcPr>
            <w:tcW w:w="3091" w:type="dxa"/>
          </w:tcPr>
          <w:p w14:paraId="324B7ACC" w14:textId="77777777" w:rsidR="000767AF" w:rsidRDefault="00000000">
            <w:proofErr w:type="spellStart"/>
            <w:r>
              <w:t>Lógica</w:t>
            </w:r>
            <w:proofErr w:type="spellEnd"/>
            <w:r>
              <w:t xml:space="preserve"> </w:t>
            </w:r>
            <w:proofErr w:type="spellStart"/>
            <w:r>
              <w:t>programada</w:t>
            </w:r>
            <w:proofErr w:type="spellEnd"/>
          </w:p>
        </w:tc>
        <w:tc>
          <w:tcPr>
            <w:tcW w:w="3091" w:type="dxa"/>
          </w:tcPr>
          <w:p w14:paraId="14B2C12C" w14:textId="77777777" w:rsidR="000767AF" w:rsidRDefault="00000000">
            <w:proofErr w:type="spellStart"/>
            <w:r>
              <w:t>Clasificar</w:t>
            </w:r>
            <w:proofErr w:type="spellEnd"/>
            <w:r>
              <w:t xml:space="preserve"> y </w:t>
            </w:r>
            <w:proofErr w:type="spellStart"/>
            <w:r>
              <w:t>correlacionar</w:t>
            </w:r>
            <w:proofErr w:type="spellEnd"/>
            <w:r>
              <w:t xml:space="preserve"> </w:t>
            </w:r>
            <w:proofErr w:type="spellStart"/>
            <w:r>
              <w:t>señales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28A97F64" w14:textId="77777777" w:rsidR="000767AF" w:rsidRDefault="00000000">
            <w:proofErr w:type="spellStart"/>
            <w:r>
              <w:t>Depende</w:t>
            </w:r>
            <w:proofErr w:type="spellEnd"/>
            <w:r>
              <w:t xml:space="preserve"> del </w:t>
            </w:r>
            <w:proofErr w:type="spellStart"/>
            <w:r>
              <w:t>proyecto</w:t>
            </w:r>
            <w:proofErr w:type="spellEnd"/>
            <w:r>
              <w:t xml:space="preserve"> </w:t>
            </w:r>
            <w:proofErr w:type="spellStart"/>
            <w:r>
              <w:t>instalado</w:t>
            </w:r>
            <w:proofErr w:type="spellEnd"/>
            <w:r>
              <w:t>.</w:t>
            </w:r>
          </w:p>
        </w:tc>
      </w:tr>
      <w:tr w:rsidR="000767AF" w14:paraId="6B584B9E" w14:textId="77777777">
        <w:tc>
          <w:tcPr>
            <w:tcW w:w="3091" w:type="dxa"/>
          </w:tcPr>
          <w:p w14:paraId="632B4210" w14:textId="77777777" w:rsidR="000767AF" w:rsidRDefault="00000000">
            <w:r>
              <w:t>Salida</w:t>
            </w:r>
          </w:p>
        </w:tc>
        <w:tc>
          <w:tcPr>
            <w:tcW w:w="3091" w:type="dxa"/>
          </w:tcPr>
          <w:p w14:paraId="0D9253F4" w14:textId="77777777" w:rsidR="000767AF" w:rsidRDefault="00000000">
            <w:proofErr w:type="spellStart"/>
            <w:r>
              <w:t>Notificar</w:t>
            </w:r>
            <w:proofErr w:type="spellEnd"/>
            <w:r>
              <w:t xml:space="preserve"> o </w:t>
            </w:r>
            <w:proofErr w:type="spellStart"/>
            <w:r>
              <w:t>accionar</w:t>
            </w:r>
            <w:proofErr w:type="spellEnd"/>
            <w:r>
              <w:t xml:space="preserve"> un </w:t>
            </w:r>
            <w:proofErr w:type="spellStart"/>
            <w:r>
              <w:t>equipo</w:t>
            </w:r>
            <w:proofErr w:type="spellEnd"/>
            <w:r>
              <w:t xml:space="preserve"> </w:t>
            </w:r>
            <w:proofErr w:type="spellStart"/>
            <w:r>
              <w:t>vinculado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41AB7FF2" w14:textId="77777777" w:rsidR="000767AF" w:rsidRDefault="00000000">
            <w:r>
              <w:t xml:space="preserve">No </w:t>
            </w:r>
            <w:proofErr w:type="spellStart"/>
            <w:r>
              <w:t>asumir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es </w:t>
            </w:r>
            <w:proofErr w:type="spellStart"/>
            <w:r>
              <w:t>silenciable</w:t>
            </w:r>
            <w:proofErr w:type="spellEnd"/>
            <w:r>
              <w:t>.</w:t>
            </w:r>
          </w:p>
        </w:tc>
      </w:tr>
      <w:tr w:rsidR="000767AF" w14:paraId="056F39AA" w14:textId="77777777">
        <w:tc>
          <w:tcPr>
            <w:tcW w:w="3091" w:type="dxa"/>
          </w:tcPr>
          <w:p w14:paraId="3559CB09" w14:textId="77777777" w:rsidR="000767AF" w:rsidRDefault="00000000">
            <w:proofErr w:type="spellStart"/>
            <w:r>
              <w:t>Historial</w:t>
            </w:r>
            <w:proofErr w:type="spellEnd"/>
          </w:p>
        </w:tc>
        <w:tc>
          <w:tcPr>
            <w:tcW w:w="3091" w:type="dxa"/>
          </w:tcPr>
          <w:p w14:paraId="50CEDBA1" w14:textId="77777777" w:rsidR="000767AF" w:rsidRDefault="00000000">
            <w:proofErr w:type="spellStart"/>
            <w:r>
              <w:t>Conservar</w:t>
            </w:r>
            <w:proofErr w:type="spellEnd"/>
            <w:r>
              <w:t xml:space="preserve"> </w:t>
            </w:r>
            <w:proofErr w:type="spellStart"/>
            <w:r>
              <w:t>secuencia</w:t>
            </w:r>
            <w:proofErr w:type="spellEnd"/>
            <w:r>
              <w:t xml:space="preserve"> de </w:t>
            </w:r>
            <w:proofErr w:type="spellStart"/>
            <w:r>
              <w:t>sucesos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2ACC94A5" w14:textId="77777777" w:rsidR="000767AF" w:rsidRDefault="00000000">
            <w:r>
              <w:t xml:space="preserve">No </w:t>
            </w:r>
            <w:proofErr w:type="spellStart"/>
            <w:r>
              <w:t>sustituye</w:t>
            </w:r>
            <w:proofErr w:type="spellEnd"/>
            <w:r>
              <w:t xml:space="preserve"> </w:t>
            </w:r>
            <w:proofErr w:type="spellStart"/>
            <w:r>
              <w:t>el</w:t>
            </w:r>
            <w:proofErr w:type="spellEnd"/>
            <w:r>
              <w:t xml:space="preserve"> </w:t>
            </w:r>
            <w:proofErr w:type="spellStart"/>
            <w:r>
              <w:t>registro</w:t>
            </w:r>
            <w:proofErr w:type="spellEnd"/>
            <w:r>
              <w:t xml:space="preserve"> del </w:t>
            </w:r>
            <w:proofErr w:type="spellStart"/>
            <w:r>
              <w:t>operador</w:t>
            </w:r>
            <w:proofErr w:type="spellEnd"/>
            <w:r>
              <w:t>.</w:t>
            </w:r>
          </w:p>
        </w:tc>
      </w:tr>
    </w:tbl>
    <w:p w14:paraId="1703D952" w14:textId="77777777" w:rsidR="000767AF" w:rsidRDefault="00000000">
      <w:r>
        <w:rPr>
          <w:b/>
        </w:rPr>
        <w:t xml:space="preserve">Punto de control para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alumno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identifique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mensaje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exacto</w:t>
      </w:r>
      <w:proofErr w:type="spellEnd"/>
      <w:r>
        <w:rPr>
          <w:b/>
        </w:rPr>
        <w:t xml:space="preserve">, la </w:t>
      </w:r>
      <w:proofErr w:type="spellStart"/>
      <w:r>
        <w:rPr>
          <w:b/>
        </w:rPr>
        <w:t>función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afectada</w:t>
      </w:r>
      <w:proofErr w:type="spellEnd"/>
      <w:r>
        <w:rPr>
          <w:b/>
        </w:rPr>
        <w:t xml:space="preserve">, la persona </w:t>
      </w:r>
      <w:proofErr w:type="spellStart"/>
      <w:r>
        <w:rPr>
          <w:b/>
        </w:rPr>
        <w:t>responsable</w:t>
      </w:r>
      <w:proofErr w:type="spellEnd"/>
      <w:r>
        <w:rPr>
          <w:b/>
        </w:rPr>
        <w:t xml:space="preserve"> y la </w:t>
      </w:r>
      <w:proofErr w:type="spellStart"/>
      <w:r>
        <w:rPr>
          <w:b/>
        </w:rPr>
        <w:t>evidencia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necesaria</w:t>
      </w:r>
      <w:proofErr w:type="spellEnd"/>
      <w:r>
        <w:rPr>
          <w:b/>
        </w:rPr>
        <w:t xml:space="preserve"> antes de </w:t>
      </w:r>
      <w:proofErr w:type="spellStart"/>
      <w:r>
        <w:rPr>
          <w:b/>
        </w:rPr>
        <w:t>cerrar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evento</w:t>
      </w:r>
      <w:proofErr w:type="spellEnd"/>
      <w:r>
        <w:rPr>
          <w:b/>
        </w:rPr>
        <w:t>.</w:t>
      </w:r>
    </w:p>
    <w:p w14:paraId="09B4D8DD" w14:textId="77777777" w:rsidR="000767AF" w:rsidRDefault="00000000">
      <w:pPr>
        <w:spacing w:before="220" w:after="100"/>
      </w:pPr>
      <w:r>
        <w:rPr>
          <w:b/>
          <w:color w:val="12194D"/>
          <w:sz w:val="26"/>
        </w:rPr>
        <w:t xml:space="preserve">6.6 </w:t>
      </w:r>
      <w:proofErr w:type="spellStart"/>
      <w:r>
        <w:rPr>
          <w:b/>
          <w:color w:val="12194D"/>
          <w:sz w:val="26"/>
        </w:rPr>
        <w:t>Jerarquía</w:t>
      </w:r>
      <w:proofErr w:type="spellEnd"/>
      <w:r>
        <w:rPr>
          <w:b/>
          <w:color w:val="12194D"/>
          <w:sz w:val="26"/>
        </w:rPr>
        <w:t xml:space="preserve"> de </w:t>
      </w:r>
      <w:proofErr w:type="spellStart"/>
      <w:r>
        <w:rPr>
          <w:b/>
          <w:color w:val="12194D"/>
          <w:sz w:val="26"/>
        </w:rPr>
        <w:t>eventos</w:t>
      </w:r>
      <w:proofErr w:type="spellEnd"/>
      <w:r>
        <w:rPr>
          <w:b/>
          <w:color w:val="12194D"/>
          <w:sz w:val="26"/>
        </w:rPr>
        <w:t xml:space="preserve"> y </w:t>
      </w:r>
      <w:proofErr w:type="spellStart"/>
      <w:r>
        <w:rPr>
          <w:b/>
          <w:color w:val="12194D"/>
          <w:sz w:val="26"/>
        </w:rPr>
        <w:t>análisis</w:t>
      </w:r>
      <w:proofErr w:type="spellEnd"/>
      <w:r>
        <w:rPr>
          <w:b/>
          <w:color w:val="12194D"/>
          <w:sz w:val="26"/>
        </w:rPr>
        <w:t xml:space="preserve"> de </w:t>
      </w:r>
      <w:proofErr w:type="spellStart"/>
      <w:r>
        <w:rPr>
          <w:b/>
          <w:color w:val="12194D"/>
          <w:sz w:val="26"/>
        </w:rPr>
        <w:t>múltiples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condiciones</w:t>
      </w:r>
      <w:proofErr w:type="spellEnd"/>
    </w:p>
    <w:p w14:paraId="79F040FE" w14:textId="77777777" w:rsidR="000767AF" w:rsidRDefault="00000000">
      <w:r>
        <w:lastRenderedPageBreak/>
        <w:t xml:space="preserve">En un </w:t>
      </w:r>
      <w:proofErr w:type="spellStart"/>
      <w:r>
        <w:t>incidente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coexistir</w:t>
      </w:r>
      <w:proofErr w:type="spellEnd"/>
      <w:r>
        <w:t xml:space="preserve"> </w:t>
      </w:r>
      <w:proofErr w:type="spellStart"/>
      <w:r>
        <w:t>varias</w:t>
      </w:r>
      <w:proofErr w:type="spellEnd"/>
      <w:r>
        <w:t xml:space="preserve"> </w:t>
      </w:r>
      <w:proofErr w:type="spellStart"/>
      <w:r>
        <w:t>condiciones</w:t>
      </w:r>
      <w:proofErr w:type="spellEnd"/>
      <w:r>
        <w:t xml:space="preserve">: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alarma</w:t>
      </w:r>
      <w:proofErr w:type="spellEnd"/>
      <w:r>
        <w:t xml:space="preserve"> </w:t>
      </w:r>
      <w:proofErr w:type="spellStart"/>
      <w:r>
        <w:t>activa</w:t>
      </w:r>
      <w:proofErr w:type="spellEnd"/>
      <w:r>
        <w:t xml:space="preserve">,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falla</w:t>
      </w:r>
      <w:proofErr w:type="spellEnd"/>
      <w:r>
        <w:t xml:space="preserve"> de </w:t>
      </w:r>
      <w:proofErr w:type="spellStart"/>
      <w:r>
        <w:t>alimentación</w:t>
      </w:r>
      <w:proofErr w:type="spellEnd"/>
      <w:r>
        <w:t xml:space="preserve">,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anulación</w:t>
      </w:r>
      <w:proofErr w:type="spellEnd"/>
      <w:r>
        <w:t xml:space="preserve"> y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supervisión</w:t>
      </w:r>
      <w:proofErr w:type="spellEnd"/>
      <w:r>
        <w:t xml:space="preserve">. El </w:t>
      </w:r>
      <w:proofErr w:type="spellStart"/>
      <w:r>
        <w:t>usuario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distinguir</w:t>
      </w:r>
      <w:proofErr w:type="spellEnd"/>
      <w:r>
        <w:t xml:space="preserve"> </w:t>
      </w:r>
      <w:proofErr w:type="spellStart"/>
      <w:r>
        <w:t>cuáles</w:t>
      </w:r>
      <w:proofErr w:type="spellEnd"/>
      <w:r>
        <w:t xml:space="preserve"> </w:t>
      </w:r>
      <w:proofErr w:type="spellStart"/>
      <w:r>
        <w:t>representan</w:t>
      </w:r>
      <w:proofErr w:type="spellEnd"/>
      <w:r>
        <w:t xml:space="preserve"> un </w:t>
      </w:r>
      <w:proofErr w:type="spellStart"/>
      <w:r>
        <w:t>peligro</w:t>
      </w:r>
      <w:proofErr w:type="spellEnd"/>
      <w:r>
        <w:t xml:space="preserve"> </w:t>
      </w:r>
      <w:proofErr w:type="spellStart"/>
      <w:r>
        <w:t>inmediato</w:t>
      </w:r>
      <w:proofErr w:type="spellEnd"/>
      <w:r>
        <w:t xml:space="preserve"> y </w:t>
      </w:r>
      <w:proofErr w:type="spellStart"/>
      <w:r>
        <w:t>cuáles</w:t>
      </w:r>
      <w:proofErr w:type="spellEnd"/>
      <w:r>
        <w:t xml:space="preserve"> </w:t>
      </w:r>
      <w:proofErr w:type="spellStart"/>
      <w:r>
        <w:t>evidencian</w:t>
      </w:r>
      <w:proofErr w:type="spellEnd"/>
      <w:r>
        <w:t xml:space="preserve"> </w:t>
      </w:r>
      <w:proofErr w:type="spellStart"/>
      <w:r>
        <w:t>degradación</w:t>
      </w:r>
      <w:proofErr w:type="spellEnd"/>
      <w:r>
        <w:t xml:space="preserve"> </w:t>
      </w:r>
      <w:proofErr w:type="spellStart"/>
      <w:r>
        <w:t>técnica</w:t>
      </w:r>
      <w:proofErr w:type="spellEnd"/>
      <w:r>
        <w:t xml:space="preserve">. La </w:t>
      </w:r>
      <w:proofErr w:type="spellStart"/>
      <w:r>
        <w:t>atención</w:t>
      </w:r>
      <w:proofErr w:type="spellEnd"/>
      <w:r>
        <w:t xml:space="preserve"> a las personas y las </w:t>
      </w:r>
      <w:proofErr w:type="spellStart"/>
      <w:r>
        <w:t>instrucciones</w:t>
      </w:r>
      <w:proofErr w:type="spellEnd"/>
      <w:r>
        <w:t xml:space="preserve"> del plan de </w:t>
      </w:r>
      <w:proofErr w:type="spellStart"/>
      <w:r>
        <w:t>emergencia</w:t>
      </w:r>
      <w:proofErr w:type="spellEnd"/>
      <w:r>
        <w:t xml:space="preserve"> </w:t>
      </w:r>
      <w:proofErr w:type="spellStart"/>
      <w:r>
        <w:t>prevalecen</w:t>
      </w:r>
      <w:proofErr w:type="spellEnd"/>
      <w:r>
        <w:t xml:space="preserve"> ante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intento</w:t>
      </w:r>
      <w:proofErr w:type="spellEnd"/>
      <w:r>
        <w:t xml:space="preserve"> de </w:t>
      </w:r>
      <w:proofErr w:type="spellStart"/>
      <w:r>
        <w:t>limpiar</w:t>
      </w:r>
      <w:proofErr w:type="spellEnd"/>
      <w:r>
        <w:t xml:space="preserve"> la </w:t>
      </w:r>
      <w:proofErr w:type="spellStart"/>
      <w:r>
        <w:t>pantalla</w:t>
      </w:r>
      <w:proofErr w:type="spellEnd"/>
      <w:r>
        <w:t>.</w:t>
      </w:r>
    </w:p>
    <w:p w14:paraId="10FA3EA5" w14:textId="77777777" w:rsidR="000767AF" w:rsidRDefault="00000000">
      <w:r>
        <w:t xml:space="preserve">Un </w:t>
      </w:r>
      <w:proofErr w:type="spellStart"/>
      <w:r>
        <w:t>mismo</w:t>
      </w:r>
      <w:proofErr w:type="spellEnd"/>
      <w:r>
        <w:t xml:space="preserve"> aviso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repetirse</w:t>
      </w:r>
      <w:proofErr w:type="spellEnd"/>
      <w:r>
        <w:t xml:space="preserve">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origen</w:t>
      </w:r>
      <w:proofErr w:type="spellEnd"/>
      <w:r>
        <w:t xml:space="preserve"> </w:t>
      </w:r>
      <w:proofErr w:type="spellStart"/>
      <w:r>
        <w:t>permanece</w:t>
      </w:r>
      <w:proofErr w:type="spellEnd"/>
      <w:r>
        <w:t xml:space="preserve"> </w:t>
      </w:r>
      <w:proofErr w:type="spellStart"/>
      <w:r>
        <w:t>activo</w:t>
      </w:r>
      <w:proofErr w:type="spellEnd"/>
      <w:r>
        <w:t xml:space="preserve">; registrar </w:t>
      </w:r>
      <w:proofErr w:type="spellStart"/>
      <w:r>
        <w:t>el</w:t>
      </w:r>
      <w:proofErr w:type="spellEnd"/>
      <w:r>
        <w:t xml:space="preserve"> primer </w:t>
      </w:r>
      <w:proofErr w:type="spellStart"/>
      <w:r>
        <w:t>momento</w:t>
      </w:r>
      <w:proofErr w:type="spellEnd"/>
      <w:r>
        <w:t xml:space="preserve"> </w:t>
      </w:r>
      <w:proofErr w:type="spellStart"/>
      <w:r>
        <w:t>observado</w:t>
      </w:r>
      <w:proofErr w:type="spellEnd"/>
      <w:r>
        <w:t xml:space="preserve"> y las posteriores </w:t>
      </w:r>
      <w:proofErr w:type="spellStart"/>
      <w:r>
        <w:t>transiciones</w:t>
      </w:r>
      <w:proofErr w:type="spellEnd"/>
      <w:r>
        <w:t xml:space="preserve"> </w:t>
      </w:r>
      <w:proofErr w:type="spellStart"/>
      <w:r>
        <w:t>ayuda</w:t>
      </w:r>
      <w:proofErr w:type="spellEnd"/>
      <w:r>
        <w:t xml:space="preserve"> a </w:t>
      </w:r>
      <w:proofErr w:type="spellStart"/>
      <w:r>
        <w:t>reconstruir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incidente</w:t>
      </w:r>
      <w:proofErr w:type="spellEnd"/>
      <w:r>
        <w:t xml:space="preserve">. Un </w:t>
      </w:r>
      <w:proofErr w:type="spellStart"/>
      <w:r>
        <w:t>mensaje</w:t>
      </w:r>
      <w:proofErr w:type="spellEnd"/>
      <w:r>
        <w:t xml:space="preserve"> de “</w:t>
      </w:r>
      <w:proofErr w:type="spellStart"/>
      <w:r>
        <w:t>sistema</w:t>
      </w:r>
      <w:proofErr w:type="spellEnd"/>
      <w:r>
        <w:t xml:space="preserve"> normal” </w:t>
      </w:r>
      <w:proofErr w:type="spellStart"/>
      <w:r>
        <w:t>tras</w:t>
      </w:r>
      <w:proofErr w:type="spellEnd"/>
      <w:r>
        <w:t xml:space="preserve"> un </w:t>
      </w:r>
      <w:proofErr w:type="spellStart"/>
      <w:r>
        <w:t>reinicio</w:t>
      </w:r>
      <w:proofErr w:type="spellEnd"/>
      <w:r>
        <w:t xml:space="preserve"> no </w:t>
      </w:r>
      <w:proofErr w:type="spellStart"/>
      <w:r>
        <w:t>demuestra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sí</w:t>
      </w:r>
      <w:proofErr w:type="spellEnd"/>
      <w:r>
        <w:t xml:space="preserve"> solo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haya</w:t>
      </w:r>
      <w:proofErr w:type="spellEnd"/>
      <w:r>
        <w:t xml:space="preserve"> </w:t>
      </w:r>
      <w:proofErr w:type="spellStart"/>
      <w:r>
        <w:t>efectuado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prueba</w:t>
      </w:r>
      <w:proofErr w:type="spellEnd"/>
      <w:r>
        <w:t xml:space="preserve"> de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dispositivos</w:t>
      </w:r>
      <w:proofErr w:type="spellEnd"/>
      <w:r>
        <w:t>.</w:t>
      </w:r>
    </w:p>
    <w:p w14:paraId="6B4208D8" w14:textId="77777777" w:rsidR="000767AF" w:rsidRDefault="00000000">
      <w:r>
        <w:t xml:space="preserve">Las </w:t>
      </w:r>
      <w:proofErr w:type="spellStart"/>
      <w:r>
        <w:t>señales</w:t>
      </w:r>
      <w:proofErr w:type="spellEnd"/>
      <w:r>
        <w:t xml:space="preserve"> de </w:t>
      </w:r>
      <w:proofErr w:type="spellStart"/>
      <w:r>
        <w:t>supervisión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relacionarse</w:t>
      </w:r>
      <w:proofErr w:type="spellEnd"/>
      <w:r>
        <w:t xml:space="preserve"> con un </w:t>
      </w:r>
      <w:proofErr w:type="spellStart"/>
      <w:r>
        <w:t>cambio</w:t>
      </w:r>
      <w:proofErr w:type="spellEnd"/>
      <w:r>
        <w:t xml:space="preserve"> de </w:t>
      </w:r>
      <w:proofErr w:type="spellStart"/>
      <w:r>
        <w:t>estado</w:t>
      </w:r>
      <w:proofErr w:type="spellEnd"/>
      <w:r>
        <w:t xml:space="preserve"> de </w:t>
      </w:r>
      <w:proofErr w:type="spellStart"/>
      <w:r>
        <w:t>equipos</w:t>
      </w:r>
      <w:proofErr w:type="spellEnd"/>
      <w:r>
        <w:t xml:space="preserve"> </w:t>
      </w:r>
      <w:proofErr w:type="spellStart"/>
      <w:r>
        <w:t>asociados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ejemplo</w:t>
      </w:r>
      <w:proofErr w:type="spellEnd"/>
      <w:r>
        <w:t xml:space="preserve"> un </w:t>
      </w:r>
      <w:proofErr w:type="spellStart"/>
      <w:r>
        <w:t>elemento</w:t>
      </w:r>
      <w:proofErr w:type="spellEnd"/>
      <w:r>
        <w:t xml:space="preserve"> </w:t>
      </w:r>
      <w:proofErr w:type="spellStart"/>
      <w:r>
        <w:t>monitoreado</w:t>
      </w:r>
      <w:proofErr w:type="spellEnd"/>
      <w:r>
        <w:t xml:space="preserve"> </w:t>
      </w:r>
      <w:proofErr w:type="spellStart"/>
      <w:r>
        <w:t>cuya</w:t>
      </w:r>
      <w:proofErr w:type="spellEnd"/>
      <w:r>
        <w:t xml:space="preserve"> </w:t>
      </w:r>
      <w:proofErr w:type="spellStart"/>
      <w:r>
        <w:t>posición</w:t>
      </w:r>
      <w:proofErr w:type="spellEnd"/>
      <w:r>
        <w:t xml:space="preserve"> se </w:t>
      </w:r>
      <w:proofErr w:type="spellStart"/>
      <w:r>
        <w:t>aparta</w:t>
      </w:r>
      <w:proofErr w:type="spellEnd"/>
      <w:r>
        <w:t xml:space="preserve"> de la </w:t>
      </w:r>
      <w:proofErr w:type="spellStart"/>
      <w:r>
        <w:t>condición</w:t>
      </w:r>
      <w:proofErr w:type="spellEnd"/>
      <w:r>
        <w:t xml:space="preserve"> </w:t>
      </w:r>
      <w:proofErr w:type="spellStart"/>
      <w:r>
        <w:t>esperada</w:t>
      </w:r>
      <w:proofErr w:type="spellEnd"/>
      <w:r>
        <w:t xml:space="preserve">. Una </w:t>
      </w:r>
      <w:proofErr w:type="spellStart"/>
      <w:r>
        <w:t>avería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señalar</w:t>
      </w:r>
      <w:proofErr w:type="spellEnd"/>
      <w:r>
        <w:t xml:space="preserve"> </w:t>
      </w:r>
      <w:proofErr w:type="spellStart"/>
      <w:r>
        <w:t>discontinuidad</w:t>
      </w:r>
      <w:proofErr w:type="spellEnd"/>
      <w:r>
        <w:t xml:space="preserve">, </w:t>
      </w:r>
      <w:proofErr w:type="spellStart"/>
      <w:r>
        <w:t>fallo</w:t>
      </w:r>
      <w:proofErr w:type="spellEnd"/>
      <w:r>
        <w:t xml:space="preserve"> del </w:t>
      </w:r>
      <w:proofErr w:type="spellStart"/>
      <w:r>
        <w:t>dispositivo</w:t>
      </w:r>
      <w:proofErr w:type="spellEnd"/>
      <w:r>
        <w:t xml:space="preserve">, </w:t>
      </w:r>
      <w:proofErr w:type="spellStart"/>
      <w:r>
        <w:t>problema</w:t>
      </w:r>
      <w:proofErr w:type="spellEnd"/>
      <w:r>
        <w:t xml:space="preserve"> de </w:t>
      </w:r>
      <w:proofErr w:type="spellStart"/>
      <w:r>
        <w:t>comunicación</w:t>
      </w:r>
      <w:proofErr w:type="spellEnd"/>
      <w:r>
        <w:t xml:space="preserve"> o </w:t>
      </w:r>
      <w:proofErr w:type="spellStart"/>
      <w:r>
        <w:t>energía</w:t>
      </w:r>
      <w:proofErr w:type="spellEnd"/>
      <w:r>
        <w:t xml:space="preserve">. Su </w:t>
      </w:r>
      <w:proofErr w:type="spellStart"/>
      <w:r>
        <w:t>tratamiento</w:t>
      </w:r>
      <w:proofErr w:type="spellEnd"/>
      <w:r>
        <w:t xml:space="preserve"> </w:t>
      </w:r>
      <w:proofErr w:type="spellStart"/>
      <w:r>
        <w:t>requiere</w:t>
      </w:r>
      <w:proofErr w:type="spellEnd"/>
      <w:r>
        <w:t xml:space="preserve"> </w:t>
      </w:r>
      <w:proofErr w:type="spellStart"/>
      <w:r>
        <w:t>identificar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mensaje</w:t>
      </w:r>
      <w:proofErr w:type="spellEnd"/>
      <w:r>
        <w:t xml:space="preserve"> </w:t>
      </w:r>
      <w:proofErr w:type="spellStart"/>
      <w:r>
        <w:t>concreto</w:t>
      </w:r>
      <w:proofErr w:type="spellEnd"/>
      <w:r>
        <w:t xml:space="preserve"> y la </w:t>
      </w:r>
      <w:proofErr w:type="spellStart"/>
      <w:r>
        <w:t>documentación</w:t>
      </w:r>
      <w:proofErr w:type="spellEnd"/>
      <w:r>
        <w:t xml:space="preserve"> del </w:t>
      </w:r>
      <w:proofErr w:type="spellStart"/>
      <w:r>
        <w:t>proyecto</w:t>
      </w:r>
      <w:proofErr w:type="spellEnd"/>
      <w:r>
        <w:t>.</w:t>
      </w:r>
    </w:p>
    <w:p w14:paraId="5F5A3C8E" w14:textId="77777777" w:rsidR="000767AF" w:rsidRDefault="00000000">
      <w:proofErr w:type="spellStart"/>
      <w:r>
        <w:t>Nunca</w:t>
      </w:r>
      <w:proofErr w:type="spellEnd"/>
      <w:r>
        <w:t xml:space="preserve"> se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suprimir</w:t>
      </w:r>
      <w:proofErr w:type="spellEnd"/>
      <w:r>
        <w:t xml:space="preserve"> de forma informal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alarma</w:t>
      </w:r>
      <w:proofErr w:type="spellEnd"/>
      <w:r>
        <w:t xml:space="preserve"> o </w:t>
      </w:r>
      <w:proofErr w:type="spellStart"/>
      <w:r>
        <w:t>avería</w:t>
      </w:r>
      <w:proofErr w:type="spellEnd"/>
      <w:r>
        <w:t xml:space="preserve"> para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apariencia</w:t>
      </w:r>
      <w:proofErr w:type="spellEnd"/>
      <w:r>
        <w:t xml:space="preserve"> de </w:t>
      </w:r>
      <w:proofErr w:type="spellStart"/>
      <w:r>
        <w:t>normalidad</w:t>
      </w:r>
      <w:proofErr w:type="spellEnd"/>
      <w:r>
        <w:t xml:space="preserve">. Si la </w:t>
      </w:r>
      <w:proofErr w:type="spellStart"/>
      <w:r>
        <w:t>protección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parcial</w:t>
      </w:r>
      <w:proofErr w:type="spellEnd"/>
      <w:r>
        <w:t xml:space="preserve"> o </w:t>
      </w:r>
      <w:proofErr w:type="spellStart"/>
      <w:r>
        <w:t>totalmente</w:t>
      </w:r>
      <w:proofErr w:type="spellEnd"/>
      <w:r>
        <w:t xml:space="preserve"> </w:t>
      </w:r>
      <w:proofErr w:type="spellStart"/>
      <w:r>
        <w:t>comprometida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evaluar</w:t>
      </w:r>
      <w:proofErr w:type="spellEnd"/>
      <w:r>
        <w:t xml:space="preserve"> la </w:t>
      </w:r>
      <w:proofErr w:type="spellStart"/>
      <w:r>
        <w:t>vigilancia</w:t>
      </w:r>
      <w:proofErr w:type="spellEnd"/>
      <w:r>
        <w:t xml:space="preserve"> </w:t>
      </w:r>
      <w:proofErr w:type="spellStart"/>
      <w:r>
        <w:t>compensatoria</w:t>
      </w:r>
      <w:proofErr w:type="spellEnd"/>
      <w:r>
        <w:t xml:space="preserve"> y, </w:t>
      </w:r>
      <w:proofErr w:type="spellStart"/>
      <w:r>
        <w:t>cuando</w:t>
      </w:r>
      <w:proofErr w:type="spellEnd"/>
      <w:r>
        <w:t xml:space="preserve"> sea </w:t>
      </w:r>
      <w:proofErr w:type="spellStart"/>
      <w:r>
        <w:t>exigible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avisos</w:t>
      </w:r>
      <w:proofErr w:type="spellEnd"/>
      <w:r>
        <w:t xml:space="preserve"> a la </w:t>
      </w:r>
      <w:proofErr w:type="spellStart"/>
      <w:r>
        <w:t>autoridad</w:t>
      </w:r>
      <w:proofErr w:type="spellEnd"/>
      <w:r>
        <w:t xml:space="preserve"> o al </w:t>
      </w:r>
      <w:proofErr w:type="spellStart"/>
      <w:r>
        <w:t>servicio</w:t>
      </w:r>
      <w:proofErr w:type="spellEnd"/>
      <w:r>
        <w:t xml:space="preserve"> de </w:t>
      </w:r>
      <w:proofErr w:type="spellStart"/>
      <w:r>
        <w:t>monitoreo</w:t>
      </w:r>
      <w:proofErr w:type="spellEnd"/>
      <w: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91"/>
        <w:gridCol w:w="3091"/>
        <w:gridCol w:w="3091"/>
      </w:tblGrid>
      <w:tr w:rsidR="000767AF" w14:paraId="1825A24F" w14:textId="77777777">
        <w:tc>
          <w:tcPr>
            <w:tcW w:w="3091" w:type="dxa"/>
            <w:shd w:val="clear" w:color="auto" w:fill="DDECF5"/>
          </w:tcPr>
          <w:p w14:paraId="23D1F79E" w14:textId="77777777" w:rsidR="000767AF" w:rsidRDefault="00000000">
            <w:proofErr w:type="spellStart"/>
            <w:r>
              <w:rPr>
                <w:b/>
              </w:rPr>
              <w:t>Condición</w:t>
            </w:r>
            <w:proofErr w:type="spellEnd"/>
          </w:p>
        </w:tc>
        <w:tc>
          <w:tcPr>
            <w:tcW w:w="3091" w:type="dxa"/>
            <w:shd w:val="clear" w:color="auto" w:fill="DDECF5"/>
          </w:tcPr>
          <w:p w14:paraId="49152EAE" w14:textId="77777777" w:rsidR="000767AF" w:rsidRDefault="00000000">
            <w:proofErr w:type="spellStart"/>
            <w:r>
              <w:rPr>
                <w:b/>
              </w:rPr>
              <w:t>Prioridad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respuesta</w:t>
            </w:r>
            <w:proofErr w:type="spellEnd"/>
          </w:p>
        </w:tc>
        <w:tc>
          <w:tcPr>
            <w:tcW w:w="3091" w:type="dxa"/>
            <w:shd w:val="clear" w:color="auto" w:fill="DDECF5"/>
          </w:tcPr>
          <w:p w14:paraId="4CACB196" w14:textId="77777777" w:rsidR="000767AF" w:rsidRDefault="00000000">
            <w:proofErr w:type="spellStart"/>
            <w:r>
              <w:rPr>
                <w:b/>
              </w:rPr>
              <w:t>Ejemplo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registro</w:t>
            </w:r>
            <w:proofErr w:type="spellEnd"/>
          </w:p>
        </w:tc>
      </w:tr>
      <w:tr w:rsidR="000767AF" w14:paraId="1E46E7A2" w14:textId="77777777">
        <w:tc>
          <w:tcPr>
            <w:tcW w:w="3091" w:type="dxa"/>
          </w:tcPr>
          <w:p w14:paraId="76D069DE" w14:textId="77777777" w:rsidR="000767AF" w:rsidRDefault="00000000">
            <w:proofErr w:type="spellStart"/>
            <w:r>
              <w:t>Alarma</w:t>
            </w:r>
            <w:proofErr w:type="spellEnd"/>
          </w:p>
        </w:tc>
        <w:tc>
          <w:tcPr>
            <w:tcW w:w="3091" w:type="dxa"/>
          </w:tcPr>
          <w:p w14:paraId="347A5A31" w14:textId="77777777" w:rsidR="000767AF" w:rsidRDefault="00000000">
            <w:proofErr w:type="spellStart"/>
            <w:r>
              <w:t>Seguridad</w:t>
            </w:r>
            <w:proofErr w:type="spellEnd"/>
            <w:r>
              <w:t xml:space="preserve"> de personas y </w:t>
            </w:r>
            <w:proofErr w:type="spellStart"/>
            <w:r>
              <w:t>procedimiento</w:t>
            </w:r>
            <w:proofErr w:type="spellEnd"/>
            <w:r>
              <w:t xml:space="preserve"> de </w:t>
            </w:r>
            <w:proofErr w:type="spellStart"/>
            <w:r>
              <w:t>emergencia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54E2DD0C" w14:textId="77777777" w:rsidR="000767AF" w:rsidRDefault="00000000">
            <w:proofErr w:type="spellStart"/>
            <w:r>
              <w:t>Alarma</w:t>
            </w:r>
            <w:proofErr w:type="spellEnd"/>
            <w:r>
              <w:t xml:space="preserve"> </w:t>
            </w:r>
            <w:proofErr w:type="spellStart"/>
            <w:r>
              <w:t>activa</w:t>
            </w:r>
            <w:proofErr w:type="spellEnd"/>
            <w:r>
              <w:t xml:space="preserve">; zona / hora / </w:t>
            </w:r>
            <w:proofErr w:type="spellStart"/>
            <w:r>
              <w:t>respuesta</w:t>
            </w:r>
            <w:proofErr w:type="spellEnd"/>
            <w:r>
              <w:t xml:space="preserve"> </w:t>
            </w:r>
            <w:proofErr w:type="spellStart"/>
            <w:r>
              <w:t>iniciada</w:t>
            </w:r>
            <w:proofErr w:type="spellEnd"/>
            <w:r>
              <w:t>.</w:t>
            </w:r>
          </w:p>
        </w:tc>
      </w:tr>
      <w:tr w:rsidR="000767AF" w14:paraId="0CE62425" w14:textId="77777777">
        <w:tc>
          <w:tcPr>
            <w:tcW w:w="3091" w:type="dxa"/>
          </w:tcPr>
          <w:p w14:paraId="2130F643" w14:textId="77777777" w:rsidR="000767AF" w:rsidRDefault="00000000">
            <w:proofErr w:type="spellStart"/>
            <w:r>
              <w:t>Predescarga</w:t>
            </w:r>
            <w:proofErr w:type="spellEnd"/>
            <w:r>
              <w:t xml:space="preserve"> o </w:t>
            </w:r>
            <w:proofErr w:type="spellStart"/>
            <w:r>
              <w:t>descarga</w:t>
            </w:r>
            <w:proofErr w:type="spellEnd"/>
          </w:p>
        </w:tc>
        <w:tc>
          <w:tcPr>
            <w:tcW w:w="3091" w:type="dxa"/>
          </w:tcPr>
          <w:p w14:paraId="6E643BF5" w14:textId="77777777" w:rsidR="000767AF" w:rsidRDefault="00000000">
            <w:proofErr w:type="spellStart"/>
            <w:r>
              <w:t>Desalojo</w:t>
            </w:r>
            <w:proofErr w:type="spellEnd"/>
            <w:r>
              <w:t xml:space="preserve"> del </w:t>
            </w:r>
            <w:proofErr w:type="spellStart"/>
            <w:r>
              <w:t>área</w:t>
            </w:r>
            <w:proofErr w:type="spellEnd"/>
            <w:r>
              <w:t xml:space="preserve"> </w:t>
            </w:r>
            <w:proofErr w:type="spellStart"/>
            <w:r>
              <w:t>protegida</w:t>
            </w:r>
            <w:proofErr w:type="spellEnd"/>
            <w:r>
              <w:t xml:space="preserve"> y </w:t>
            </w:r>
            <w:proofErr w:type="spellStart"/>
            <w:r>
              <w:t>protocolo</w:t>
            </w:r>
            <w:proofErr w:type="spellEnd"/>
            <w:r>
              <w:t xml:space="preserve"> </w:t>
            </w:r>
            <w:proofErr w:type="spellStart"/>
            <w:r>
              <w:t>específico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165D1B1F" w14:textId="77777777" w:rsidR="000767AF" w:rsidRDefault="00000000">
            <w:r>
              <w:t xml:space="preserve">Estado </w:t>
            </w:r>
            <w:proofErr w:type="spellStart"/>
            <w:r>
              <w:t>indicado</w:t>
            </w:r>
            <w:proofErr w:type="spellEnd"/>
            <w:r>
              <w:t xml:space="preserve"> y </w:t>
            </w:r>
            <w:proofErr w:type="spellStart"/>
            <w:r>
              <w:t>notificaciones</w:t>
            </w:r>
            <w:proofErr w:type="spellEnd"/>
            <w:r>
              <w:t xml:space="preserve"> </w:t>
            </w:r>
            <w:proofErr w:type="spellStart"/>
            <w:r>
              <w:t>ejecutadas</w:t>
            </w:r>
            <w:proofErr w:type="spellEnd"/>
            <w:r>
              <w:t>.</w:t>
            </w:r>
          </w:p>
        </w:tc>
      </w:tr>
      <w:tr w:rsidR="000767AF" w14:paraId="12324929" w14:textId="77777777">
        <w:tc>
          <w:tcPr>
            <w:tcW w:w="3091" w:type="dxa"/>
          </w:tcPr>
          <w:p w14:paraId="74055589" w14:textId="77777777" w:rsidR="000767AF" w:rsidRDefault="00000000">
            <w:proofErr w:type="spellStart"/>
            <w:r>
              <w:t>Avería</w:t>
            </w:r>
            <w:proofErr w:type="spellEnd"/>
          </w:p>
        </w:tc>
        <w:tc>
          <w:tcPr>
            <w:tcW w:w="3091" w:type="dxa"/>
          </w:tcPr>
          <w:p w14:paraId="0BAF6E85" w14:textId="77777777" w:rsidR="000767AF" w:rsidRDefault="00000000">
            <w:proofErr w:type="spellStart"/>
            <w:r>
              <w:t>Evaluar</w:t>
            </w:r>
            <w:proofErr w:type="spellEnd"/>
            <w:r>
              <w:t xml:space="preserve"> </w:t>
            </w:r>
            <w:proofErr w:type="spellStart"/>
            <w:r>
              <w:t>impacto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disponibilidad</w:t>
            </w:r>
            <w:proofErr w:type="spellEnd"/>
            <w:r>
              <w:t xml:space="preserve"> y </w:t>
            </w:r>
            <w:proofErr w:type="spellStart"/>
            <w:r>
              <w:t>escalar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642FA0A2" w14:textId="77777777" w:rsidR="000767AF" w:rsidRDefault="00000000">
            <w:proofErr w:type="spellStart"/>
            <w:r>
              <w:t>Mensaje</w:t>
            </w:r>
            <w:proofErr w:type="spellEnd"/>
            <w:r>
              <w:t xml:space="preserve"> literal, hora y </w:t>
            </w:r>
            <w:proofErr w:type="spellStart"/>
            <w:r>
              <w:t>técnico</w:t>
            </w:r>
            <w:proofErr w:type="spellEnd"/>
            <w:r>
              <w:t xml:space="preserve"> </w:t>
            </w:r>
            <w:proofErr w:type="spellStart"/>
            <w:r>
              <w:t>notificado</w:t>
            </w:r>
            <w:proofErr w:type="spellEnd"/>
            <w:r>
              <w:t>.</w:t>
            </w:r>
          </w:p>
        </w:tc>
      </w:tr>
      <w:tr w:rsidR="000767AF" w14:paraId="270166E6" w14:textId="77777777">
        <w:tc>
          <w:tcPr>
            <w:tcW w:w="3091" w:type="dxa"/>
          </w:tcPr>
          <w:p w14:paraId="2E2D695C" w14:textId="77777777" w:rsidR="000767AF" w:rsidRDefault="00000000">
            <w:proofErr w:type="spellStart"/>
            <w:r>
              <w:t>Supervisión</w:t>
            </w:r>
            <w:proofErr w:type="spellEnd"/>
          </w:p>
        </w:tc>
        <w:tc>
          <w:tcPr>
            <w:tcW w:w="3091" w:type="dxa"/>
          </w:tcPr>
          <w:p w14:paraId="1F2FC27E" w14:textId="77777777" w:rsidR="000767AF" w:rsidRDefault="00000000">
            <w:proofErr w:type="spellStart"/>
            <w:r>
              <w:t>Determinar</w:t>
            </w:r>
            <w:proofErr w:type="spellEnd"/>
            <w:r>
              <w:t xml:space="preserve"> </w:t>
            </w:r>
            <w:proofErr w:type="spellStart"/>
            <w:r>
              <w:t>significado</w:t>
            </w:r>
            <w:proofErr w:type="spellEnd"/>
            <w:r>
              <w:t xml:space="preserve"> y </w:t>
            </w:r>
            <w:proofErr w:type="spellStart"/>
            <w:r>
              <w:t>gestionar</w:t>
            </w:r>
            <w:proofErr w:type="spellEnd"/>
            <w:r>
              <w:t xml:space="preserve"> </w:t>
            </w:r>
            <w:proofErr w:type="spellStart"/>
            <w:r>
              <w:t>estado</w:t>
            </w:r>
            <w:proofErr w:type="spellEnd"/>
            <w:r>
              <w:t xml:space="preserve"> anormal.</w:t>
            </w:r>
          </w:p>
        </w:tc>
        <w:tc>
          <w:tcPr>
            <w:tcW w:w="3091" w:type="dxa"/>
          </w:tcPr>
          <w:p w14:paraId="06452DF9" w14:textId="77777777" w:rsidR="000767AF" w:rsidRDefault="00000000">
            <w:proofErr w:type="spellStart"/>
            <w:r>
              <w:t>Elemento</w:t>
            </w:r>
            <w:proofErr w:type="spellEnd"/>
            <w:r>
              <w:t xml:space="preserve"> </w:t>
            </w:r>
            <w:proofErr w:type="spellStart"/>
            <w:r>
              <w:t>señalado</w:t>
            </w:r>
            <w:proofErr w:type="spellEnd"/>
            <w:r>
              <w:t xml:space="preserve"> y </w:t>
            </w:r>
            <w:proofErr w:type="spellStart"/>
            <w:r>
              <w:t>acción</w:t>
            </w:r>
            <w:proofErr w:type="spellEnd"/>
            <w:r>
              <w:t xml:space="preserve"> </w:t>
            </w:r>
            <w:proofErr w:type="spellStart"/>
            <w:r>
              <w:t>adoptada</w:t>
            </w:r>
            <w:proofErr w:type="spellEnd"/>
            <w:r>
              <w:t>.</w:t>
            </w:r>
          </w:p>
        </w:tc>
      </w:tr>
      <w:tr w:rsidR="000767AF" w14:paraId="73CAFAA2" w14:textId="77777777">
        <w:tc>
          <w:tcPr>
            <w:tcW w:w="3091" w:type="dxa"/>
          </w:tcPr>
          <w:p w14:paraId="7BD55D4B" w14:textId="77777777" w:rsidR="000767AF" w:rsidRDefault="00000000">
            <w:proofErr w:type="spellStart"/>
            <w:r>
              <w:t>Anulación</w:t>
            </w:r>
            <w:proofErr w:type="spellEnd"/>
          </w:p>
        </w:tc>
        <w:tc>
          <w:tcPr>
            <w:tcW w:w="3091" w:type="dxa"/>
          </w:tcPr>
          <w:p w14:paraId="4368FAFC" w14:textId="77777777" w:rsidR="000767AF" w:rsidRDefault="00000000">
            <w:r>
              <w:t xml:space="preserve">Control de </w:t>
            </w:r>
            <w:proofErr w:type="spellStart"/>
            <w:r>
              <w:t>cobertura</w:t>
            </w:r>
            <w:proofErr w:type="spellEnd"/>
            <w:r>
              <w:t xml:space="preserve"> y </w:t>
            </w:r>
            <w:proofErr w:type="spellStart"/>
            <w:r>
              <w:t>seguimiento</w:t>
            </w:r>
            <w:proofErr w:type="spellEnd"/>
            <w:r>
              <w:t xml:space="preserve"> de </w:t>
            </w:r>
            <w:proofErr w:type="spellStart"/>
            <w:r>
              <w:t>restitución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2D716F63" w14:textId="77777777" w:rsidR="000767AF" w:rsidRDefault="00000000">
            <w:r>
              <w:t xml:space="preserve">Punto </w:t>
            </w:r>
            <w:proofErr w:type="spellStart"/>
            <w:r>
              <w:t>afectado</w:t>
            </w:r>
            <w:proofErr w:type="spellEnd"/>
            <w:r>
              <w:t xml:space="preserve">, </w:t>
            </w:r>
            <w:proofErr w:type="spellStart"/>
            <w:r>
              <w:t>responsable</w:t>
            </w:r>
            <w:proofErr w:type="spellEnd"/>
            <w:r>
              <w:t xml:space="preserve"> y </w:t>
            </w:r>
            <w:proofErr w:type="spellStart"/>
            <w:r>
              <w:t>autorización</w:t>
            </w:r>
            <w:proofErr w:type="spellEnd"/>
            <w:r>
              <w:t>.</w:t>
            </w:r>
          </w:p>
        </w:tc>
      </w:tr>
    </w:tbl>
    <w:p w14:paraId="4CFE189B" w14:textId="77777777" w:rsidR="000767AF" w:rsidRDefault="00000000">
      <w:r>
        <w:rPr>
          <w:b/>
        </w:rPr>
        <w:t xml:space="preserve">Punto de control para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alumno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identifique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mensaje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exacto</w:t>
      </w:r>
      <w:proofErr w:type="spellEnd"/>
      <w:r>
        <w:rPr>
          <w:b/>
        </w:rPr>
        <w:t xml:space="preserve">, la </w:t>
      </w:r>
      <w:proofErr w:type="spellStart"/>
      <w:r>
        <w:rPr>
          <w:b/>
        </w:rPr>
        <w:t>función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afectada</w:t>
      </w:r>
      <w:proofErr w:type="spellEnd"/>
      <w:r>
        <w:rPr>
          <w:b/>
        </w:rPr>
        <w:t xml:space="preserve">, la persona </w:t>
      </w:r>
      <w:proofErr w:type="spellStart"/>
      <w:r>
        <w:rPr>
          <w:b/>
        </w:rPr>
        <w:t>responsable</w:t>
      </w:r>
      <w:proofErr w:type="spellEnd"/>
      <w:r>
        <w:rPr>
          <w:b/>
        </w:rPr>
        <w:t xml:space="preserve"> y la </w:t>
      </w:r>
      <w:proofErr w:type="spellStart"/>
      <w:r>
        <w:rPr>
          <w:b/>
        </w:rPr>
        <w:t>evidencia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necesaria</w:t>
      </w:r>
      <w:proofErr w:type="spellEnd"/>
      <w:r>
        <w:rPr>
          <w:b/>
        </w:rPr>
        <w:t xml:space="preserve"> antes de </w:t>
      </w:r>
      <w:proofErr w:type="spellStart"/>
      <w:r>
        <w:rPr>
          <w:b/>
        </w:rPr>
        <w:t>cerrar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evento</w:t>
      </w:r>
      <w:proofErr w:type="spellEnd"/>
      <w:r>
        <w:rPr>
          <w:b/>
        </w:rPr>
        <w:t>.</w:t>
      </w:r>
    </w:p>
    <w:p w14:paraId="4B02C09C" w14:textId="77777777" w:rsidR="000767AF" w:rsidRDefault="00000000">
      <w:pPr>
        <w:spacing w:before="220" w:after="100"/>
      </w:pPr>
      <w:r>
        <w:rPr>
          <w:b/>
          <w:color w:val="12194D"/>
          <w:sz w:val="26"/>
        </w:rPr>
        <w:t xml:space="preserve">6.7 Lectura </w:t>
      </w:r>
      <w:proofErr w:type="spellStart"/>
      <w:r>
        <w:rPr>
          <w:b/>
          <w:color w:val="12194D"/>
          <w:sz w:val="26"/>
        </w:rPr>
        <w:t>sistemática</w:t>
      </w:r>
      <w:proofErr w:type="spellEnd"/>
      <w:r>
        <w:rPr>
          <w:b/>
          <w:color w:val="12194D"/>
          <w:sz w:val="26"/>
        </w:rPr>
        <w:t xml:space="preserve"> de la </w:t>
      </w:r>
      <w:proofErr w:type="spellStart"/>
      <w:r>
        <w:rPr>
          <w:b/>
          <w:color w:val="12194D"/>
          <w:sz w:val="26"/>
        </w:rPr>
        <w:t>pantalla</w:t>
      </w:r>
      <w:proofErr w:type="spellEnd"/>
      <w:r>
        <w:rPr>
          <w:b/>
          <w:color w:val="12194D"/>
          <w:sz w:val="26"/>
        </w:rPr>
        <w:t xml:space="preserve"> y </w:t>
      </w:r>
      <w:proofErr w:type="spellStart"/>
      <w:r>
        <w:rPr>
          <w:b/>
          <w:color w:val="12194D"/>
          <w:sz w:val="26"/>
        </w:rPr>
        <w:t>bitácora</w:t>
      </w:r>
      <w:proofErr w:type="spellEnd"/>
      <w:r>
        <w:rPr>
          <w:b/>
          <w:color w:val="12194D"/>
          <w:sz w:val="26"/>
        </w:rPr>
        <w:t xml:space="preserve"> de </w:t>
      </w:r>
      <w:proofErr w:type="spellStart"/>
      <w:r>
        <w:rPr>
          <w:b/>
          <w:color w:val="12194D"/>
          <w:sz w:val="26"/>
        </w:rPr>
        <w:t>eventos</w:t>
      </w:r>
      <w:proofErr w:type="spellEnd"/>
    </w:p>
    <w:p w14:paraId="43A3F365" w14:textId="77777777" w:rsidR="000767AF" w:rsidRDefault="00000000">
      <w:r>
        <w:t xml:space="preserve">La </w:t>
      </w:r>
      <w:proofErr w:type="spellStart"/>
      <w:r>
        <w:t>lectura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comenzar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estado</w:t>
      </w:r>
      <w:proofErr w:type="spellEnd"/>
      <w:r>
        <w:t xml:space="preserve"> general del panel y </w:t>
      </w:r>
      <w:proofErr w:type="spellStart"/>
      <w:r>
        <w:t>proseguir</w:t>
      </w:r>
      <w:proofErr w:type="spellEnd"/>
      <w:r>
        <w:t xml:space="preserve"> con la </w:t>
      </w:r>
      <w:proofErr w:type="spellStart"/>
      <w:r>
        <w:t>lista</w:t>
      </w:r>
      <w:proofErr w:type="spellEnd"/>
      <w:r>
        <w:t xml:space="preserve"> de </w:t>
      </w:r>
      <w:proofErr w:type="spellStart"/>
      <w:r>
        <w:t>eventos</w:t>
      </w:r>
      <w:proofErr w:type="spellEnd"/>
      <w:r>
        <w:t xml:space="preserve"> </w:t>
      </w:r>
      <w:proofErr w:type="spellStart"/>
      <w:r>
        <w:t>presentes</w:t>
      </w:r>
      <w:proofErr w:type="spellEnd"/>
      <w:r>
        <w:t xml:space="preserve">. En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equipos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disponen</w:t>
      </w:r>
      <w:proofErr w:type="spellEnd"/>
      <w:r>
        <w:t xml:space="preserve"> de </w:t>
      </w:r>
      <w:proofErr w:type="spellStart"/>
      <w:r>
        <w:t>teclas</w:t>
      </w:r>
      <w:proofErr w:type="spellEnd"/>
      <w:r>
        <w:t xml:space="preserve"> de </w:t>
      </w:r>
      <w:proofErr w:type="spellStart"/>
      <w:r>
        <w:t>función</w:t>
      </w:r>
      <w:proofErr w:type="spellEnd"/>
      <w:r>
        <w:t xml:space="preserve"> e </w:t>
      </w:r>
      <w:proofErr w:type="spellStart"/>
      <w:r>
        <w:t>historial</w:t>
      </w:r>
      <w:proofErr w:type="spellEnd"/>
      <w:r>
        <w:t xml:space="preserve">, la </w:t>
      </w:r>
      <w:proofErr w:type="spellStart"/>
      <w:r>
        <w:t>navegación</w:t>
      </w:r>
      <w:proofErr w:type="spellEnd"/>
      <w:r>
        <w:t xml:space="preserve"> </w:t>
      </w:r>
      <w:proofErr w:type="spellStart"/>
      <w:r>
        <w:t>permitida</w:t>
      </w:r>
      <w:proofErr w:type="spellEnd"/>
      <w:r>
        <w:t xml:space="preserve"> </w:t>
      </w:r>
      <w:proofErr w:type="spellStart"/>
      <w:r>
        <w:t>ayuda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identificar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origen</w:t>
      </w:r>
      <w:proofErr w:type="spellEnd"/>
      <w:r>
        <w:t xml:space="preserve">, la </w:t>
      </w:r>
      <w:proofErr w:type="spellStart"/>
      <w:r>
        <w:t>secuencia</w:t>
      </w:r>
      <w:proofErr w:type="spellEnd"/>
      <w:r>
        <w:t xml:space="preserve"> y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coexisten</w:t>
      </w:r>
      <w:proofErr w:type="spellEnd"/>
      <w:r>
        <w:t xml:space="preserve">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condiciones</w:t>
      </w:r>
      <w:proofErr w:type="spellEnd"/>
      <w:r>
        <w:t xml:space="preserve">. No se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entrar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menús</w:t>
      </w:r>
      <w:proofErr w:type="spellEnd"/>
      <w:r>
        <w:t xml:space="preserve"> de </w:t>
      </w:r>
      <w:proofErr w:type="spellStart"/>
      <w:r>
        <w:t>mantenimiento</w:t>
      </w:r>
      <w:proofErr w:type="spellEnd"/>
      <w:r>
        <w:t xml:space="preserve"> o </w:t>
      </w:r>
      <w:proofErr w:type="spellStart"/>
      <w:r>
        <w:t>programación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perfil</w:t>
      </w:r>
      <w:proofErr w:type="spellEnd"/>
      <w:r>
        <w:t xml:space="preserve"> del </w:t>
      </w:r>
      <w:proofErr w:type="spellStart"/>
      <w:r>
        <w:t>operador</w:t>
      </w:r>
      <w:proofErr w:type="spellEnd"/>
      <w:r>
        <w:t xml:space="preserve"> no lo </w:t>
      </w:r>
      <w:proofErr w:type="spellStart"/>
      <w:r>
        <w:t>contempla</w:t>
      </w:r>
      <w:proofErr w:type="spellEnd"/>
      <w:r>
        <w:t>.</w:t>
      </w:r>
    </w:p>
    <w:p w14:paraId="03BD318D" w14:textId="77777777" w:rsidR="000767AF" w:rsidRDefault="00000000">
      <w:r>
        <w:t xml:space="preserve">Como </w:t>
      </w:r>
      <w:proofErr w:type="spellStart"/>
      <w:r>
        <w:t>referencia</w:t>
      </w:r>
      <w:proofErr w:type="spellEnd"/>
      <w:r>
        <w:t xml:space="preserve"> de la </w:t>
      </w:r>
      <w:proofErr w:type="spellStart"/>
      <w:r>
        <w:t>documentación</w:t>
      </w:r>
      <w:proofErr w:type="spellEnd"/>
      <w:r>
        <w:t xml:space="preserve"> Fike, </w:t>
      </w:r>
      <w:proofErr w:type="spellStart"/>
      <w:r>
        <w:t>en</w:t>
      </w:r>
      <w:proofErr w:type="spellEnd"/>
      <w:r>
        <w:t xml:space="preserve"> la familia Xi las </w:t>
      </w:r>
      <w:proofErr w:type="spellStart"/>
      <w:r>
        <w:t>instrucciones</w:t>
      </w:r>
      <w:proofErr w:type="spellEnd"/>
      <w:r>
        <w:t xml:space="preserve"> </w:t>
      </w:r>
      <w:proofErr w:type="spellStart"/>
      <w:r>
        <w:t>operativas</w:t>
      </w:r>
      <w:proofErr w:type="spellEnd"/>
      <w:r>
        <w:t xml:space="preserve"> </w:t>
      </w:r>
      <w:proofErr w:type="spellStart"/>
      <w:r>
        <w:t>describen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empleo</w:t>
      </w:r>
      <w:proofErr w:type="spellEnd"/>
      <w:r>
        <w:t xml:space="preserve"> de </w:t>
      </w:r>
      <w:proofErr w:type="spellStart"/>
      <w:r>
        <w:t>teclas</w:t>
      </w:r>
      <w:proofErr w:type="spellEnd"/>
      <w:r>
        <w:t xml:space="preserve"> de </w:t>
      </w:r>
      <w:proofErr w:type="spellStart"/>
      <w:r>
        <w:t>función</w:t>
      </w:r>
      <w:proofErr w:type="spellEnd"/>
      <w:r>
        <w:t xml:space="preserve"> para </w:t>
      </w:r>
      <w:proofErr w:type="spellStart"/>
      <w:r>
        <w:t>consultar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origen</w:t>
      </w:r>
      <w:proofErr w:type="spellEnd"/>
      <w:r>
        <w:t xml:space="preserve"> de </w:t>
      </w:r>
      <w:proofErr w:type="spellStart"/>
      <w:r>
        <w:t>eventos</w:t>
      </w:r>
      <w:proofErr w:type="spellEnd"/>
      <w:r>
        <w:t xml:space="preserve">. En Cheetah Xi 50 </w:t>
      </w:r>
      <w:proofErr w:type="spellStart"/>
      <w:r>
        <w:t>existen</w:t>
      </w:r>
      <w:proofErr w:type="spellEnd"/>
      <w:r>
        <w:t xml:space="preserve"> </w:t>
      </w:r>
      <w:proofErr w:type="spellStart"/>
      <w:r>
        <w:t>menús</w:t>
      </w:r>
      <w:proofErr w:type="spellEnd"/>
      <w:r>
        <w:t xml:space="preserve"> de </w:t>
      </w:r>
      <w:proofErr w:type="spellStart"/>
      <w:r>
        <w:t>historial</w:t>
      </w:r>
      <w:proofErr w:type="spellEnd"/>
      <w:r>
        <w:t xml:space="preserve">, </w:t>
      </w:r>
      <w:proofErr w:type="spellStart"/>
      <w:r>
        <w:t>diagnóstico</w:t>
      </w:r>
      <w:proofErr w:type="spellEnd"/>
      <w:r>
        <w:t xml:space="preserve"> y </w:t>
      </w:r>
      <w:proofErr w:type="spellStart"/>
      <w:r>
        <w:t>mantenimiento</w:t>
      </w:r>
      <w:proofErr w:type="spellEnd"/>
      <w:r>
        <w:t xml:space="preserve">, con </w:t>
      </w:r>
      <w:proofErr w:type="spellStart"/>
      <w:r>
        <w:t>diferentes</w:t>
      </w:r>
      <w:proofErr w:type="spellEnd"/>
      <w:r>
        <w:t xml:space="preserve"> </w:t>
      </w:r>
      <w:proofErr w:type="spellStart"/>
      <w:r>
        <w:t>niveles</w:t>
      </w:r>
      <w:proofErr w:type="spellEnd"/>
      <w:r>
        <w:t xml:space="preserve"> de </w:t>
      </w:r>
      <w:proofErr w:type="spellStart"/>
      <w:r>
        <w:t>acceso</w:t>
      </w:r>
      <w:proofErr w:type="spellEnd"/>
      <w:r>
        <w:t xml:space="preserve">. El personal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la </w:t>
      </w:r>
      <w:proofErr w:type="spellStart"/>
      <w:r>
        <w:t>serigrafía</w:t>
      </w:r>
      <w:proofErr w:type="spellEnd"/>
      <w:r>
        <w:t xml:space="preserve"> y </w:t>
      </w:r>
      <w:proofErr w:type="spellStart"/>
      <w:r>
        <w:t>el</w:t>
      </w:r>
      <w:proofErr w:type="spellEnd"/>
      <w:r>
        <w:t xml:space="preserve"> manual </w:t>
      </w:r>
      <w:proofErr w:type="spellStart"/>
      <w:r>
        <w:t>concreto</w:t>
      </w:r>
      <w:proofErr w:type="spellEnd"/>
      <w:r>
        <w:t xml:space="preserve"> del </w:t>
      </w:r>
      <w:proofErr w:type="spellStart"/>
      <w:r>
        <w:t>equipo</w:t>
      </w:r>
      <w:proofErr w:type="spellEnd"/>
      <w:r>
        <w:t xml:space="preserve"> </w:t>
      </w:r>
      <w:proofErr w:type="spellStart"/>
      <w:r>
        <w:t>instalado</w:t>
      </w:r>
      <w:proofErr w:type="spellEnd"/>
      <w:r>
        <w:t>.</w:t>
      </w:r>
    </w:p>
    <w:p w14:paraId="0C22A91F" w14:textId="77777777" w:rsidR="000767AF" w:rsidRDefault="00000000">
      <w:r>
        <w:t xml:space="preserve">Para un </w:t>
      </w:r>
      <w:proofErr w:type="spellStart"/>
      <w:r>
        <w:t>registro</w:t>
      </w:r>
      <w:proofErr w:type="spellEnd"/>
      <w:r>
        <w:t xml:space="preserve"> de </w:t>
      </w:r>
      <w:proofErr w:type="spellStart"/>
      <w:r>
        <w:t>calidad</w:t>
      </w:r>
      <w:proofErr w:type="spellEnd"/>
      <w:r>
        <w:t xml:space="preserve"> se </w:t>
      </w:r>
      <w:proofErr w:type="spellStart"/>
      <w:r>
        <w:t>requiere</w:t>
      </w:r>
      <w:proofErr w:type="spellEnd"/>
      <w:r>
        <w:t xml:space="preserve"> </w:t>
      </w:r>
      <w:proofErr w:type="spellStart"/>
      <w:r>
        <w:t>conservar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mensaje</w:t>
      </w:r>
      <w:proofErr w:type="spellEnd"/>
      <w:r>
        <w:t xml:space="preserve"> literal, </w:t>
      </w:r>
      <w:proofErr w:type="spellStart"/>
      <w:r>
        <w:t>fecha</w:t>
      </w:r>
      <w:proofErr w:type="spellEnd"/>
      <w:r>
        <w:t xml:space="preserve"> y hora, </w:t>
      </w:r>
      <w:proofErr w:type="spellStart"/>
      <w:r>
        <w:t>responsable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lo </w:t>
      </w:r>
      <w:proofErr w:type="spellStart"/>
      <w:r>
        <w:t>observó</w:t>
      </w:r>
      <w:proofErr w:type="spellEnd"/>
      <w:r>
        <w:t xml:space="preserve">,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iniciales</w:t>
      </w:r>
      <w:proofErr w:type="spellEnd"/>
      <w:r>
        <w:t xml:space="preserve">, persona a </w:t>
      </w:r>
      <w:proofErr w:type="spellStart"/>
      <w:r>
        <w:t>quien</w:t>
      </w:r>
      <w:proofErr w:type="spellEnd"/>
      <w:r>
        <w:t xml:space="preserve"> se </w:t>
      </w:r>
      <w:proofErr w:type="spellStart"/>
      <w:r>
        <w:t>informó</w:t>
      </w:r>
      <w:proofErr w:type="spellEnd"/>
      <w:r>
        <w:t xml:space="preserve">, </w:t>
      </w:r>
      <w:proofErr w:type="spellStart"/>
      <w:r>
        <w:t>decisión</w:t>
      </w:r>
      <w:proofErr w:type="spellEnd"/>
      <w:r>
        <w:t xml:space="preserve"> </w:t>
      </w:r>
      <w:proofErr w:type="spellStart"/>
      <w:r>
        <w:t>adoptada</w:t>
      </w:r>
      <w:proofErr w:type="spellEnd"/>
      <w:r>
        <w:t xml:space="preserve"> y </w:t>
      </w:r>
      <w:proofErr w:type="spellStart"/>
      <w:r>
        <w:t>estado</w:t>
      </w:r>
      <w:proofErr w:type="spellEnd"/>
      <w:r>
        <w:t xml:space="preserve"> final. No basta registrar “se </w:t>
      </w:r>
      <w:proofErr w:type="spellStart"/>
      <w:r>
        <w:t>arregló</w:t>
      </w:r>
      <w:proofErr w:type="spellEnd"/>
      <w:r>
        <w:t xml:space="preserve"> panel”; es </w:t>
      </w:r>
      <w:proofErr w:type="spellStart"/>
      <w:r>
        <w:t>preciso</w:t>
      </w:r>
      <w:proofErr w:type="spellEnd"/>
      <w:r>
        <w:t xml:space="preserve"> </w:t>
      </w:r>
      <w:proofErr w:type="spellStart"/>
      <w:r>
        <w:t>identificar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falló</w:t>
      </w:r>
      <w:proofErr w:type="spellEnd"/>
      <w:r>
        <w:t xml:space="preserve"> y </w:t>
      </w:r>
      <w:proofErr w:type="spellStart"/>
      <w:r>
        <w:t>cómo</w:t>
      </w:r>
      <w:proofErr w:type="spellEnd"/>
      <w:r>
        <w:t xml:space="preserve"> se </w:t>
      </w:r>
      <w:proofErr w:type="spellStart"/>
      <w:r>
        <w:t>confirmó</w:t>
      </w:r>
      <w:proofErr w:type="spellEnd"/>
      <w:r>
        <w:t xml:space="preserve"> la </w:t>
      </w:r>
      <w:proofErr w:type="spellStart"/>
      <w:r>
        <w:t>restitución</w:t>
      </w:r>
      <w:proofErr w:type="spellEnd"/>
      <w:r>
        <w:t>.</w:t>
      </w:r>
    </w:p>
    <w:p w14:paraId="28BEB4E6" w14:textId="77777777" w:rsidR="000767AF" w:rsidRDefault="00000000">
      <w:r>
        <w:t xml:space="preserve">La hora del </w:t>
      </w:r>
      <w:proofErr w:type="spellStart"/>
      <w:r>
        <w:t>controlador</w:t>
      </w:r>
      <w:proofErr w:type="spellEnd"/>
      <w:r>
        <w:t xml:space="preserve"> y la hora </w:t>
      </w:r>
      <w:proofErr w:type="spellStart"/>
      <w:r>
        <w:t>registrada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operador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diferir</w:t>
      </w:r>
      <w:proofErr w:type="spellEnd"/>
      <w:r>
        <w:t xml:space="preserve">. Esta </w:t>
      </w:r>
      <w:proofErr w:type="spellStart"/>
      <w:r>
        <w:t>diferencia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quedar</w:t>
      </w:r>
      <w:proofErr w:type="spellEnd"/>
      <w:r>
        <w:t xml:space="preserve"> </w:t>
      </w:r>
      <w:proofErr w:type="spellStart"/>
      <w:r>
        <w:t>consignada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afecte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análisis</w:t>
      </w:r>
      <w:proofErr w:type="spellEnd"/>
      <w:r>
        <w:t xml:space="preserve"> del </w:t>
      </w:r>
      <w:proofErr w:type="spellStart"/>
      <w:r>
        <w:t>incidente</w:t>
      </w:r>
      <w:proofErr w:type="spellEnd"/>
      <w:r>
        <w:t xml:space="preserve">; no </w:t>
      </w:r>
      <w:proofErr w:type="spellStart"/>
      <w:r>
        <w:t>ajustar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reloj</w:t>
      </w:r>
      <w:proofErr w:type="spellEnd"/>
      <w:r>
        <w:t xml:space="preserve"> del panel sin </w:t>
      </w:r>
      <w:proofErr w:type="spellStart"/>
      <w:r>
        <w:t>permiso</w:t>
      </w:r>
      <w:proofErr w:type="spellEnd"/>
      <w: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37"/>
        <w:gridCol w:w="4637"/>
      </w:tblGrid>
      <w:tr w:rsidR="000767AF" w14:paraId="5FBCA05D" w14:textId="77777777">
        <w:tc>
          <w:tcPr>
            <w:tcW w:w="4637" w:type="dxa"/>
            <w:shd w:val="clear" w:color="auto" w:fill="DDECF5"/>
          </w:tcPr>
          <w:p w14:paraId="372E9C98" w14:textId="77777777" w:rsidR="000767AF" w:rsidRDefault="00000000">
            <w:r>
              <w:rPr>
                <w:b/>
              </w:rPr>
              <w:t>Dato</w:t>
            </w:r>
          </w:p>
        </w:tc>
        <w:tc>
          <w:tcPr>
            <w:tcW w:w="4637" w:type="dxa"/>
            <w:shd w:val="clear" w:color="auto" w:fill="DDECF5"/>
          </w:tcPr>
          <w:p w14:paraId="123A402C" w14:textId="77777777" w:rsidR="000767AF" w:rsidRDefault="00000000">
            <w:proofErr w:type="spellStart"/>
            <w:r>
              <w:rPr>
                <w:b/>
              </w:rPr>
              <w:t>Ejemplo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didáctico</w:t>
            </w:r>
            <w:proofErr w:type="spellEnd"/>
          </w:p>
        </w:tc>
      </w:tr>
      <w:tr w:rsidR="000767AF" w14:paraId="143D8D7B" w14:textId="77777777">
        <w:tc>
          <w:tcPr>
            <w:tcW w:w="4637" w:type="dxa"/>
          </w:tcPr>
          <w:p w14:paraId="6260FB75" w14:textId="77777777" w:rsidR="000767AF" w:rsidRDefault="00000000">
            <w:proofErr w:type="spellStart"/>
            <w:r>
              <w:t>Fecha</w:t>
            </w:r>
            <w:proofErr w:type="spellEnd"/>
            <w:r>
              <w:t xml:space="preserve"> y hora de </w:t>
            </w:r>
            <w:proofErr w:type="spellStart"/>
            <w:r>
              <w:t>detección</w:t>
            </w:r>
            <w:proofErr w:type="spellEnd"/>
          </w:p>
        </w:tc>
        <w:tc>
          <w:tcPr>
            <w:tcW w:w="4637" w:type="dxa"/>
          </w:tcPr>
          <w:p w14:paraId="3D9B9205" w14:textId="77777777" w:rsidR="000767AF" w:rsidRDefault="00000000">
            <w:r>
              <w:t>27/10/2026, 10:22</w:t>
            </w:r>
          </w:p>
        </w:tc>
      </w:tr>
      <w:tr w:rsidR="000767AF" w14:paraId="5677F1DD" w14:textId="77777777">
        <w:tc>
          <w:tcPr>
            <w:tcW w:w="4637" w:type="dxa"/>
          </w:tcPr>
          <w:p w14:paraId="18695BFC" w14:textId="77777777" w:rsidR="000767AF" w:rsidRDefault="00000000">
            <w:r>
              <w:lastRenderedPageBreak/>
              <w:t xml:space="preserve">Tipo y </w:t>
            </w:r>
            <w:proofErr w:type="spellStart"/>
            <w:r>
              <w:t>mensaje</w:t>
            </w:r>
            <w:proofErr w:type="spellEnd"/>
            <w:r>
              <w:t xml:space="preserve"> literal</w:t>
            </w:r>
          </w:p>
        </w:tc>
        <w:tc>
          <w:tcPr>
            <w:tcW w:w="4637" w:type="dxa"/>
          </w:tcPr>
          <w:p w14:paraId="1CFAA425" w14:textId="77777777" w:rsidR="000767AF" w:rsidRDefault="00000000">
            <w:r>
              <w:t xml:space="preserve">TROUBLE / </w:t>
            </w:r>
            <w:proofErr w:type="spellStart"/>
            <w:r>
              <w:t>ejemplo</w:t>
            </w:r>
            <w:proofErr w:type="spellEnd"/>
            <w:r>
              <w:t xml:space="preserve"> de </w:t>
            </w:r>
            <w:proofErr w:type="spellStart"/>
            <w:r>
              <w:t>circuito</w:t>
            </w:r>
            <w:proofErr w:type="spellEnd"/>
            <w:r>
              <w:t xml:space="preserve"> </w:t>
            </w:r>
            <w:proofErr w:type="spellStart"/>
            <w:r>
              <w:t>supervisado</w:t>
            </w:r>
            <w:proofErr w:type="spellEnd"/>
          </w:p>
        </w:tc>
      </w:tr>
      <w:tr w:rsidR="000767AF" w14:paraId="511A55EF" w14:textId="77777777">
        <w:tc>
          <w:tcPr>
            <w:tcW w:w="4637" w:type="dxa"/>
          </w:tcPr>
          <w:p w14:paraId="52867DA1" w14:textId="77777777" w:rsidR="000767AF" w:rsidRDefault="00000000">
            <w:proofErr w:type="spellStart"/>
            <w:r>
              <w:t>Ubicación</w:t>
            </w:r>
            <w:proofErr w:type="spellEnd"/>
            <w:r>
              <w:t xml:space="preserve"> / punto</w:t>
            </w:r>
          </w:p>
        </w:tc>
        <w:tc>
          <w:tcPr>
            <w:tcW w:w="4637" w:type="dxa"/>
          </w:tcPr>
          <w:p w14:paraId="0C8E7B3C" w14:textId="77777777" w:rsidR="000767AF" w:rsidRDefault="00000000">
            <w:r>
              <w:t xml:space="preserve">Sector B, </w:t>
            </w:r>
            <w:proofErr w:type="spellStart"/>
            <w:r>
              <w:t>dispositivo</w:t>
            </w:r>
            <w:proofErr w:type="spellEnd"/>
            <w:r>
              <w:t xml:space="preserve"> 025</w:t>
            </w:r>
          </w:p>
        </w:tc>
      </w:tr>
      <w:tr w:rsidR="000767AF" w14:paraId="6176910F" w14:textId="77777777">
        <w:tc>
          <w:tcPr>
            <w:tcW w:w="4637" w:type="dxa"/>
          </w:tcPr>
          <w:p w14:paraId="7A5F80F2" w14:textId="77777777" w:rsidR="000767AF" w:rsidRDefault="00000000">
            <w:proofErr w:type="spellStart"/>
            <w:r>
              <w:t>Acción</w:t>
            </w:r>
            <w:proofErr w:type="spellEnd"/>
            <w:r>
              <w:t xml:space="preserve"> </w:t>
            </w:r>
            <w:proofErr w:type="spellStart"/>
            <w:r>
              <w:t>inmediata</w:t>
            </w:r>
            <w:proofErr w:type="spellEnd"/>
          </w:p>
        </w:tc>
        <w:tc>
          <w:tcPr>
            <w:tcW w:w="4637" w:type="dxa"/>
          </w:tcPr>
          <w:p w14:paraId="3CE2BCEC" w14:textId="77777777" w:rsidR="000767AF" w:rsidRDefault="00000000">
            <w:r>
              <w:t xml:space="preserve">Se </w:t>
            </w:r>
            <w:proofErr w:type="spellStart"/>
            <w:r>
              <w:t>notifica</w:t>
            </w:r>
            <w:proofErr w:type="spellEnd"/>
            <w:r>
              <w:t xml:space="preserve"> al </w:t>
            </w:r>
            <w:proofErr w:type="spellStart"/>
            <w:r>
              <w:t>responsable</w:t>
            </w:r>
            <w:proofErr w:type="spellEnd"/>
            <w:r>
              <w:t xml:space="preserve">; sin </w:t>
            </w:r>
            <w:proofErr w:type="spellStart"/>
            <w:r>
              <w:t>maniobra</w:t>
            </w:r>
            <w:proofErr w:type="spellEnd"/>
            <w:r>
              <w:t xml:space="preserve"> de reset</w:t>
            </w:r>
          </w:p>
        </w:tc>
      </w:tr>
      <w:tr w:rsidR="000767AF" w14:paraId="7C1A09F7" w14:textId="77777777">
        <w:tc>
          <w:tcPr>
            <w:tcW w:w="4637" w:type="dxa"/>
          </w:tcPr>
          <w:p w14:paraId="1CA7D8CC" w14:textId="77777777" w:rsidR="000767AF" w:rsidRDefault="00000000">
            <w:proofErr w:type="spellStart"/>
            <w:r>
              <w:t>Seguimiento</w:t>
            </w:r>
            <w:proofErr w:type="spellEnd"/>
          </w:p>
        </w:tc>
        <w:tc>
          <w:tcPr>
            <w:tcW w:w="4637" w:type="dxa"/>
          </w:tcPr>
          <w:p w14:paraId="6E34D69C" w14:textId="77777777" w:rsidR="000767AF" w:rsidRDefault="00000000">
            <w:r>
              <w:t xml:space="preserve">Orden de </w:t>
            </w:r>
            <w:proofErr w:type="spellStart"/>
            <w:r>
              <w:t>servicio</w:t>
            </w:r>
            <w:proofErr w:type="spellEnd"/>
            <w:r>
              <w:t xml:space="preserve"> y hora </w:t>
            </w:r>
            <w:proofErr w:type="spellStart"/>
            <w:r>
              <w:t>estimada</w:t>
            </w:r>
            <w:proofErr w:type="spellEnd"/>
            <w:r>
              <w:t xml:space="preserve"> de </w:t>
            </w:r>
            <w:proofErr w:type="spellStart"/>
            <w:r>
              <w:t>atención</w:t>
            </w:r>
            <w:proofErr w:type="spellEnd"/>
          </w:p>
        </w:tc>
      </w:tr>
      <w:tr w:rsidR="000767AF" w14:paraId="05464D47" w14:textId="77777777">
        <w:tc>
          <w:tcPr>
            <w:tcW w:w="4637" w:type="dxa"/>
          </w:tcPr>
          <w:p w14:paraId="0DFD4D22" w14:textId="77777777" w:rsidR="000767AF" w:rsidRDefault="00000000">
            <w:r>
              <w:t>Cierre</w:t>
            </w:r>
          </w:p>
        </w:tc>
        <w:tc>
          <w:tcPr>
            <w:tcW w:w="4637" w:type="dxa"/>
          </w:tcPr>
          <w:p w14:paraId="4984C354" w14:textId="77777777" w:rsidR="000767AF" w:rsidRDefault="00000000">
            <w:proofErr w:type="spellStart"/>
            <w:r>
              <w:t>Verificación</w:t>
            </w:r>
            <w:proofErr w:type="spellEnd"/>
            <w:r>
              <w:t xml:space="preserve"> </w:t>
            </w:r>
            <w:proofErr w:type="spellStart"/>
            <w:r>
              <w:t>autorizada</w:t>
            </w:r>
            <w:proofErr w:type="spellEnd"/>
            <w:r>
              <w:t xml:space="preserve">; </w:t>
            </w:r>
            <w:proofErr w:type="spellStart"/>
            <w:r>
              <w:t>registro</w:t>
            </w:r>
            <w:proofErr w:type="spellEnd"/>
            <w:r>
              <w:t xml:space="preserve"> y </w:t>
            </w:r>
            <w:proofErr w:type="spellStart"/>
            <w:r>
              <w:t>conformidad</w:t>
            </w:r>
            <w:proofErr w:type="spellEnd"/>
          </w:p>
        </w:tc>
      </w:tr>
    </w:tbl>
    <w:p w14:paraId="750F5583" w14:textId="77777777" w:rsidR="000767AF" w:rsidRDefault="00000000">
      <w:r>
        <w:rPr>
          <w:b/>
        </w:rPr>
        <w:t xml:space="preserve">Punto de control para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alumno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identifique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mensaje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exacto</w:t>
      </w:r>
      <w:proofErr w:type="spellEnd"/>
      <w:r>
        <w:rPr>
          <w:b/>
        </w:rPr>
        <w:t xml:space="preserve">, la </w:t>
      </w:r>
      <w:proofErr w:type="spellStart"/>
      <w:r>
        <w:rPr>
          <w:b/>
        </w:rPr>
        <w:t>función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afectada</w:t>
      </w:r>
      <w:proofErr w:type="spellEnd"/>
      <w:r>
        <w:rPr>
          <w:b/>
        </w:rPr>
        <w:t xml:space="preserve">, la persona </w:t>
      </w:r>
      <w:proofErr w:type="spellStart"/>
      <w:r>
        <w:rPr>
          <w:b/>
        </w:rPr>
        <w:t>responsable</w:t>
      </w:r>
      <w:proofErr w:type="spellEnd"/>
      <w:r>
        <w:rPr>
          <w:b/>
        </w:rPr>
        <w:t xml:space="preserve"> y la </w:t>
      </w:r>
      <w:proofErr w:type="spellStart"/>
      <w:r>
        <w:rPr>
          <w:b/>
        </w:rPr>
        <w:t>evidencia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necesaria</w:t>
      </w:r>
      <w:proofErr w:type="spellEnd"/>
      <w:r>
        <w:rPr>
          <w:b/>
        </w:rPr>
        <w:t xml:space="preserve"> antes de </w:t>
      </w:r>
      <w:proofErr w:type="spellStart"/>
      <w:r>
        <w:rPr>
          <w:b/>
        </w:rPr>
        <w:t>cerrar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evento</w:t>
      </w:r>
      <w:proofErr w:type="spellEnd"/>
      <w:r>
        <w:rPr>
          <w:b/>
        </w:rPr>
        <w:t>.</w:t>
      </w:r>
    </w:p>
    <w:p w14:paraId="68506FAF" w14:textId="77777777" w:rsidR="000767AF" w:rsidRDefault="00000000">
      <w:pPr>
        <w:spacing w:before="220" w:after="100"/>
      </w:pPr>
      <w:r>
        <w:rPr>
          <w:b/>
          <w:color w:val="12194D"/>
          <w:sz w:val="26"/>
        </w:rPr>
        <w:t xml:space="preserve">6.8 </w:t>
      </w:r>
      <w:proofErr w:type="spellStart"/>
      <w:r>
        <w:rPr>
          <w:b/>
          <w:color w:val="12194D"/>
          <w:sz w:val="26"/>
        </w:rPr>
        <w:t>Diferencias</w:t>
      </w:r>
      <w:proofErr w:type="spellEnd"/>
      <w:r>
        <w:rPr>
          <w:b/>
          <w:color w:val="12194D"/>
          <w:sz w:val="26"/>
        </w:rPr>
        <w:t xml:space="preserve"> entre </w:t>
      </w:r>
      <w:proofErr w:type="spellStart"/>
      <w:r>
        <w:rPr>
          <w:b/>
          <w:color w:val="12194D"/>
          <w:sz w:val="26"/>
        </w:rPr>
        <w:t>reconocer</w:t>
      </w:r>
      <w:proofErr w:type="spellEnd"/>
      <w:r>
        <w:rPr>
          <w:b/>
          <w:color w:val="12194D"/>
          <w:sz w:val="26"/>
        </w:rPr>
        <w:t xml:space="preserve">, </w:t>
      </w:r>
      <w:proofErr w:type="spellStart"/>
      <w:r>
        <w:rPr>
          <w:b/>
          <w:color w:val="12194D"/>
          <w:sz w:val="26"/>
        </w:rPr>
        <w:t>silenciar</w:t>
      </w:r>
      <w:proofErr w:type="spellEnd"/>
      <w:r>
        <w:rPr>
          <w:b/>
          <w:color w:val="12194D"/>
          <w:sz w:val="26"/>
        </w:rPr>
        <w:t xml:space="preserve"> y </w:t>
      </w:r>
      <w:proofErr w:type="spellStart"/>
      <w:r>
        <w:rPr>
          <w:b/>
          <w:color w:val="12194D"/>
          <w:sz w:val="26"/>
        </w:rPr>
        <w:t>reiniciar</w:t>
      </w:r>
      <w:proofErr w:type="spellEnd"/>
    </w:p>
    <w:p w14:paraId="70D97865" w14:textId="77777777" w:rsidR="000767AF" w:rsidRDefault="00000000">
      <w:r>
        <w:t xml:space="preserve">RECONOCER (ACKNOWLEDGE)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confirmar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un </w:t>
      </w:r>
      <w:proofErr w:type="spellStart"/>
      <w:r>
        <w:t>operador</w:t>
      </w:r>
      <w:proofErr w:type="spellEnd"/>
      <w:r>
        <w:t xml:space="preserve"> ha </w:t>
      </w:r>
      <w:proofErr w:type="spellStart"/>
      <w:r>
        <w:t>recibido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aviso y, </w:t>
      </w:r>
      <w:proofErr w:type="spellStart"/>
      <w:r>
        <w:t>según</w:t>
      </w:r>
      <w:proofErr w:type="spellEnd"/>
      <w:r>
        <w:t xml:space="preserve"> la </w:t>
      </w:r>
      <w:proofErr w:type="spellStart"/>
      <w:r>
        <w:t>configuración</w:t>
      </w:r>
      <w:proofErr w:type="spellEnd"/>
      <w:r>
        <w:t xml:space="preserve">, </w:t>
      </w:r>
      <w:proofErr w:type="spellStart"/>
      <w:r>
        <w:t>modificar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sonido</w:t>
      </w:r>
      <w:proofErr w:type="spellEnd"/>
      <w:r>
        <w:t xml:space="preserve"> del panel </w:t>
      </w:r>
      <w:proofErr w:type="spellStart"/>
      <w:r>
        <w:t>o</w:t>
      </w:r>
      <w:proofErr w:type="spellEnd"/>
      <w:r>
        <w:t xml:space="preserve"> la </w:t>
      </w:r>
      <w:proofErr w:type="spellStart"/>
      <w:r>
        <w:t>representación</w:t>
      </w:r>
      <w:proofErr w:type="spellEnd"/>
      <w:r>
        <w:t xml:space="preserve"> de </w:t>
      </w:r>
      <w:proofErr w:type="spellStart"/>
      <w:r>
        <w:t>indicadores</w:t>
      </w:r>
      <w:proofErr w:type="spellEnd"/>
      <w:r>
        <w:t xml:space="preserve">. No </w:t>
      </w:r>
      <w:proofErr w:type="spellStart"/>
      <w:r>
        <w:t>elimina</w:t>
      </w:r>
      <w:proofErr w:type="spellEnd"/>
      <w:r>
        <w:t xml:space="preserve"> la </w:t>
      </w:r>
      <w:proofErr w:type="spellStart"/>
      <w:r>
        <w:t>condición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lo </w:t>
      </w:r>
      <w:proofErr w:type="spellStart"/>
      <w:r>
        <w:t>originó</w:t>
      </w:r>
      <w:proofErr w:type="spellEnd"/>
      <w:r>
        <w:t>.</w:t>
      </w:r>
    </w:p>
    <w:p w14:paraId="61ECA324" w14:textId="77777777" w:rsidR="000767AF" w:rsidRDefault="00000000">
      <w:r>
        <w:t xml:space="preserve">SILENCIAR (SILENCE)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detener</w:t>
      </w:r>
      <w:proofErr w:type="spellEnd"/>
      <w:r>
        <w:t xml:space="preserve"> </w:t>
      </w:r>
      <w:proofErr w:type="spellStart"/>
      <w:r>
        <w:t>señales</w:t>
      </w:r>
      <w:proofErr w:type="spellEnd"/>
      <w:r>
        <w:t xml:space="preserve"> </w:t>
      </w:r>
      <w:proofErr w:type="spellStart"/>
      <w:r>
        <w:t>acústicas</w:t>
      </w:r>
      <w:proofErr w:type="spellEnd"/>
      <w:r>
        <w:t xml:space="preserve"> del panel y/o </w:t>
      </w:r>
      <w:proofErr w:type="spellStart"/>
      <w:r>
        <w:t>determinadas</w:t>
      </w:r>
      <w:proofErr w:type="spellEnd"/>
      <w:r>
        <w:t xml:space="preserve"> </w:t>
      </w:r>
      <w:proofErr w:type="spellStart"/>
      <w:r>
        <w:t>salidas</w:t>
      </w:r>
      <w:proofErr w:type="spellEnd"/>
      <w:r>
        <w:t xml:space="preserve"> </w:t>
      </w:r>
      <w:proofErr w:type="spellStart"/>
      <w:r>
        <w:t>configuradas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silenciables</w:t>
      </w:r>
      <w:proofErr w:type="spellEnd"/>
      <w:r>
        <w:t xml:space="preserve">; no </w:t>
      </w:r>
      <w:proofErr w:type="spellStart"/>
      <w:r>
        <w:t>garantiza</w:t>
      </w:r>
      <w:proofErr w:type="spellEnd"/>
      <w:r>
        <w:t xml:space="preserve"> </w:t>
      </w:r>
      <w:proofErr w:type="spellStart"/>
      <w:r>
        <w:t>detener</w:t>
      </w:r>
      <w:proofErr w:type="spellEnd"/>
      <w:r>
        <w:t xml:space="preserve"> </w:t>
      </w:r>
      <w:proofErr w:type="spellStart"/>
      <w:r>
        <w:t>equipos</w:t>
      </w:r>
      <w:proofErr w:type="spellEnd"/>
      <w:r>
        <w:t xml:space="preserve"> de </w:t>
      </w:r>
      <w:proofErr w:type="spellStart"/>
      <w:r>
        <w:t>descarga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equivale a </w:t>
      </w:r>
      <w:proofErr w:type="spellStart"/>
      <w:r>
        <w:t>desactivar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peligro</w:t>
      </w:r>
      <w:proofErr w:type="spellEnd"/>
      <w:r>
        <w:t xml:space="preserve">. Antes de usar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función</w:t>
      </w:r>
      <w:proofErr w:type="spellEnd"/>
      <w:r>
        <w:t xml:space="preserve"> se </w:t>
      </w:r>
      <w:proofErr w:type="spellStart"/>
      <w:r>
        <w:t>requiere</w:t>
      </w:r>
      <w:proofErr w:type="spellEnd"/>
      <w:r>
        <w:t xml:space="preserve"> </w:t>
      </w:r>
      <w:proofErr w:type="spellStart"/>
      <w:r>
        <w:t>autorización</w:t>
      </w:r>
      <w:proofErr w:type="spellEnd"/>
      <w:r>
        <w:t xml:space="preserve"> y </w:t>
      </w:r>
      <w:proofErr w:type="spellStart"/>
      <w:r>
        <w:t>comprensión</w:t>
      </w:r>
      <w:proofErr w:type="spellEnd"/>
      <w:r>
        <w:t xml:space="preserve"> de las </w:t>
      </w:r>
      <w:proofErr w:type="spellStart"/>
      <w:r>
        <w:t>consecuencias</w:t>
      </w:r>
      <w:proofErr w:type="spellEnd"/>
      <w:r>
        <w:t xml:space="preserve"> </w:t>
      </w:r>
      <w:proofErr w:type="spellStart"/>
      <w:r>
        <w:t>operativas</w:t>
      </w:r>
      <w:proofErr w:type="spellEnd"/>
      <w:r>
        <w:t>.</w:t>
      </w:r>
    </w:p>
    <w:p w14:paraId="4E3B7E02" w14:textId="77777777" w:rsidR="000767AF" w:rsidRDefault="00000000">
      <w:r>
        <w:t xml:space="preserve">REINICIAR (RESET) </w:t>
      </w:r>
      <w:proofErr w:type="spellStart"/>
      <w:r>
        <w:t>solicita</w:t>
      </w:r>
      <w:proofErr w:type="spellEnd"/>
      <w:r>
        <w:t xml:space="preserve"> </w:t>
      </w:r>
      <w:proofErr w:type="spellStart"/>
      <w:r>
        <w:t>restablecer</w:t>
      </w:r>
      <w:proofErr w:type="spellEnd"/>
      <w:r>
        <w:t xml:space="preserve"> </w:t>
      </w:r>
      <w:proofErr w:type="spellStart"/>
      <w:r>
        <w:t>estados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lo </w:t>
      </w:r>
      <w:proofErr w:type="spellStart"/>
      <w:r>
        <w:t>permiten</w:t>
      </w:r>
      <w:proofErr w:type="spellEnd"/>
      <w:r>
        <w:t xml:space="preserve"> y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reiniciar</w:t>
      </w:r>
      <w:proofErr w:type="spellEnd"/>
      <w:r>
        <w:t xml:space="preserve"> </w:t>
      </w:r>
      <w:proofErr w:type="spellStart"/>
      <w:r>
        <w:t>componentes</w:t>
      </w:r>
      <w:proofErr w:type="spellEnd"/>
      <w:r>
        <w:t xml:space="preserve"> o </w:t>
      </w:r>
      <w:proofErr w:type="spellStart"/>
      <w:r>
        <w:t>ciertas</w:t>
      </w:r>
      <w:proofErr w:type="spellEnd"/>
      <w:r>
        <w:t xml:space="preserve"> </w:t>
      </w:r>
      <w:proofErr w:type="spellStart"/>
      <w:r>
        <w:t>salidas</w:t>
      </w:r>
      <w:proofErr w:type="spellEnd"/>
      <w:r>
        <w:t xml:space="preserve">. No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utilizarse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sustituto</w:t>
      </w:r>
      <w:proofErr w:type="spellEnd"/>
      <w:r>
        <w:t xml:space="preserve"> de </w:t>
      </w:r>
      <w:proofErr w:type="spellStart"/>
      <w:r>
        <w:t>investigación</w:t>
      </w:r>
      <w:proofErr w:type="spellEnd"/>
      <w:r>
        <w:t xml:space="preserve">. Si </w:t>
      </w:r>
      <w:proofErr w:type="spellStart"/>
      <w:r>
        <w:t>persiste</w:t>
      </w:r>
      <w:proofErr w:type="spellEnd"/>
      <w:r>
        <w:t xml:space="preserve"> la causa, </w:t>
      </w:r>
      <w:proofErr w:type="spellStart"/>
      <w:r>
        <w:t>el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reaparecer</w:t>
      </w:r>
      <w:proofErr w:type="spellEnd"/>
      <w:r>
        <w:t xml:space="preserve"> o </w:t>
      </w:r>
      <w:proofErr w:type="spellStart"/>
      <w:r>
        <w:t>el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continuar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condición</w:t>
      </w:r>
      <w:proofErr w:type="spellEnd"/>
      <w:r>
        <w:t xml:space="preserve"> </w:t>
      </w:r>
      <w:proofErr w:type="spellStart"/>
      <w:r>
        <w:t>anómala</w:t>
      </w:r>
      <w:proofErr w:type="spellEnd"/>
      <w:r>
        <w:t>.</w:t>
      </w:r>
    </w:p>
    <w:p w14:paraId="5B5DFC13" w14:textId="77777777" w:rsidR="000767AF" w:rsidRDefault="00000000">
      <w:r>
        <w:t xml:space="preserve">En </w:t>
      </w:r>
      <w:proofErr w:type="spellStart"/>
      <w:r>
        <w:t>sistemas</w:t>
      </w:r>
      <w:proofErr w:type="spellEnd"/>
      <w:r>
        <w:t xml:space="preserve"> de </w:t>
      </w:r>
      <w:proofErr w:type="spellStart"/>
      <w:r>
        <w:t>extinción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liberación</w:t>
      </w:r>
      <w:proofErr w:type="spellEnd"/>
      <w:r>
        <w:t xml:space="preserve"> </w:t>
      </w:r>
      <w:proofErr w:type="spellStart"/>
      <w:r>
        <w:t>consumada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requerir</w:t>
      </w:r>
      <w:proofErr w:type="spellEnd"/>
      <w:r>
        <w:t xml:space="preserve"> </w:t>
      </w:r>
      <w:proofErr w:type="spellStart"/>
      <w:r>
        <w:t>acciones</w:t>
      </w:r>
      <w:proofErr w:type="spellEnd"/>
      <w:r>
        <w:t xml:space="preserve"> </w:t>
      </w:r>
      <w:proofErr w:type="spellStart"/>
      <w:r>
        <w:t>mecánicas</w:t>
      </w:r>
      <w:proofErr w:type="spellEnd"/>
      <w:r>
        <w:t xml:space="preserve"> y </w:t>
      </w:r>
      <w:proofErr w:type="spellStart"/>
      <w:r>
        <w:t>reposición</w:t>
      </w:r>
      <w:proofErr w:type="spellEnd"/>
      <w:r>
        <w:t xml:space="preserve"> de </w:t>
      </w:r>
      <w:proofErr w:type="spellStart"/>
      <w:r>
        <w:t>agente</w:t>
      </w:r>
      <w:proofErr w:type="spellEnd"/>
      <w:r>
        <w:t xml:space="preserve"> o </w:t>
      </w:r>
      <w:proofErr w:type="spellStart"/>
      <w:r>
        <w:t>actuadores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un </w:t>
      </w:r>
      <w:proofErr w:type="spellStart"/>
      <w:r>
        <w:t>distribuidor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. Un reset de panel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sí</w:t>
      </w:r>
      <w:proofErr w:type="spellEnd"/>
      <w:r>
        <w:t xml:space="preserve"> solo no </w:t>
      </w:r>
      <w:proofErr w:type="spellStart"/>
      <w:r>
        <w:t>demuestra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recuperó</w:t>
      </w:r>
      <w:proofErr w:type="spellEnd"/>
      <w:r>
        <w:t xml:space="preserve"> la </w:t>
      </w:r>
      <w:proofErr w:type="spellStart"/>
      <w:r>
        <w:t>capacidad</w:t>
      </w:r>
      <w:proofErr w:type="spellEnd"/>
      <w:r>
        <w:t xml:space="preserve"> de </w:t>
      </w:r>
      <w:proofErr w:type="spellStart"/>
      <w:r>
        <w:t>extinción</w:t>
      </w:r>
      <w:proofErr w:type="spellEnd"/>
      <w: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91"/>
        <w:gridCol w:w="3091"/>
        <w:gridCol w:w="3091"/>
      </w:tblGrid>
      <w:tr w:rsidR="000767AF" w14:paraId="50DEED75" w14:textId="77777777">
        <w:tc>
          <w:tcPr>
            <w:tcW w:w="3091" w:type="dxa"/>
            <w:shd w:val="clear" w:color="auto" w:fill="DDECF5"/>
          </w:tcPr>
          <w:p w14:paraId="3F9C4D94" w14:textId="77777777" w:rsidR="000767AF" w:rsidRDefault="00000000">
            <w:proofErr w:type="spellStart"/>
            <w:r>
              <w:rPr>
                <w:b/>
              </w:rPr>
              <w:t>Acción</w:t>
            </w:r>
            <w:proofErr w:type="spellEnd"/>
          </w:p>
        </w:tc>
        <w:tc>
          <w:tcPr>
            <w:tcW w:w="3091" w:type="dxa"/>
            <w:shd w:val="clear" w:color="auto" w:fill="DDECF5"/>
          </w:tcPr>
          <w:p w14:paraId="6A58F716" w14:textId="77777777" w:rsidR="000767AF" w:rsidRDefault="00000000">
            <w:proofErr w:type="spellStart"/>
            <w:r>
              <w:rPr>
                <w:b/>
              </w:rPr>
              <w:t>Qué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puede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producir</w:t>
            </w:r>
            <w:proofErr w:type="spellEnd"/>
          </w:p>
        </w:tc>
        <w:tc>
          <w:tcPr>
            <w:tcW w:w="3091" w:type="dxa"/>
            <w:shd w:val="clear" w:color="auto" w:fill="DDECF5"/>
          </w:tcPr>
          <w:p w14:paraId="720BFC67" w14:textId="77777777" w:rsidR="000767AF" w:rsidRDefault="00000000">
            <w:proofErr w:type="spellStart"/>
            <w:r>
              <w:rPr>
                <w:b/>
              </w:rPr>
              <w:t>Qué</w:t>
            </w:r>
            <w:proofErr w:type="spellEnd"/>
            <w:r>
              <w:rPr>
                <w:b/>
              </w:rPr>
              <w:t xml:space="preserve"> no </w:t>
            </w:r>
            <w:proofErr w:type="spellStart"/>
            <w:r>
              <w:rPr>
                <w:b/>
              </w:rPr>
              <w:t>garantiza</w:t>
            </w:r>
            <w:proofErr w:type="spellEnd"/>
          </w:p>
        </w:tc>
      </w:tr>
      <w:tr w:rsidR="000767AF" w14:paraId="2AD6542C" w14:textId="77777777">
        <w:tc>
          <w:tcPr>
            <w:tcW w:w="3091" w:type="dxa"/>
          </w:tcPr>
          <w:p w14:paraId="13488D07" w14:textId="77777777" w:rsidR="000767AF" w:rsidRDefault="00000000">
            <w:r>
              <w:t>ACKNOWLEDGE</w:t>
            </w:r>
          </w:p>
        </w:tc>
        <w:tc>
          <w:tcPr>
            <w:tcW w:w="3091" w:type="dxa"/>
          </w:tcPr>
          <w:p w14:paraId="6157121E" w14:textId="77777777" w:rsidR="000767AF" w:rsidRDefault="00000000">
            <w:proofErr w:type="spellStart"/>
            <w:r>
              <w:t>Recepción</w:t>
            </w:r>
            <w:proofErr w:type="spellEnd"/>
            <w:r>
              <w:t xml:space="preserve"> del </w:t>
            </w:r>
            <w:proofErr w:type="spellStart"/>
            <w:r>
              <w:t>evento</w:t>
            </w:r>
            <w:proofErr w:type="spellEnd"/>
            <w:r>
              <w:t xml:space="preserve"> y </w:t>
            </w:r>
            <w:proofErr w:type="spellStart"/>
            <w:r>
              <w:t>gestión</w:t>
            </w:r>
            <w:proofErr w:type="spellEnd"/>
            <w:r>
              <w:t xml:space="preserve"> de </w:t>
            </w:r>
            <w:proofErr w:type="spellStart"/>
            <w:r>
              <w:t>zumbador</w:t>
            </w:r>
            <w:proofErr w:type="spellEnd"/>
            <w:r>
              <w:t xml:space="preserve"> local.</w:t>
            </w:r>
          </w:p>
        </w:tc>
        <w:tc>
          <w:tcPr>
            <w:tcW w:w="3091" w:type="dxa"/>
          </w:tcPr>
          <w:p w14:paraId="645EFB2A" w14:textId="77777777" w:rsidR="000767AF" w:rsidRDefault="00000000">
            <w:r>
              <w:t xml:space="preserve">Resolver </w:t>
            </w:r>
            <w:proofErr w:type="spellStart"/>
            <w:r>
              <w:t>alarma</w:t>
            </w:r>
            <w:proofErr w:type="spellEnd"/>
            <w:r>
              <w:t xml:space="preserve"> o </w:t>
            </w:r>
            <w:proofErr w:type="spellStart"/>
            <w:r>
              <w:t>avería</w:t>
            </w:r>
            <w:proofErr w:type="spellEnd"/>
            <w:r>
              <w:t>.</w:t>
            </w:r>
          </w:p>
        </w:tc>
      </w:tr>
      <w:tr w:rsidR="000767AF" w14:paraId="436B9D38" w14:textId="77777777">
        <w:tc>
          <w:tcPr>
            <w:tcW w:w="3091" w:type="dxa"/>
          </w:tcPr>
          <w:p w14:paraId="7B67F49F" w14:textId="77777777" w:rsidR="000767AF" w:rsidRDefault="00000000">
            <w:r>
              <w:t>SILENCE</w:t>
            </w:r>
          </w:p>
        </w:tc>
        <w:tc>
          <w:tcPr>
            <w:tcW w:w="3091" w:type="dxa"/>
          </w:tcPr>
          <w:p w14:paraId="5E207364" w14:textId="77777777" w:rsidR="000767AF" w:rsidRDefault="00000000">
            <w:r>
              <w:t xml:space="preserve">Silencio de </w:t>
            </w:r>
            <w:proofErr w:type="spellStart"/>
            <w:r>
              <w:t>salidas</w:t>
            </w:r>
            <w:proofErr w:type="spellEnd"/>
            <w:r>
              <w:t xml:space="preserve"> </w:t>
            </w:r>
            <w:proofErr w:type="spellStart"/>
            <w:r>
              <w:t>programadas</w:t>
            </w:r>
            <w:proofErr w:type="spellEnd"/>
            <w:r>
              <w:t xml:space="preserve"> </w:t>
            </w:r>
            <w:proofErr w:type="spellStart"/>
            <w:r>
              <w:t>como</w:t>
            </w:r>
            <w:proofErr w:type="spellEnd"/>
            <w:r>
              <w:t xml:space="preserve"> </w:t>
            </w:r>
            <w:proofErr w:type="spellStart"/>
            <w:r>
              <w:t>silenciables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1DF7B872" w14:textId="77777777" w:rsidR="000767AF" w:rsidRDefault="00000000">
            <w:proofErr w:type="spellStart"/>
            <w:r>
              <w:t>Bloquear</w:t>
            </w:r>
            <w:proofErr w:type="spellEnd"/>
            <w:r>
              <w:t xml:space="preserve"> </w:t>
            </w:r>
            <w:proofErr w:type="spellStart"/>
            <w:r>
              <w:t>liberación</w:t>
            </w:r>
            <w:proofErr w:type="spellEnd"/>
            <w:r>
              <w:t xml:space="preserve"> </w:t>
            </w:r>
            <w:proofErr w:type="spellStart"/>
            <w:r>
              <w:t>ni</w:t>
            </w:r>
            <w:proofErr w:type="spellEnd"/>
            <w:r>
              <w:t xml:space="preserve"> </w:t>
            </w:r>
            <w:proofErr w:type="spellStart"/>
            <w:r>
              <w:t>eliminar</w:t>
            </w:r>
            <w:proofErr w:type="spellEnd"/>
            <w:r>
              <w:t xml:space="preserve"> </w:t>
            </w:r>
            <w:proofErr w:type="spellStart"/>
            <w:r>
              <w:t>riesgo</w:t>
            </w:r>
            <w:proofErr w:type="spellEnd"/>
            <w:r>
              <w:t>.</w:t>
            </w:r>
          </w:p>
        </w:tc>
      </w:tr>
      <w:tr w:rsidR="000767AF" w14:paraId="22A52BC3" w14:textId="77777777">
        <w:tc>
          <w:tcPr>
            <w:tcW w:w="3091" w:type="dxa"/>
          </w:tcPr>
          <w:p w14:paraId="127B42D7" w14:textId="77777777" w:rsidR="000767AF" w:rsidRDefault="00000000">
            <w:r>
              <w:t>RESET</w:t>
            </w:r>
          </w:p>
        </w:tc>
        <w:tc>
          <w:tcPr>
            <w:tcW w:w="3091" w:type="dxa"/>
          </w:tcPr>
          <w:p w14:paraId="1DBFEF40" w14:textId="77777777" w:rsidR="000767AF" w:rsidRDefault="00000000">
            <w:proofErr w:type="spellStart"/>
            <w:r>
              <w:t>Restablecimiento</w:t>
            </w:r>
            <w:proofErr w:type="spellEnd"/>
            <w:r>
              <w:t xml:space="preserve"> </w:t>
            </w:r>
            <w:proofErr w:type="spellStart"/>
            <w:r>
              <w:t>lógico</w:t>
            </w:r>
            <w:proofErr w:type="spellEnd"/>
            <w:r>
              <w:t xml:space="preserve"> bajo </w:t>
            </w:r>
            <w:proofErr w:type="spellStart"/>
            <w:r>
              <w:t>condiciones</w:t>
            </w:r>
            <w:proofErr w:type="spellEnd"/>
            <w:r>
              <w:t xml:space="preserve"> </w:t>
            </w:r>
            <w:proofErr w:type="spellStart"/>
            <w:r>
              <w:t>admitidas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674A261E" w14:textId="77777777" w:rsidR="000767AF" w:rsidRDefault="00000000">
            <w:proofErr w:type="spellStart"/>
            <w:r>
              <w:t>Recargar</w:t>
            </w:r>
            <w:proofErr w:type="spellEnd"/>
            <w:r>
              <w:t xml:space="preserve"> </w:t>
            </w:r>
            <w:proofErr w:type="spellStart"/>
            <w:r>
              <w:t>agente</w:t>
            </w:r>
            <w:proofErr w:type="spellEnd"/>
            <w:r>
              <w:t xml:space="preserve"> o </w:t>
            </w:r>
            <w:proofErr w:type="spellStart"/>
            <w:r>
              <w:t>reparar</w:t>
            </w:r>
            <w:proofErr w:type="spellEnd"/>
            <w:r>
              <w:t xml:space="preserve"> un </w:t>
            </w:r>
            <w:proofErr w:type="spellStart"/>
            <w:r>
              <w:t>circuito</w:t>
            </w:r>
            <w:proofErr w:type="spellEnd"/>
            <w:r>
              <w:t>.</w:t>
            </w:r>
          </w:p>
        </w:tc>
      </w:tr>
    </w:tbl>
    <w:p w14:paraId="358C89AB" w14:textId="77777777" w:rsidR="000767AF" w:rsidRDefault="00000000">
      <w:r>
        <w:rPr>
          <w:b/>
        </w:rPr>
        <w:t xml:space="preserve">Punto de control para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alumno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identifique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mensaje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exacto</w:t>
      </w:r>
      <w:proofErr w:type="spellEnd"/>
      <w:r>
        <w:rPr>
          <w:b/>
        </w:rPr>
        <w:t xml:space="preserve">, la </w:t>
      </w:r>
      <w:proofErr w:type="spellStart"/>
      <w:r>
        <w:rPr>
          <w:b/>
        </w:rPr>
        <w:t>función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afectada</w:t>
      </w:r>
      <w:proofErr w:type="spellEnd"/>
      <w:r>
        <w:rPr>
          <w:b/>
        </w:rPr>
        <w:t xml:space="preserve">, la persona </w:t>
      </w:r>
      <w:proofErr w:type="spellStart"/>
      <w:r>
        <w:rPr>
          <w:b/>
        </w:rPr>
        <w:t>responsable</w:t>
      </w:r>
      <w:proofErr w:type="spellEnd"/>
      <w:r>
        <w:rPr>
          <w:b/>
        </w:rPr>
        <w:t xml:space="preserve"> y la </w:t>
      </w:r>
      <w:proofErr w:type="spellStart"/>
      <w:r>
        <w:rPr>
          <w:b/>
        </w:rPr>
        <w:t>evidencia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necesaria</w:t>
      </w:r>
      <w:proofErr w:type="spellEnd"/>
      <w:r>
        <w:rPr>
          <w:b/>
        </w:rPr>
        <w:t xml:space="preserve"> antes de </w:t>
      </w:r>
      <w:proofErr w:type="spellStart"/>
      <w:r>
        <w:rPr>
          <w:b/>
        </w:rPr>
        <w:t>cerrar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evento</w:t>
      </w:r>
      <w:proofErr w:type="spellEnd"/>
      <w:r>
        <w:rPr>
          <w:b/>
        </w:rPr>
        <w:t>.</w:t>
      </w:r>
    </w:p>
    <w:p w14:paraId="6B8A36F1" w14:textId="77777777" w:rsidR="000767AF" w:rsidRDefault="00000000">
      <w:pPr>
        <w:spacing w:before="220" w:after="100"/>
      </w:pPr>
      <w:r>
        <w:rPr>
          <w:b/>
          <w:color w:val="12194D"/>
          <w:sz w:val="26"/>
        </w:rPr>
        <w:t xml:space="preserve">6.9 </w:t>
      </w:r>
      <w:proofErr w:type="spellStart"/>
      <w:r>
        <w:rPr>
          <w:b/>
          <w:color w:val="12194D"/>
          <w:sz w:val="26"/>
        </w:rPr>
        <w:t>Seguridad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específica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en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sistemas</w:t>
      </w:r>
      <w:proofErr w:type="spellEnd"/>
      <w:r>
        <w:rPr>
          <w:b/>
          <w:color w:val="12194D"/>
          <w:sz w:val="26"/>
        </w:rPr>
        <w:t xml:space="preserve"> de </w:t>
      </w:r>
      <w:proofErr w:type="spellStart"/>
      <w:r>
        <w:rPr>
          <w:b/>
          <w:color w:val="12194D"/>
          <w:sz w:val="26"/>
        </w:rPr>
        <w:t>agente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limpio</w:t>
      </w:r>
      <w:proofErr w:type="spellEnd"/>
      <w:r>
        <w:rPr>
          <w:b/>
          <w:color w:val="12194D"/>
          <w:sz w:val="26"/>
        </w:rPr>
        <w:t xml:space="preserve"> o </w:t>
      </w:r>
      <w:proofErr w:type="spellStart"/>
      <w:r>
        <w:rPr>
          <w:b/>
          <w:color w:val="12194D"/>
          <w:sz w:val="26"/>
        </w:rPr>
        <w:t>liberación</w:t>
      </w:r>
      <w:proofErr w:type="spellEnd"/>
    </w:p>
    <w:p w14:paraId="306AA2E1" w14:textId="77777777" w:rsidR="000767AF" w:rsidRDefault="00000000">
      <w:r>
        <w:t xml:space="preserve">Las </w:t>
      </w:r>
      <w:proofErr w:type="spellStart"/>
      <w:r>
        <w:t>aplicaciones</w:t>
      </w:r>
      <w:proofErr w:type="spellEnd"/>
      <w:r>
        <w:t xml:space="preserve"> de </w:t>
      </w:r>
      <w:proofErr w:type="spellStart"/>
      <w:r>
        <w:t>supresión</w:t>
      </w:r>
      <w:proofErr w:type="spellEnd"/>
      <w:r>
        <w:t xml:space="preserve"> </w:t>
      </w:r>
      <w:proofErr w:type="spellStart"/>
      <w:r>
        <w:t>requieren</w:t>
      </w:r>
      <w:proofErr w:type="spellEnd"/>
      <w:r>
        <w:t xml:space="preserve"> </w:t>
      </w:r>
      <w:proofErr w:type="spellStart"/>
      <w:r>
        <w:t>tratar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práctica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actividad</w:t>
      </w:r>
      <w:proofErr w:type="spellEnd"/>
      <w:r>
        <w:t xml:space="preserve"> de </w:t>
      </w:r>
      <w:proofErr w:type="spellStart"/>
      <w:r>
        <w:t>riesgo</w:t>
      </w:r>
      <w:proofErr w:type="spellEnd"/>
      <w:r>
        <w:t xml:space="preserve"> </w:t>
      </w:r>
      <w:proofErr w:type="spellStart"/>
      <w:r>
        <w:t>elevado</w:t>
      </w:r>
      <w:proofErr w:type="spellEnd"/>
      <w:r>
        <w:t xml:space="preserve">. El panel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gestionar</w:t>
      </w:r>
      <w:proofErr w:type="spellEnd"/>
      <w:r>
        <w:t xml:space="preserve"> </w:t>
      </w:r>
      <w:proofErr w:type="spellStart"/>
      <w:r>
        <w:t>detección</w:t>
      </w:r>
      <w:proofErr w:type="spellEnd"/>
      <w:r>
        <w:t xml:space="preserve"> </w:t>
      </w:r>
      <w:proofErr w:type="spellStart"/>
      <w:r>
        <w:t>cruzada</w:t>
      </w:r>
      <w:proofErr w:type="spellEnd"/>
      <w:r>
        <w:t xml:space="preserve">, </w:t>
      </w:r>
      <w:proofErr w:type="spellStart"/>
      <w:r>
        <w:t>temporización</w:t>
      </w:r>
      <w:proofErr w:type="spellEnd"/>
      <w:r>
        <w:t xml:space="preserve"> de </w:t>
      </w:r>
      <w:proofErr w:type="spellStart"/>
      <w:r>
        <w:t>predescarga</w:t>
      </w:r>
      <w:proofErr w:type="spellEnd"/>
      <w:r>
        <w:t xml:space="preserve">, </w:t>
      </w:r>
      <w:proofErr w:type="spellStart"/>
      <w:r>
        <w:t>estaciones</w:t>
      </w:r>
      <w:proofErr w:type="spellEnd"/>
      <w:r>
        <w:t xml:space="preserve"> </w:t>
      </w:r>
      <w:proofErr w:type="spellStart"/>
      <w:r>
        <w:t>manuales</w:t>
      </w:r>
      <w:proofErr w:type="spellEnd"/>
      <w:r>
        <w:t xml:space="preserve"> de </w:t>
      </w:r>
      <w:proofErr w:type="spellStart"/>
      <w:r>
        <w:t>liberación</w:t>
      </w:r>
      <w:proofErr w:type="spellEnd"/>
      <w:r>
        <w:t xml:space="preserve">, </w:t>
      </w:r>
      <w:proofErr w:type="spellStart"/>
      <w:r>
        <w:t>dispositivos</w:t>
      </w:r>
      <w:proofErr w:type="spellEnd"/>
      <w:r>
        <w:t xml:space="preserve"> de </w:t>
      </w:r>
      <w:proofErr w:type="spellStart"/>
      <w:r>
        <w:t>aborto</w:t>
      </w:r>
      <w:proofErr w:type="spellEnd"/>
      <w:r>
        <w:t xml:space="preserve">, </w:t>
      </w:r>
      <w:proofErr w:type="spellStart"/>
      <w:r>
        <w:t>sirenas</w:t>
      </w:r>
      <w:proofErr w:type="spellEnd"/>
      <w:r>
        <w:t xml:space="preserve">, </w:t>
      </w:r>
      <w:proofErr w:type="spellStart"/>
      <w:r>
        <w:t>letreros</w:t>
      </w:r>
      <w:proofErr w:type="spellEnd"/>
      <w:r>
        <w:t xml:space="preserve"> y </w:t>
      </w:r>
      <w:proofErr w:type="spellStart"/>
      <w:r>
        <w:t>accionamientos</w:t>
      </w:r>
      <w:proofErr w:type="spellEnd"/>
      <w:r>
        <w:t xml:space="preserve">. Cada </w:t>
      </w:r>
      <w:proofErr w:type="spellStart"/>
      <w:r>
        <w:t>instalación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secuencia</w:t>
      </w:r>
      <w:proofErr w:type="spellEnd"/>
      <w:r>
        <w:t xml:space="preserve"> </w:t>
      </w:r>
      <w:proofErr w:type="spellStart"/>
      <w:r>
        <w:t>establecida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matriz</w:t>
      </w:r>
      <w:proofErr w:type="spellEnd"/>
      <w:r>
        <w:t xml:space="preserve"> causa-</w:t>
      </w:r>
      <w:proofErr w:type="spellStart"/>
      <w:r>
        <w:t>efecto</w:t>
      </w:r>
      <w:proofErr w:type="spellEnd"/>
      <w:r>
        <w:t>.</w:t>
      </w:r>
    </w:p>
    <w:p w14:paraId="05F757CD" w14:textId="77777777" w:rsidR="000767AF" w:rsidRDefault="00000000">
      <w:r>
        <w:t xml:space="preserve">Una </w:t>
      </w:r>
      <w:proofErr w:type="spellStart"/>
      <w:r>
        <w:t>señal</w:t>
      </w:r>
      <w:proofErr w:type="spellEnd"/>
      <w:r>
        <w:t xml:space="preserve"> de </w:t>
      </w:r>
      <w:proofErr w:type="spellStart"/>
      <w:r>
        <w:t>predescarga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activar</w:t>
      </w:r>
      <w:proofErr w:type="spellEnd"/>
      <w:r>
        <w:t xml:space="preserve"> la </w:t>
      </w:r>
      <w:proofErr w:type="spellStart"/>
      <w:r>
        <w:t>respuesta</w:t>
      </w:r>
      <w:proofErr w:type="spellEnd"/>
      <w:r>
        <w:t xml:space="preserve"> de </w:t>
      </w:r>
      <w:proofErr w:type="spellStart"/>
      <w:r>
        <w:t>evacuación</w:t>
      </w:r>
      <w:proofErr w:type="spellEnd"/>
      <w:r>
        <w:t xml:space="preserve"> </w:t>
      </w:r>
      <w:proofErr w:type="spellStart"/>
      <w:r>
        <w:t>definida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recinto</w:t>
      </w:r>
      <w:proofErr w:type="spellEnd"/>
      <w:r>
        <w:t xml:space="preserve">. El </w:t>
      </w:r>
      <w:proofErr w:type="spellStart"/>
      <w:r>
        <w:t>participante</w:t>
      </w:r>
      <w:proofErr w:type="spellEnd"/>
      <w:r>
        <w:t xml:space="preserve"> no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permanecer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para </w:t>
      </w:r>
      <w:proofErr w:type="spellStart"/>
      <w:r>
        <w:t>fotografiar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panel, </w:t>
      </w:r>
      <w:proofErr w:type="spellStart"/>
      <w:r>
        <w:t>confirmar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cuenta</w:t>
      </w:r>
      <w:proofErr w:type="spellEnd"/>
      <w:r>
        <w:t xml:space="preserve"> </w:t>
      </w:r>
      <w:proofErr w:type="spellStart"/>
      <w:r>
        <w:t>regresiva</w:t>
      </w:r>
      <w:proofErr w:type="spellEnd"/>
      <w:r>
        <w:t xml:space="preserve"> o </w:t>
      </w:r>
      <w:proofErr w:type="spellStart"/>
      <w:r>
        <w:t>recoger</w:t>
      </w:r>
      <w:proofErr w:type="spellEnd"/>
      <w:r>
        <w:t xml:space="preserve"> </w:t>
      </w:r>
      <w:proofErr w:type="spellStart"/>
      <w:r>
        <w:t>objetos</w:t>
      </w:r>
      <w:proofErr w:type="spellEnd"/>
      <w:r>
        <w:t xml:space="preserve"> </w:t>
      </w:r>
      <w:proofErr w:type="spellStart"/>
      <w:r>
        <w:t>personales</w:t>
      </w:r>
      <w:proofErr w:type="spellEnd"/>
      <w:r>
        <w:t xml:space="preserve">. El </w:t>
      </w:r>
      <w:proofErr w:type="spellStart"/>
      <w:r>
        <w:t>acceso</w:t>
      </w:r>
      <w:proofErr w:type="spellEnd"/>
      <w:r>
        <w:t xml:space="preserve"> se </w:t>
      </w:r>
      <w:proofErr w:type="spellStart"/>
      <w:r>
        <w:t>controla</w:t>
      </w:r>
      <w:proofErr w:type="spellEnd"/>
      <w:r>
        <w:t xml:space="preserve"> </w:t>
      </w:r>
      <w:proofErr w:type="spellStart"/>
      <w:r>
        <w:t>conforme</w:t>
      </w:r>
      <w:proofErr w:type="spellEnd"/>
      <w:r>
        <w:t xml:space="preserve"> a la </w:t>
      </w:r>
      <w:proofErr w:type="spellStart"/>
      <w:r>
        <w:t>emergencia</w:t>
      </w:r>
      <w:proofErr w:type="spellEnd"/>
      <w:r>
        <w:t xml:space="preserve"> y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riesgos</w:t>
      </w:r>
      <w:proofErr w:type="spellEnd"/>
      <w:r>
        <w:t xml:space="preserve"> </w:t>
      </w:r>
      <w:proofErr w:type="spellStart"/>
      <w:r>
        <w:t>específicos</w:t>
      </w:r>
      <w:proofErr w:type="spellEnd"/>
      <w:r>
        <w:t xml:space="preserve"> del </w:t>
      </w:r>
      <w:proofErr w:type="spellStart"/>
      <w:r>
        <w:t>agente</w:t>
      </w:r>
      <w:proofErr w:type="spellEnd"/>
      <w:r>
        <w:t>.</w:t>
      </w:r>
    </w:p>
    <w:p w14:paraId="7CF00093" w14:textId="77777777" w:rsidR="000767AF" w:rsidRDefault="00000000">
      <w:r>
        <w:t xml:space="preserve">La </w:t>
      </w:r>
      <w:proofErr w:type="spellStart"/>
      <w:r>
        <w:t>función</w:t>
      </w:r>
      <w:proofErr w:type="spellEnd"/>
      <w:r>
        <w:t xml:space="preserve"> de </w:t>
      </w:r>
      <w:proofErr w:type="spellStart"/>
      <w:r>
        <w:t>aborto</w:t>
      </w:r>
      <w:proofErr w:type="spellEnd"/>
      <w:r>
        <w:t xml:space="preserve">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exista</w:t>
      </w:r>
      <w:proofErr w:type="spellEnd"/>
      <w:r>
        <w:t xml:space="preserve">, se </w:t>
      </w:r>
      <w:proofErr w:type="spellStart"/>
      <w:r>
        <w:t>rige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</w:t>
      </w:r>
      <w:proofErr w:type="spellStart"/>
      <w:r>
        <w:t>ingeniería</w:t>
      </w:r>
      <w:proofErr w:type="spellEnd"/>
      <w:r>
        <w:t xml:space="preserve"> </w:t>
      </w:r>
      <w:proofErr w:type="spellStart"/>
      <w:r>
        <w:t>instalada</w:t>
      </w:r>
      <w:proofErr w:type="spellEnd"/>
      <w:r>
        <w:t xml:space="preserve">. No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enseñarse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siempre</w:t>
      </w:r>
      <w:proofErr w:type="spellEnd"/>
      <w:r>
        <w:t xml:space="preserve"> </w:t>
      </w:r>
      <w:proofErr w:type="spellStart"/>
      <w:r>
        <w:t>cancela</w:t>
      </w:r>
      <w:proofErr w:type="spellEnd"/>
      <w:r>
        <w:t xml:space="preserve"> la </w:t>
      </w:r>
      <w:proofErr w:type="spellStart"/>
      <w:r>
        <w:t>descarga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lógica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ser </w:t>
      </w:r>
      <w:proofErr w:type="spellStart"/>
      <w:r>
        <w:t>diferente</w:t>
      </w:r>
      <w:proofErr w:type="spellEnd"/>
      <w:r>
        <w:t xml:space="preserve"> y </w:t>
      </w:r>
      <w:proofErr w:type="spellStart"/>
      <w:r>
        <w:t>ciertas</w:t>
      </w:r>
      <w:proofErr w:type="spellEnd"/>
      <w:r>
        <w:t xml:space="preserve"> </w:t>
      </w:r>
      <w:proofErr w:type="spellStart"/>
      <w:r>
        <w:t>activaciones</w:t>
      </w:r>
      <w:proofErr w:type="spellEnd"/>
      <w:r>
        <w:t xml:space="preserve"> </w:t>
      </w:r>
      <w:proofErr w:type="spellStart"/>
      <w:r>
        <w:t>manuales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</w:t>
      </w:r>
      <w:proofErr w:type="spellStart"/>
      <w:r>
        <w:t>prioridad</w:t>
      </w:r>
      <w:proofErr w:type="spellEnd"/>
      <w:r>
        <w:t xml:space="preserve">. </w:t>
      </w:r>
      <w:proofErr w:type="spellStart"/>
      <w:r>
        <w:t>Tampoco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asumirse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SILENCE o RESET </w:t>
      </w:r>
      <w:proofErr w:type="spellStart"/>
      <w:r>
        <w:t>vuelven</w:t>
      </w:r>
      <w:proofErr w:type="spellEnd"/>
      <w:r>
        <w:t xml:space="preserve"> </w:t>
      </w:r>
      <w:proofErr w:type="spellStart"/>
      <w:r>
        <w:t>inocua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liberación</w:t>
      </w:r>
      <w:proofErr w:type="spellEnd"/>
      <w:r>
        <w:t>.</w:t>
      </w:r>
    </w:p>
    <w:p w14:paraId="1E5314F2" w14:textId="77777777" w:rsidR="000767AF" w:rsidRDefault="00000000">
      <w:r>
        <w:lastRenderedPageBreak/>
        <w:t xml:space="preserve">Para </w:t>
      </w:r>
      <w:proofErr w:type="spellStart"/>
      <w:r>
        <w:t>capacitación</w:t>
      </w:r>
      <w:proofErr w:type="spellEnd"/>
      <w:r>
        <w:t xml:space="preserve"> se </w:t>
      </w:r>
      <w:proofErr w:type="spellStart"/>
      <w:r>
        <w:t>recomiendan</w:t>
      </w:r>
      <w:proofErr w:type="spellEnd"/>
      <w:r>
        <w:t xml:space="preserve"> </w:t>
      </w:r>
      <w:proofErr w:type="spellStart"/>
      <w:r>
        <w:t>escenarios</w:t>
      </w:r>
      <w:proofErr w:type="spellEnd"/>
      <w:r>
        <w:t xml:space="preserve"> </w:t>
      </w:r>
      <w:proofErr w:type="spellStart"/>
      <w:r>
        <w:t>simulados</w:t>
      </w:r>
      <w:proofErr w:type="spellEnd"/>
      <w:r>
        <w:t xml:space="preserve"> sin </w:t>
      </w:r>
      <w:proofErr w:type="spellStart"/>
      <w:r>
        <w:t>conexión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actuadores</w:t>
      </w:r>
      <w:proofErr w:type="spellEnd"/>
      <w:r>
        <w:t xml:space="preserve"> de </w:t>
      </w:r>
      <w:proofErr w:type="spellStart"/>
      <w:r>
        <w:t>descarga</w:t>
      </w:r>
      <w:proofErr w:type="spellEnd"/>
      <w:r>
        <w:t xml:space="preserve">. Cualquier </w:t>
      </w:r>
      <w:proofErr w:type="spellStart"/>
      <w:r>
        <w:t>prueba</w:t>
      </w:r>
      <w:proofErr w:type="spellEnd"/>
      <w:r>
        <w:t xml:space="preserve"> real </w:t>
      </w:r>
      <w:proofErr w:type="spellStart"/>
      <w:r>
        <w:t>requiere</w:t>
      </w:r>
      <w:proofErr w:type="spellEnd"/>
      <w:r>
        <w:t xml:space="preserve"> </w:t>
      </w:r>
      <w:proofErr w:type="spellStart"/>
      <w:r>
        <w:t>aislamiento</w:t>
      </w:r>
      <w:proofErr w:type="spellEnd"/>
      <w:r>
        <w:t xml:space="preserve"> </w:t>
      </w:r>
      <w:proofErr w:type="spellStart"/>
      <w:r>
        <w:t>seguro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procedimiento</w:t>
      </w:r>
      <w:proofErr w:type="spellEnd"/>
      <w:r>
        <w:t xml:space="preserve"> </w:t>
      </w:r>
      <w:proofErr w:type="spellStart"/>
      <w:r>
        <w:t>documentado</w:t>
      </w:r>
      <w:proofErr w:type="spellEnd"/>
      <w:r>
        <w:t xml:space="preserve">, </w:t>
      </w:r>
      <w:proofErr w:type="spellStart"/>
      <w:r>
        <w:t>responsables</w:t>
      </w:r>
      <w:proofErr w:type="spellEnd"/>
      <w:r>
        <w:t xml:space="preserve"> </w:t>
      </w:r>
      <w:proofErr w:type="spellStart"/>
      <w:r>
        <w:t>competentes</w:t>
      </w:r>
      <w:proofErr w:type="spellEnd"/>
      <w:r>
        <w:t xml:space="preserve">, </w:t>
      </w:r>
      <w:proofErr w:type="spellStart"/>
      <w:r>
        <w:t>notificaciones</w:t>
      </w:r>
      <w:proofErr w:type="spellEnd"/>
      <w:r>
        <w:t xml:space="preserve"> </w:t>
      </w:r>
      <w:proofErr w:type="spellStart"/>
      <w:r>
        <w:t>pertinentes</w:t>
      </w:r>
      <w:proofErr w:type="spellEnd"/>
      <w:r>
        <w:t xml:space="preserve">, </w:t>
      </w:r>
      <w:proofErr w:type="spellStart"/>
      <w:r>
        <w:t>controles</w:t>
      </w:r>
      <w:proofErr w:type="spellEnd"/>
      <w:r>
        <w:t xml:space="preserve"> contra </w:t>
      </w:r>
      <w:proofErr w:type="spellStart"/>
      <w:r>
        <w:t>disparo</w:t>
      </w:r>
      <w:proofErr w:type="spellEnd"/>
      <w:r>
        <w:t xml:space="preserve"> accidental y </w:t>
      </w:r>
      <w:proofErr w:type="spellStart"/>
      <w:r>
        <w:t>verificación</w:t>
      </w:r>
      <w:proofErr w:type="spellEnd"/>
      <w:r>
        <w:t xml:space="preserve"> de </w:t>
      </w:r>
      <w:proofErr w:type="spellStart"/>
      <w:r>
        <w:t>retorno</w:t>
      </w:r>
      <w:proofErr w:type="spellEnd"/>
      <w:r>
        <w:t xml:space="preserve"> a </w:t>
      </w:r>
      <w:proofErr w:type="spellStart"/>
      <w:r>
        <w:t>servicio</w:t>
      </w:r>
      <w:proofErr w:type="spellEnd"/>
      <w: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37"/>
        <w:gridCol w:w="4637"/>
      </w:tblGrid>
      <w:tr w:rsidR="000767AF" w14:paraId="0DD4A79D" w14:textId="77777777">
        <w:tc>
          <w:tcPr>
            <w:tcW w:w="4637" w:type="dxa"/>
            <w:shd w:val="clear" w:color="auto" w:fill="DDECF5"/>
          </w:tcPr>
          <w:p w14:paraId="74574008" w14:textId="77777777" w:rsidR="000767AF" w:rsidRDefault="00000000">
            <w:proofErr w:type="spellStart"/>
            <w:r>
              <w:rPr>
                <w:b/>
              </w:rPr>
              <w:t>Momento</w:t>
            </w:r>
            <w:proofErr w:type="spellEnd"/>
          </w:p>
        </w:tc>
        <w:tc>
          <w:tcPr>
            <w:tcW w:w="4637" w:type="dxa"/>
            <w:shd w:val="clear" w:color="auto" w:fill="DDECF5"/>
          </w:tcPr>
          <w:p w14:paraId="524074FB" w14:textId="77777777" w:rsidR="000767AF" w:rsidRDefault="00000000">
            <w:proofErr w:type="spellStart"/>
            <w:r>
              <w:rPr>
                <w:b/>
              </w:rPr>
              <w:t>Comportamiento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esperado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alumno</w:t>
            </w:r>
            <w:proofErr w:type="spellEnd"/>
          </w:p>
        </w:tc>
      </w:tr>
      <w:tr w:rsidR="000767AF" w14:paraId="6C7794C8" w14:textId="77777777">
        <w:tc>
          <w:tcPr>
            <w:tcW w:w="4637" w:type="dxa"/>
          </w:tcPr>
          <w:p w14:paraId="322EF120" w14:textId="77777777" w:rsidR="000767AF" w:rsidRDefault="00000000">
            <w:r>
              <w:t xml:space="preserve">Antes de la </w:t>
            </w:r>
            <w:proofErr w:type="spellStart"/>
            <w:r>
              <w:t>práctica</w:t>
            </w:r>
            <w:proofErr w:type="spellEnd"/>
          </w:p>
        </w:tc>
        <w:tc>
          <w:tcPr>
            <w:tcW w:w="4637" w:type="dxa"/>
          </w:tcPr>
          <w:p w14:paraId="4DE53037" w14:textId="77777777" w:rsidR="000767AF" w:rsidRDefault="00000000">
            <w:proofErr w:type="spellStart"/>
            <w:r>
              <w:t>Revisar</w:t>
            </w:r>
            <w:proofErr w:type="spellEnd"/>
            <w:r>
              <w:t xml:space="preserve"> </w:t>
            </w:r>
            <w:proofErr w:type="spellStart"/>
            <w:r>
              <w:t>riesgos</w:t>
            </w:r>
            <w:proofErr w:type="spellEnd"/>
            <w:r>
              <w:t xml:space="preserve">, </w:t>
            </w:r>
            <w:proofErr w:type="spellStart"/>
            <w:r>
              <w:t>autorización</w:t>
            </w:r>
            <w:proofErr w:type="spellEnd"/>
            <w:r>
              <w:t xml:space="preserve"> y </w:t>
            </w:r>
            <w:proofErr w:type="spellStart"/>
            <w:r>
              <w:t>estado</w:t>
            </w:r>
            <w:proofErr w:type="spellEnd"/>
            <w:r>
              <w:t xml:space="preserve"> de </w:t>
            </w:r>
            <w:proofErr w:type="spellStart"/>
            <w:r>
              <w:t>protección</w:t>
            </w:r>
            <w:proofErr w:type="spellEnd"/>
            <w:r>
              <w:t>.</w:t>
            </w:r>
          </w:p>
        </w:tc>
      </w:tr>
      <w:tr w:rsidR="000767AF" w14:paraId="5B4A05A6" w14:textId="77777777">
        <w:tc>
          <w:tcPr>
            <w:tcW w:w="4637" w:type="dxa"/>
          </w:tcPr>
          <w:p w14:paraId="42939E96" w14:textId="77777777" w:rsidR="000767AF" w:rsidRDefault="00000000">
            <w:r>
              <w:t xml:space="preserve">Durante </w:t>
            </w:r>
            <w:proofErr w:type="spellStart"/>
            <w:r>
              <w:t>predescarga</w:t>
            </w:r>
            <w:proofErr w:type="spellEnd"/>
            <w:r>
              <w:t xml:space="preserve"> </w:t>
            </w:r>
            <w:proofErr w:type="spellStart"/>
            <w:r>
              <w:t>simulada</w:t>
            </w:r>
            <w:proofErr w:type="spellEnd"/>
          </w:p>
        </w:tc>
        <w:tc>
          <w:tcPr>
            <w:tcW w:w="4637" w:type="dxa"/>
          </w:tcPr>
          <w:p w14:paraId="3437C9EB" w14:textId="77777777" w:rsidR="000767AF" w:rsidRDefault="00000000">
            <w:proofErr w:type="spellStart"/>
            <w:r>
              <w:t>Reconocer</w:t>
            </w:r>
            <w:proofErr w:type="spellEnd"/>
            <w:r>
              <w:t xml:space="preserve"> aviso, </w:t>
            </w:r>
            <w:proofErr w:type="spellStart"/>
            <w:r>
              <w:t>evacuar</w:t>
            </w:r>
            <w:proofErr w:type="spellEnd"/>
            <w:r>
              <w:t xml:space="preserve"> </w:t>
            </w:r>
            <w:proofErr w:type="spellStart"/>
            <w:r>
              <w:t>según</w:t>
            </w:r>
            <w:proofErr w:type="spellEnd"/>
            <w:r>
              <w:t xml:space="preserve"> plan, </w:t>
            </w:r>
            <w:proofErr w:type="spellStart"/>
            <w:r>
              <w:t>comunicar</w:t>
            </w:r>
            <w:proofErr w:type="spellEnd"/>
            <w:r>
              <w:t>.</w:t>
            </w:r>
          </w:p>
        </w:tc>
      </w:tr>
      <w:tr w:rsidR="000767AF" w14:paraId="7D9A9DD7" w14:textId="77777777">
        <w:tc>
          <w:tcPr>
            <w:tcW w:w="4637" w:type="dxa"/>
          </w:tcPr>
          <w:p w14:paraId="41C7A3DF" w14:textId="77777777" w:rsidR="000767AF" w:rsidRDefault="00000000">
            <w:r>
              <w:t xml:space="preserve">Durante </w:t>
            </w:r>
            <w:proofErr w:type="spellStart"/>
            <w:r>
              <w:t>descarga</w:t>
            </w:r>
            <w:proofErr w:type="spellEnd"/>
            <w:r>
              <w:t xml:space="preserve"> </w:t>
            </w:r>
            <w:proofErr w:type="spellStart"/>
            <w:r>
              <w:t>indicada</w:t>
            </w:r>
            <w:proofErr w:type="spellEnd"/>
          </w:p>
        </w:tc>
        <w:tc>
          <w:tcPr>
            <w:tcW w:w="4637" w:type="dxa"/>
          </w:tcPr>
          <w:p w14:paraId="22E67170" w14:textId="77777777" w:rsidR="000767AF" w:rsidRDefault="00000000">
            <w:r>
              <w:t xml:space="preserve">No </w:t>
            </w:r>
            <w:proofErr w:type="spellStart"/>
            <w:r>
              <w:t>ingresar</w:t>
            </w:r>
            <w:proofErr w:type="spellEnd"/>
            <w:r>
              <w:t xml:space="preserve">; </w:t>
            </w:r>
            <w:proofErr w:type="spellStart"/>
            <w:r>
              <w:t>activar</w:t>
            </w:r>
            <w:proofErr w:type="spellEnd"/>
            <w:r>
              <w:t xml:space="preserve"> </w:t>
            </w:r>
            <w:proofErr w:type="spellStart"/>
            <w:r>
              <w:t>protocolo</w:t>
            </w:r>
            <w:proofErr w:type="spellEnd"/>
            <w:r>
              <w:t xml:space="preserve"> y </w:t>
            </w:r>
            <w:proofErr w:type="spellStart"/>
            <w:r>
              <w:t>responsable</w:t>
            </w:r>
            <w:proofErr w:type="spellEnd"/>
            <w:r>
              <w:t xml:space="preserve"> </w:t>
            </w:r>
            <w:proofErr w:type="spellStart"/>
            <w:r>
              <w:t>técnico</w:t>
            </w:r>
            <w:proofErr w:type="spellEnd"/>
            <w:r>
              <w:t>.</w:t>
            </w:r>
          </w:p>
        </w:tc>
      </w:tr>
      <w:tr w:rsidR="000767AF" w14:paraId="1944F121" w14:textId="77777777">
        <w:tc>
          <w:tcPr>
            <w:tcW w:w="4637" w:type="dxa"/>
          </w:tcPr>
          <w:p w14:paraId="2FA63E3D" w14:textId="77777777" w:rsidR="000767AF" w:rsidRDefault="00000000">
            <w:proofErr w:type="spellStart"/>
            <w:r>
              <w:t>Después</w:t>
            </w:r>
            <w:proofErr w:type="spellEnd"/>
            <w:r>
              <w:t xml:space="preserve"> de </w:t>
            </w:r>
            <w:proofErr w:type="spellStart"/>
            <w:r>
              <w:t>descarga</w:t>
            </w:r>
            <w:proofErr w:type="spellEnd"/>
          </w:p>
        </w:tc>
        <w:tc>
          <w:tcPr>
            <w:tcW w:w="4637" w:type="dxa"/>
          </w:tcPr>
          <w:p w14:paraId="17AE6AD3" w14:textId="77777777" w:rsidR="000767AF" w:rsidRDefault="00000000">
            <w:proofErr w:type="spellStart"/>
            <w:r>
              <w:t>Mantener</w:t>
            </w:r>
            <w:proofErr w:type="spellEnd"/>
            <w:r>
              <w:t xml:space="preserve"> </w:t>
            </w:r>
            <w:proofErr w:type="spellStart"/>
            <w:r>
              <w:t>área</w:t>
            </w:r>
            <w:proofErr w:type="spellEnd"/>
            <w:r>
              <w:t xml:space="preserve"> </w:t>
            </w:r>
            <w:proofErr w:type="spellStart"/>
            <w:r>
              <w:t>controlada</w:t>
            </w:r>
            <w:proofErr w:type="spellEnd"/>
            <w:r>
              <w:t xml:space="preserve"> y </w:t>
            </w:r>
            <w:proofErr w:type="spellStart"/>
            <w:r>
              <w:t>gestionar</w:t>
            </w:r>
            <w:proofErr w:type="spellEnd"/>
            <w:r>
              <w:t xml:space="preserve"> </w:t>
            </w:r>
            <w:proofErr w:type="spellStart"/>
            <w:r>
              <w:t>reposición</w:t>
            </w:r>
            <w:proofErr w:type="spellEnd"/>
            <w:r>
              <w:t xml:space="preserve"> </w:t>
            </w:r>
            <w:proofErr w:type="spellStart"/>
            <w:r>
              <w:t>certificada</w:t>
            </w:r>
            <w:proofErr w:type="spellEnd"/>
            <w:r>
              <w:t>.</w:t>
            </w:r>
          </w:p>
        </w:tc>
      </w:tr>
    </w:tbl>
    <w:p w14:paraId="04E3359D" w14:textId="77777777" w:rsidR="000767AF" w:rsidRDefault="00000000">
      <w:r>
        <w:rPr>
          <w:b/>
        </w:rPr>
        <w:t xml:space="preserve">Punto de control para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alumno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identifique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mensaje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exacto</w:t>
      </w:r>
      <w:proofErr w:type="spellEnd"/>
      <w:r>
        <w:rPr>
          <w:b/>
        </w:rPr>
        <w:t xml:space="preserve">, la </w:t>
      </w:r>
      <w:proofErr w:type="spellStart"/>
      <w:r>
        <w:rPr>
          <w:b/>
        </w:rPr>
        <w:t>función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afectada</w:t>
      </w:r>
      <w:proofErr w:type="spellEnd"/>
      <w:r>
        <w:rPr>
          <w:b/>
        </w:rPr>
        <w:t xml:space="preserve">, la persona </w:t>
      </w:r>
      <w:proofErr w:type="spellStart"/>
      <w:r>
        <w:rPr>
          <w:b/>
        </w:rPr>
        <w:t>responsable</w:t>
      </w:r>
      <w:proofErr w:type="spellEnd"/>
      <w:r>
        <w:rPr>
          <w:b/>
        </w:rPr>
        <w:t xml:space="preserve"> y la </w:t>
      </w:r>
      <w:proofErr w:type="spellStart"/>
      <w:r>
        <w:rPr>
          <w:b/>
        </w:rPr>
        <w:t>evidencia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necesaria</w:t>
      </w:r>
      <w:proofErr w:type="spellEnd"/>
      <w:r>
        <w:rPr>
          <w:b/>
        </w:rPr>
        <w:t xml:space="preserve"> antes de </w:t>
      </w:r>
      <w:proofErr w:type="spellStart"/>
      <w:r>
        <w:rPr>
          <w:b/>
        </w:rPr>
        <w:t>cerrar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evento</w:t>
      </w:r>
      <w:proofErr w:type="spellEnd"/>
      <w:r>
        <w:rPr>
          <w:b/>
        </w:rPr>
        <w:t>.</w:t>
      </w:r>
    </w:p>
    <w:p w14:paraId="1B8C8B79" w14:textId="77777777" w:rsidR="000767AF" w:rsidRDefault="00000000">
      <w:pPr>
        <w:spacing w:before="220" w:after="100"/>
      </w:pPr>
      <w:r>
        <w:rPr>
          <w:b/>
          <w:color w:val="12194D"/>
          <w:sz w:val="26"/>
        </w:rPr>
        <w:t xml:space="preserve">6.10 </w:t>
      </w:r>
      <w:proofErr w:type="spellStart"/>
      <w:r>
        <w:rPr>
          <w:b/>
          <w:color w:val="12194D"/>
          <w:sz w:val="26"/>
        </w:rPr>
        <w:t>Inspección</w:t>
      </w:r>
      <w:proofErr w:type="spellEnd"/>
      <w:r>
        <w:rPr>
          <w:b/>
          <w:color w:val="12194D"/>
          <w:sz w:val="26"/>
        </w:rPr>
        <w:t xml:space="preserve"> exterior: </w:t>
      </w:r>
      <w:proofErr w:type="spellStart"/>
      <w:r>
        <w:rPr>
          <w:b/>
          <w:color w:val="12194D"/>
          <w:sz w:val="26"/>
        </w:rPr>
        <w:t>recorrido</w:t>
      </w:r>
      <w:proofErr w:type="spellEnd"/>
      <w:r>
        <w:rPr>
          <w:b/>
          <w:color w:val="12194D"/>
          <w:sz w:val="26"/>
        </w:rPr>
        <w:t xml:space="preserve"> y </w:t>
      </w:r>
      <w:proofErr w:type="spellStart"/>
      <w:r>
        <w:rPr>
          <w:b/>
          <w:color w:val="12194D"/>
          <w:sz w:val="26"/>
        </w:rPr>
        <w:t>criterios</w:t>
      </w:r>
      <w:proofErr w:type="spellEnd"/>
      <w:r>
        <w:rPr>
          <w:b/>
          <w:color w:val="12194D"/>
          <w:sz w:val="26"/>
        </w:rPr>
        <w:t xml:space="preserve"> de </w:t>
      </w:r>
      <w:proofErr w:type="spellStart"/>
      <w:r>
        <w:rPr>
          <w:b/>
          <w:color w:val="12194D"/>
          <w:sz w:val="26"/>
        </w:rPr>
        <w:t>aceptación</w:t>
      </w:r>
      <w:proofErr w:type="spellEnd"/>
    </w:p>
    <w:p w14:paraId="79CF66B6" w14:textId="77777777" w:rsidR="000767AF" w:rsidRDefault="00000000">
      <w:r>
        <w:t xml:space="preserve">La </w:t>
      </w:r>
      <w:proofErr w:type="spellStart"/>
      <w:r>
        <w:t>inspección</w:t>
      </w:r>
      <w:proofErr w:type="spellEnd"/>
      <w:r>
        <w:t xml:space="preserve"> </w:t>
      </w:r>
      <w:proofErr w:type="spellStart"/>
      <w:r>
        <w:t>rutinaria</w:t>
      </w:r>
      <w:proofErr w:type="spellEnd"/>
      <w:r>
        <w:t xml:space="preserve"> </w:t>
      </w:r>
      <w:proofErr w:type="spellStart"/>
      <w:r>
        <w:t>pretende</w:t>
      </w:r>
      <w:proofErr w:type="spellEnd"/>
      <w:r>
        <w:t xml:space="preserve"> </w:t>
      </w:r>
      <w:proofErr w:type="spellStart"/>
      <w:r>
        <w:t>detectar</w:t>
      </w:r>
      <w:proofErr w:type="spellEnd"/>
      <w:r>
        <w:t xml:space="preserve"> </w:t>
      </w:r>
      <w:proofErr w:type="spellStart"/>
      <w:r>
        <w:t>desviaciones</w:t>
      </w:r>
      <w:proofErr w:type="spellEnd"/>
      <w:r>
        <w:t xml:space="preserve"> observables sin manipular </w:t>
      </w:r>
      <w:proofErr w:type="spellStart"/>
      <w:r>
        <w:t>circuitos</w:t>
      </w:r>
      <w:proofErr w:type="spellEnd"/>
      <w:r>
        <w:t xml:space="preserve">. Debe </w:t>
      </w:r>
      <w:proofErr w:type="spellStart"/>
      <w:r>
        <w:t>iniciarse</w:t>
      </w:r>
      <w:proofErr w:type="spellEnd"/>
      <w:r>
        <w:t xml:space="preserve"> </w:t>
      </w:r>
      <w:proofErr w:type="spellStart"/>
      <w:r>
        <w:t>comprobando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gabinete</w:t>
      </w:r>
      <w:proofErr w:type="spellEnd"/>
      <w:r>
        <w:t xml:space="preserve"> </w:t>
      </w:r>
      <w:proofErr w:type="spellStart"/>
      <w:r>
        <w:t>esté</w:t>
      </w:r>
      <w:proofErr w:type="spellEnd"/>
      <w:r>
        <w:t xml:space="preserve"> </w:t>
      </w:r>
      <w:proofErr w:type="spellStart"/>
      <w:r>
        <w:t>identificado</w:t>
      </w:r>
      <w:proofErr w:type="spellEnd"/>
      <w:r>
        <w:t xml:space="preserve">, </w:t>
      </w:r>
      <w:proofErr w:type="spellStart"/>
      <w:r>
        <w:t>accesible</w:t>
      </w:r>
      <w:proofErr w:type="spellEnd"/>
      <w:r>
        <w:t xml:space="preserve"> y </w:t>
      </w:r>
      <w:proofErr w:type="spellStart"/>
      <w:r>
        <w:t>protegido</w:t>
      </w:r>
      <w:proofErr w:type="spellEnd"/>
      <w:r>
        <w:t xml:space="preserve"> contra golpes, </w:t>
      </w:r>
      <w:proofErr w:type="spellStart"/>
      <w:r>
        <w:t>polvo</w:t>
      </w:r>
      <w:proofErr w:type="spellEnd"/>
      <w:r>
        <w:t xml:space="preserve"> </w:t>
      </w:r>
      <w:proofErr w:type="spellStart"/>
      <w:r>
        <w:t>excesivo</w:t>
      </w:r>
      <w:proofErr w:type="spellEnd"/>
      <w:r>
        <w:t xml:space="preserve">, </w:t>
      </w:r>
      <w:proofErr w:type="spellStart"/>
      <w:r>
        <w:t>humedad</w:t>
      </w:r>
      <w:proofErr w:type="spellEnd"/>
      <w:r>
        <w:t xml:space="preserve">, </w:t>
      </w:r>
      <w:proofErr w:type="spellStart"/>
      <w:r>
        <w:t>temperatura</w:t>
      </w:r>
      <w:proofErr w:type="spellEnd"/>
      <w:r>
        <w:t xml:space="preserve"> </w:t>
      </w:r>
      <w:proofErr w:type="spellStart"/>
      <w:r>
        <w:t>indebida</w:t>
      </w:r>
      <w:proofErr w:type="spellEnd"/>
      <w:r>
        <w:t xml:space="preserve"> y </w:t>
      </w:r>
      <w:proofErr w:type="spellStart"/>
      <w:r>
        <w:t>obstáculos</w:t>
      </w:r>
      <w:proofErr w:type="spellEnd"/>
      <w:r>
        <w:t xml:space="preserve">. El </w:t>
      </w:r>
      <w:proofErr w:type="spellStart"/>
      <w:r>
        <w:t>entorno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permitir</w:t>
      </w:r>
      <w:proofErr w:type="spellEnd"/>
      <w:r>
        <w:t xml:space="preserve"> la </w:t>
      </w:r>
      <w:proofErr w:type="spellStart"/>
      <w:r>
        <w:t>respuesta</w:t>
      </w:r>
      <w:proofErr w:type="spellEnd"/>
      <w:r>
        <w:t xml:space="preserve"> y </w:t>
      </w:r>
      <w:proofErr w:type="spellStart"/>
      <w:r>
        <w:t>visualización</w:t>
      </w:r>
      <w:proofErr w:type="spellEnd"/>
      <w:r>
        <w:t xml:space="preserve"> de </w:t>
      </w:r>
      <w:proofErr w:type="spellStart"/>
      <w:r>
        <w:t>mensajes</w:t>
      </w:r>
      <w:proofErr w:type="spellEnd"/>
      <w:r>
        <w:t>.</w:t>
      </w:r>
    </w:p>
    <w:p w14:paraId="24A45871" w14:textId="77777777" w:rsidR="000767AF" w:rsidRDefault="00000000">
      <w:proofErr w:type="spellStart"/>
      <w:r>
        <w:t>Después</w:t>
      </w:r>
      <w:proofErr w:type="spellEnd"/>
      <w:r>
        <w:t xml:space="preserve"> se </w:t>
      </w:r>
      <w:proofErr w:type="spellStart"/>
      <w:r>
        <w:t>observa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suministro</w:t>
      </w:r>
      <w:proofErr w:type="spellEnd"/>
      <w:r>
        <w:t xml:space="preserve"> </w:t>
      </w:r>
      <w:proofErr w:type="spellStart"/>
      <w:r>
        <w:t>indicado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estado</w:t>
      </w:r>
      <w:proofErr w:type="spellEnd"/>
      <w:r>
        <w:t xml:space="preserve"> general de la </w:t>
      </w:r>
      <w:proofErr w:type="spellStart"/>
      <w:r>
        <w:t>pantalla</w:t>
      </w:r>
      <w:proofErr w:type="spellEnd"/>
      <w:r>
        <w:t xml:space="preserve">, </w:t>
      </w:r>
      <w:proofErr w:type="spellStart"/>
      <w:r>
        <w:t>señales</w:t>
      </w:r>
      <w:proofErr w:type="spellEnd"/>
      <w:r>
        <w:t xml:space="preserve"> </w:t>
      </w:r>
      <w:proofErr w:type="spellStart"/>
      <w:r>
        <w:t>luminosas</w:t>
      </w:r>
      <w:proofErr w:type="spellEnd"/>
      <w:r>
        <w:t xml:space="preserve"> y </w:t>
      </w:r>
      <w:proofErr w:type="spellStart"/>
      <w:r>
        <w:t>avisos</w:t>
      </w:r>
      <w:proofErr w:type="spellEnd"/>
      <w:r>
        <w:t xml:space="preserve"> </w:t>
      </w:r>
      <w:proofErr w:type="spellStart"/>
      <w:r>
        <w:t>presentes</w:t>
      </w:r>
      <w:proofErr w:type="spellEnd"/>
      <w:r>
        <w:t xml:space="preserve">. La </w:t>
      </w:r>
      <w:proofErr w:type="spellStart"/>
      <w:r>
        <w:t>ausencia</w:t>
      </w:r>
      <w:proofErr w:type="spellEnd"/>
      <w:r>
        <w:t xml:space="preserve"> de </w:t>
      </w:r>
      <w:proofErr w:type="spellStart"/>
      <w:r>
        <w:t>sonido</w:t>
      </w:r>
      <w:proofErr w:type="spellEnd"/>
      <w:r>
        <w:t xml:space="preserve"> no </w:t>
      </w:r>
      <w:proofErr w:type="spellStart"/>
      <w:r>
        <w:t>prueba</w:t>
      </w:r>
      <w:proofErr w:type="spellEnd"/>
      <w:r>
        <w:t xml:space="preserve"> </w:t>
      </w:r>
      <w:proofErr w:type="spellStart"/>
      <w:r>
        <w:t>operación</w:t>
      </w:r>
      <w:proofErr w:type="spellEnd"/>
      <w:r>
        <w:t xml:space="preserve"> normal; un </w:t>
      </w:r>
      <w:proofErr w:type="spellStart"/>
      <w:r>
        <w:t>zumbador</w:t>
      </w:r>
      <w:proofErr w:type="spellEnd"/>
      <w:r>
        <w:t xml:space="preserve"> </w:t>
      </w:r>
      <w:proofErr w:type="spellStart"/>
      <w:r>
        <w:t>pudo</w:t>
      </w:r>
      <w:proofErr w:type="spellEnd"/>
      <w:r>
        <w:t xml:space="preserve"> ser </w:t>
      </w:r>
      <w:proofErr w:type="spellStart"/>
      <w:r>
        <w:t>reconocido</w:t>
      </w:r>
      <w:proofErr w:type="spellEnd"/>
      <w:r>
        <w:t xml:space="preserve">,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haber</w:t>
      </w:r>
      <w:proofErr w:type="spellEnd"/>
      <w:r>
        <w:t xml:space="preserve"> </w:t>
      </w:r>
      <w:proofErr w:type="spellStart"/>
      <w:r>
        <w:t>salidas</w:t>
      </w:r>
      <w:proofErr w:type="spellEnd"/>
      <w:r>
        <w:t xml:space="preserve"> </w:t>
      </w:r>
      <w:proofErr w:type="spellStart"/>
      <w:r>
        <w:t>silenciadas</w:t>
      </w:r>
      <w:proofErr w:type="spellEnd"/>
      <w:r>
        <w:t xml:space="preserve"> o </w:t>
      </w:r>
      <w:proofErr w:type="spellStart"/>
      <w:r>
        <w:t>existir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condición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requiere</w:t>
      </w:r>
      <w:proofErr w:type="spellEnd"/>
      <w:r>
        <w:t xml:space="preserve"> </w:t>
      </w:r>
      <w:proofErr w:type="spellStart"/>
      <w:r>
        <w:t>revisión</w:t>
      </w:r>
      <w:proofErr w:type="spellEnd"/>
      <w:r>
        <w:t xml:space="preserve"> del </w:t>
      </w:r>
      <w:proofErr w:type="spellStart"/>
      <w:r>
        <w:t>historial</w:t>
      </w:r>
      <w:proofErr w:type="spellEnd"/>
      <w:r>
        <w:t>.</w:t>
      </w:r>
    </w:p>
    <w:p w14:paraId="4FE1B87F" w14:textId="77777777" w:rsidR="000767AF" w:rsidRDefault="00000000">
      <w:r>
        <w:t xml:space="preserve">El </w:t>
      </w:r>
      <w:proofErr w:type="spellStart"/>
      <w:r>
        <w:t>operador</w:t>
      </w:r>
      <w:proofErr w:type="spellEnd"/>
      <w:r>
        <w:t xml:space="preserve"> </w:t>
      </w:r>
      <w:proofErr w:type="spellStart"/>
      <w:r>
        <w:t>revisa</w:t>
      </w:r>
      <w:proofErr w:type="spellEnd"/>
      <w:r>
        <w:t xml:space="preserve"> la </w:t>
      </w:r>
      <w:proofErr w:type="spellStart"/>
      <w:r>
        <w:t>vigencia</w:t>
      </w:r>
      <w:proofErr w:type="spellEnd"/>
      <w:r>
        <w:t xml:space="preserve"> de </w:t>
      </w:r>
      <w:proofErr w:type="spellStart"/>
      <w:r>
        <w:t>teléfonos</w:t>
      </w:r>
      <w:proofErr w:type="spellEnd"/>
      <w:r>
        <w:t xml:space="preserve"> de </w:t>
      </w:r>
      <w:proofErr w:type="spellStart"/>
      <w:r>
        <w:t>servicio</w:t>
      </w:r>
      <w:proofErr w:type="spellEnd"/>
      <w:r>
        <w:t xml:space="preserve">, </w:t>
      </w:r>
      <w:proofErr w:type="spellStart"/>
      <w:r>
        <w:t>identificación</w:t>
      </w:r>
      <w:proofErr w:type="spellEnd"/>
      <w:r>
        <w:t xml:space="preserve"> de zonas, </w:t>
      </w:r>
      <w:proofErr w:type="spellStart"/>
      <w:r>
        <w:t>ubicación</w:t>
      </w:r>
      <w:proofErr w:type="spellEnd"/>
      <w:r>
        <w:t xml:space="preserve"> de </w:t>
      </w:r>
      <w:proofErr w:type="spellStart"/>
      <w:r>
        <w:t>instrucciones</w:t>
      </w:r>
      <w:proofErr w:type="spellEnd"/>
      <w:r>
        <w:t xml:space="preserve"> locales y </w:t>
      </w:r>
      <w:proofErr w:type="spellStart"/>
      <w:r>
        <w:t>evidencia</w:t>
      </w:r>
      <w:proofErr w:type="spellEnd"/>
      <w:r>
        <w:t xml:space="preserve"> de </w:t>
      </w:r>
      <w:proofErr w:type="spellStart"/>
      <w:r>
        <w:t>trabajos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pudieran</w:t>
      </w:r>
      <w:proofErr w:type="spellEnd"/>
      <w:r>
        <w:t xml:space="preserve"> </w:t>
      </w:r>
      <w:proofErr w:type="spellStart"/>
      <w:r>
        <w:t>comprometer</w:t>
      </w:r>
      <w:proofErr w:type="spellEnd"/>
      <w:r>
        <w:t xml:space="preserve"> </w:t>
      </w:r>
      <w:proofErr w:type="spellStart"/>
      <w:r>
        <w:t>dispositivos</w:t>
      </w:r>
      <w:proofErr w:type="spellEnd"/>
      <w:r>
        <w:t xml:space="preserve">. No se </w:t>
      </w:r>
      <w:proofErr w:type="spellStart"/>
      <w:r>
        <w:t>retiran</w:t>
      </w:r>
      <w:proofErr w:type="spellEnd"/>
      <w:r>
        <w:t xml:space="preserve"> </w:t>
      </w:r>
      <w:proofErr w:type="spellStart"/>
      <w:r>
        <w:t>cubiertas</w:t>
      </w:r>
      <w:proofErr w:type="spellEnd"/>
      <w:r>
        <w:t xml:space="preserve">, no se </w:t>
      </w:r>
      <w:proofErr w:type="spellStart"/>
      <w:r>
        <w:t>pulsan</w:t>
      </w:r>
      <w:proofErr w:type="spellEnd"/>
      <w:r>
        <w:t xml:space="preserve"> </w:t>
      </w:r>
      <w:proofErr w:type="spellStart"/>
      <w:r>
        <w:t>botones</w:t>
      </w:r>
      <w:proofErr w:type="spellEnd"/>
      <w:r>
        <w:t xml:space="preserve"> de </w:t>
      </w:r>
      <w:proofErr w:type="spellStart"/>
      <w:r>
        <w:t>prueba</w:t>
      </w:r>
      <w:proofErr w:type="spellEnd"/>
      <w:r>
        <w:t xml:space="preserve"> sin </w:t>
      </w:r>
      <w:proofErr w:type="spellStart"/>
      <w:r>
        <w:t>procedimiento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se </w:t>
      </w:r>
      <w:proofErr w:type="spellStart"/>
      <w:r>
        <w:t>limpian</w:t>
      </w:r>
      <w:proofErr w:type="spellEnd"/>
      <w:r>
        <w:t xml:space="preserve"> </w:t>
      </w:r>
      <w:proofErr w:type="spellStart"/>
      <w:r>
        <w:t>interiores</w:t>
      </w:r>
      <w:proofErr w:type="spellEnd"/>
      <w:r>
        <w:t xml:space="preserve"> bajo </w:t>
      </w:r>
      <w:proofErr w:type="spellStart"/>
      <w:r>
        <w:t>tensión</w:t>
      </w:r>
      <w:proofErr w:type="spellEnd"/>
      <w:r>
        <w:t>.</w:t>
      </w:r>
    </w:p>
    <w:p w14:paraId="216FCAFD" w14:textId="77777777" w:rsidR="000767AF" w:rsidRDefault="00000000">
      <w:r>
        <w:t xml:space="preserve">Todos </w:t>
      </w:r>
      <w:proofErr w:type="spellStart"/>
      <w:r>
        <w:t>los</w:t>
      </w:r>
      <w:proofErr w:type="spellEnd"/>
      <w:r>
        <w:t xml:space="preserve"> </w:t>
      </w:r>
      <w:proofErr w:type="spellStart"/>
      <w:r>
        <w:t>hallazgos</w:t>
      </w:r>
      <w:proofErr w:type="spellEnd"/>
      <w:r>
        <w:t xml:space="preserve"> se </w:t>
      </w:r>
      <w:proofErr w:type="spellStart"/>
      <w:r>
        <w:t>documentan</w:t>
      </w:r>
      <w:proofErr w:type="spellEnd"/>
      <w:r>
        <w:t xml:space="preserve"> </w:t>
      </w:r>
      <w:proofErr w:type="spellStart"/>
      <w:r>
        <w:t>aunque</w:t>
      </w:r>
      <w:proofErr w:type="spellEnd"/>
      <w:r>
        <w:t xml:space="preserve"> </w:t>
      </w:r>
      <w:proofErr w:type="spellStart"/>
      <w:r>
        <w:t>parezcan</w:t>
      </w:r>
      <w:proofErr w:type="spellEnd"/>
      <w:r>
        <w:t xml:space="preserve"> </w:t>
      </w:r>
      <w:proofErr w:type="spellStart"/>
      <w:r>
        <w:t>menores</w:t>
      </w:r>
      <w:proofErr w:type="spellEnd"/>
      <w:r>
        <w:t xml:space="preserve">. El </w:t>
      </w:r>
      <w:proofErr w:type="spellStart"/>
      <w:r>
        <w:t>estado</w:t>
      </w:r>
      <w:proofErr w:type="spellEnd"/>
      <w:r>
        <w:t xml:space="preserve"> de </w:t>
      </w:r>
      <w:proofErr w:type="spellStart"/>
      <w:r>
        <w:t>conformidad</w:t>
      </w:r>
      <w:proofErr w:type="spellEnd"/>
      <w:r>
        <w:t xml:space="preserve"> </w:t>
      </w:r>
      <w:proofErr w:type="spellStart"/>
      <w:r>
        <w:t>corresponde</w:t>
      </w:r>
      <w:proofErr w:type="spellEnd"/>
      <w:r>
        <w:t xml:space="preserve"> a lo observable: “sin </w:t>
      </w:r>
      <w:proofErr w:type="spellStart"/>
      <w:r>
        <w:t>daño</w:t>
      </w:r>
      <w:proofErr w:type="spellEnd"/>
      <w:r>
        <w:t xml:space="preserve"> </w:t>
      </w:r>
      <w:proofErr w:type="spellStart"/>
      <w:r>
        <w:t>externo</w:t>
      </w:r>
      <w:proofErr w:type="spellEnd"/>
      <w:r>
        <w:t xml:space="preserve"> visible” no equivale a “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funcionalmente</w:t>
      </w:r>
      <w:proofErr w:type="spellEnd"/>
      <w:r>
        <w:t xml:space="preserve"> </w:t>
      </w:r>
      <w:proofErr w:type="spellStart"/>
      <w:r>
        <w:t>probado</w:t>
      </w:r>
      <w:proofErr w:type="spellEnd"/>
      <w:r>
        <w:t>”.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91"/>
        <w:gridCol w:w="3091"/>
        <w:gridCol w:w="3091"/>
      </w:tblGrid>
      <w:tr w:rsidR="000767AF" w14:paraId="6D3DB2A2" w14:textId="77777777">
        <w:tc>
          <w:tcPr>
            <w:tcW w:w="3091" w:type="dxa"/>
            <w:shd w:val="clear" w:color="auto" w:fill="DDECF5"/>
          </w:tcPr>
          <w:p w14:paraId="58CB0022" w14:textId="77777777" w:rsidR="000767AF" w:rsidRDefault="00000000">
            <w:r>
              <w:rPr>
                <w:b/>
              </w:rPr>
              <w:t>Punto</w:t>
            </w:r>
          </w:p>
        </w:tc>
        <w:tc>
          <w:tcPr>
            <w:tcW w:w="3091" w:type="dxa"/>
            <w:shd w:val="clear" w:color="auto" w:fill="DDECF5"/>
          </w:tcPr>
          <w:p w14:paraId="7ED10957" w14:textId="77777777" w:rsidR="000767AF" w:rsidRDefault="00000000">
            <w:proofErr w:type="spellStart"/>
            <w:r>
              <w:rPr>
                <w:b/>
              </w:rPr>
              <w:t>Aceptación</w:t>
            </w:r>
            <w:proofErr w:type="spellEnd"/>
            <w:r>
              <w:rPr>
                <w:b/>
              </w:rPr>
              <w:t xml:space="preserve"> visible</w:t>
            </w:r>
          </w:p>
        </w:tc>
        <w:tc>
          <w:tcPr>
            <w:tcW w:w="3091" w:type="dxa"/>
            <w:shd w:val="clear" w:color="auto" w:fill="DDECF5"/>
          </w:tcPr>
          <w:p w14:paraId="34604B83" w14:textId="77777777" w:rsidR="000767AF" w:rsidRDefault="00000000">
            <w:proofErr w:type="spellStart"/>
            <w:r>
              <w:rPr>
                <w:b/>
              </w:rPr>
              <w:t>Escalamiento</w:t>
            </w:r>
            <w:proofErr w:type="spellEnd"/>
          </w:p>
        </w:tc>
      </w:tr>
      <w:tr w:rsidR="000767AF" w14:paraId="25B3F9C8" w14:textId="77777777">
        <w:tc>
          <w:tcPr>
            <w:tcW w:w="3091" w:type="dxa"/>
          </w:tcPr>
          <w:p w14:paraId="72FAED14" w14:textId="77777777" w:rsidR="000767AF" w:rsidRDefault="00000000">
            <w:proofErr w:type="spellStart"/>
            <w:r>
              <w:t>Gabinete</w:t>
            </w:r>
            <w:proofErr w:type="spellEnd"/>
          </w:p>
        </w:tc>
        <w:tc>
          <w:tcPr>
            <w:tcW w:w="3091" w:type="dxa"/>
          </w:tcPr>
          <w:p w14:paraId="1F661EC4" w14:textId="77777777" w:rsidR="000767AF" w:rsidRDefault="00000000">
            <w:r>
              <w:t xml:space="preserve">Sin </w:t>
            </w:r>
            <w:proofErr w:type="spellStart"/>
            <w:r>
              <w:t>daño</w:t>
            </w:r>
            <w:proofErr w:type="spellEnd"/>
            <w:r>
              <w:t xml:space="preserve">, </w:t>
            </w:r>
            <w:proofErr w:type="spellStart"/>
            <w:r>
              <w:t>obstrucción</w:t>
            </w:r>
            <w:proofErr w:type="spellEnd"/>
            <w:r>
              <w:t xml:space="preserve"> o </w:t>
            </w:r>
            <w:proofErr w:type="spellStart"/>
            <w:r>
              <w:t>humedad</w:t>
            </w:r>
            <w:proofErr w:type="spellEnd"/>
            <w:r>
              <w:t xml:space="preserve"> </w:t>
            </w:r>
            <w:proofErr w:type="spellStart"/>
            <w:r>
              <w:t>aparente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2BB6FA7B" w14:textId="77777777" w:rsidR="000767AF" w:rsidRDefault="00000000">
            <w:r>
              <w:t xml:space="preserve">Golpes, </w:t>
            </w:r>
            <w:proofErr w:type="spellStart"/>
            <w:r>
              <w:t>ingreso</w:t>
            </w:r>
            <w:proofErr w:type="spellEnd"/>
            <w:r>
              <w:t xml:space="preserve"> de </w:t>
            </w:r>
            <w:proofErr w:type="spellStart"/>
            <w:r>
              <w:t>agua</w:t>
            </w:r>
            <w:proofErr w:type="spellEnd"/>
            <w:r>
              <w:t xml:space="preserve">, </w:t>
            </w:r>
            <w:proofErr w:type="spellStart"/>
            <w:r>
              <w:t>sobrecalentamiento</w:t>
            </w:r>
            <w:proofErr w:type="spellEnd"/>
            <w:r>
              <w:t>.</w:t>
            </w:r>
          </w:p>
        </w:tc>
      </w:tr>
      <w:tr w:rsidR="000767AF" w14:paraId="323A3BD9" w14:textId="77777777">
        <w:tc>
          <w:tcPr>
            <w:tcW w:w="3091" w:type="dxa"/>
          </w:tcPr>
          <w:p w14:paraId="048230DF" w14:textId="77777777" w:rsidR="000767AF" w:rsidRDefault="00000000">
            <w:proofErr w:type="spellStart"/>
            <w:r>
              <w:t>Interfaz</w:t>
            </w:r>
            <w:proofErr w:type="spellEnd"/>
          </w:p>
        </w:tc>
        <w:tc>
          <w:tcPr>
            <w:tcW w:w="3091" w:type="dxa"/>
          </w:tcPr>
          <w:p w14:paraId="11998BDE" w14:textId="77777777" w:rsidR="000767AF" w:rsidRDefault="00000000">
            <w:proofErr w:type="spellStart"/>
            <w:r>
              <w:t>Pantalla</w:t>
            </w:r>
            <w:proofErr w:type="spellEnd"/>
            <w:r>
              <w:t xml:space="preserve"> legible y </w:t>
            </w:r>
            <w:proofErr w:type="spellStart"/>
            <w:r>
              <w:t>condición</w:t>
            </w:r>
            <w:proofErr w:type="spellEnd"/>
            <w:r>
              <w:t xml:space="preserve"> </w:t>
            </w:r>
            <w:proofErr w:type="spellStart"/>
            <w:r>
              <w:t>registrada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4A97879C" w14:textId="77777777" w:rsidR="000767AF" w:rsidRDefault="00000000">
            <w:proofErr w:type="spellStart"/>
            <w:r>
              <w:t>Mensajes</w:t>
            </w:r>
            <w:proofErr w:type="spellEnd"/>
            <w:r>
              <w:t xml:space="preserve"> </w:t>
            </w:r>
            <w:proofErr w:type="spellStart"/>
            <w:r>
              <w:t>desconocidos</w:t>
            </w:r>
            <w:proofErr w:type="spellEnd"/>
            <w:r>
              <w:t xml:space="preserve"> o fuera de </w:t>
            </w:r>
            <w:proofErr w:type="spellStart"/>
            <w:r>
              <w:t>servicio</w:t>
            </w:r>
            <w:proofErr w:type="spellEnd"/>
            <w:r>
              <w:t>.</w:t>
            </w:r>
          </w:p>
        </w:tc>
      </w:tr>
      <w:tr w:rsidR="000767AF" w14:paraId="76B23D0B" w14:textId="77777777">
        <w:tc>
          <w:tcPr>
            <w:tcW w:w="3091" w:type="dxa"/>
          </w:tcPr>
          <w:p w14:paraId="7F16B4F1" w14:textId="77777777" w:rsidR="000767AF" w:rsidRDefault="00000000">
            <w:proofErr w:type="spellStart"/>
            <w:r>
              <w:t>Instrucciones</w:t>
            </w:r>
            <w:proofErr w:type="spellEnd"/>
          </w:p>
        </w:tc>
        <w:tc>
          <w:tcPr>
            <w:tcW w:w="3091" w:type="dxa"/>
          </w:tcPr>
          <w:p w14:paraId="25287BD6" w14:textId="77777777" w:rsidR="000767AF" w:rsidRDefault="00000000">
            <w:proofErr w:type="spellStart"/>
            <w:r>
              <w:t>Contactos</w:t>
            </w:r>
            <w:proofErr w:type="spellEnd"/>
            <w:r>
              <w:t xml:space="preserve">, plan de </w:t>
            </w:r>
            <w:proofErr w:type="spellStart"/>
            <w:r>
              <w:t>respuesta</w:t>
            </w:r>
            <w:proofErr w:type="spellEnd"/>
            <w:r>
              <w:t xml:space="preserve"> y </w:t>
            </w:r>
            <w:proofErr w:type="spellStart"/>
            <w:r>
              <w:t>responsable</w:t>
            </w:r>
            <w:proofErr w:type="spellEnd"/>
            <w:r>
              <w:t xml:space="preserve"> </w:t>
            </w:r>
            <w:proofErr w:type="spellStart"/>
            <w:r>
              <w:t>vigentes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1D238501" w14:textId="77777777" w:rsidR="000767AF" w:rsidRDefault="00000000">
            <w:proofErr w:type="spellStart"/>
            <w:r>
              <w:t>Ausencia</w:t>
            </w:r>
            <w:proofErr w:type="spellEnd"/>
            <w:r>
              <w:t xml:space="preserve"> de </w:t>
            </w:r>
            <w:proofErr w:type="spellStart"/>
            <w:r>
              <w:t>responsables</w:t>
            </w:r>
            <w:proofErr w:type="spellEnd"/>
            <w:r>
              <w:t xml:space="preserve"> o </w:t>
            </w:r>
            <w:proofErr w:type="spellStart"/>
            <w:r>
              <w:t>documentación</w:t>
            </w:r>
            <w:proofErr w:type="spellEnd"/>
            <w:r>
              <w:t>.</w:t>
            </w:r>
          </w:p>
        </w:tc>
      </w:tr>
      <w:tr w:rsidR="000767AF" w14:paraId="5E58A1C8" w14:textId="77777777">
        <w:tc>
          <w:tcPr>
            <w:tcW w:w="3091" w:type="dxa"/>
          </w:tcPr>
          <w:p w14:paraId="2EDCCC5A" w14:textId="77777777" w:rsidR="000767AF" w:rsidRDefault="00000000">
            <w:proofErr w:type="spellStart"/>
            <w:r>
              <w:t>Protección</w:t>
            </w:r>
            <w:proofErr w:type="spellEnd"/>
          </w:p>
        </w:tc>
        <w:tc>
          <w:tcPr>
            <w:tcW w:w="3091" w:type="dxa"/>
          </w:tcPr>
          <w:p w14:paraId="67986E30" w14:textId="77777777" w:rsidR="000767AF" w:rsidRDefault="00000000">
            <w:r>
              <w:t xml:space="preserve">No se </w:t>
            </w:r>
            <w:proofErr w:type="spellStart"/>
            <w:r>
              <w:t>observan</w:t>
            </w:r>
            <w:proofErr w:type="spellEnd"/>
            <w:r>
              <w:t xml:space="preserve"> </w:t>
            </w:r>
            <w:proofErr w:type="spellStart"/>
            <w:r>
              <w:t>anulaciones</w:t>
            </w:r>
            <w:proofErr w:type="spellEnd"/>
            <w:r>
              <w:t xml:space="preserve"> sin control.</w:t>
            </w:r>
          </w:p>
        </w:tc>
        <w:tc>
          <w:tcPr>
            <w:tcW w:w="3091" w:type="dxa"/>
          </w:tcPr>
          <w:p w14:paraId="5DC80AF1" w14:textId="77777777" w:rsidR="000767AF" w:rsidRDefault="00000000">
            <w:r>
              <w:t xml:space="preserve">Zonas </w:t>
            </w:r>
            <w:proofErr w:type="spellStart"/>
            <w:r>
              <w:t>anuladas</w:t>
            </w:r>
            <w:proofErr w:type="spellEnd"/>
            <w:r>
              <w:t xml:space="preserve"> o </w:t>
            </w:r>
            <w:proofErr w:type="spellStart"/>
            <w:r>
              <w:t>pruebas</w:t>
            </w:r>
            <w:proofErr w:type="spellEnd"/>
            <w:r>
              <w:t xml:space="preserve"> sin </w:t>
            </w:r>
            <w:proofErr w:type="spellStart"/>
            <w:r>
              <w:t>cierre</w:t>
            </w:r>
            <w:proofErr w:type="spellEnd"/>
            <w:r>
              <w:t>.</w:t>
            </w:r>
          </w:p>
        </w:tc>
      </w:tr>
    </w:tbl>
    <w:p w14:paraId="09435485" w14:textId="77777777" w:rsidR="000767AF" w:rsidRDefault="00000000">
      <w:r>
        <w:rPr>
          <w:b/>
        </w:rPr>
        <w:t xml:space="preserve">Punto de control para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alumno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identifique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mensaje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exacto</w:t>
      </w:r>
      <w:proofErr w:type="spellEnd"/>
      <w:r>
        <w:rPr>
          <w:b/>
        </w:rPr>
        <w:t xml:space="preserve">, la </w:t>
      </w:r>
      <w:proofErr w:type="spellStart"/>
      <w:r>
        <w:rPr>
          <w:b/>
        </w:rPr>
        <w:t>función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afectada</w:t>
      </w:r>
      <w:proofErr w:type="spellEnd"/>
      <w:r>
        <w:rPr>
          <w:b/>
        </w:rPr>
        <w:t xml:space="preserve">, la persona </w:t>
      </w:r>
      <w:proofErr w:type="spellStart"/>
      <w:r>
        <w:rPr>
          <w:b/>
        </w:rPr>
        <w:t>responsable</w:t>
      </w:r>
      <w:proofErr w:type="spellEnd"/>
      <w:r>
        <w:rPr>
          <w:b/>
        </w:rPr>
        <w:t xml:space="preserve"> y la </w:t>
      </w:r>
      <w:proofErr w:type="spellStart"/>
      <w:r>
        <w:rPr>
          <w:b/>
        </w:rPr>
        <w:t>evidencia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necesaria</w:t>
      </w:r>
      <w:proofErr w:type="spellEnd"/>
      <w:r>
        <w:rPr>
          <w:b/>
        </w:rPr>
        <w:t xml:space="preserve"> antes de </w:t>
      </w:r>
      <w:proofErr w:type="spellStart"/>
      <w:r>
        <w:rPr>
          <w:b/>
        </w:rPr>
        <w:t>cerrar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evento</w:t>
      </w:r>
      <w:proofErr w:type="spellEnd"/>
      <w:r>
        <w:rPr>
          <w:b/>
        </w:rPr>
        <w:t>.</w:t>
      </w:r>
    </w:p>
    <w:p w14:paraId="770E2424" w14:textId="77777777" w:rsidR="000767AF" w:rsidRDefault="00000000">
      <w:pPr>
        <w:spacing w:before="220" w:after="100"/>
      </w:pPr>
      <w:r>
        <w:rPr>
          <w:b/>
          <w:color w:val="12194D"/>
          <w:sz w:val="26"/>
        </w:rPr>
        <w:t xml:space="preserve">6.11 </w:t>
      </w:r>
      <w:proofErr w:type="spellStart"/>
      <w:r>
        <w:rPr>
          <w:b/>
          <w:color w:val="12194D"/>
          <w:sz w:val="26"/>
        </w:rPr>
        <w:t>Mantenimiento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preventivo</w:t>
      </w:r>
      <w:proofErr w:type="spellEnd"/>
      <w:r>
        <w:rPr>
          <w:b/>
          <w:color w:val="12194D"/>
          <w:sz w:val="26"/>
        </w:rPr>
        <w:t xml:space="preserve">: </w:t>
      </w:r>
      <w:proofErr w:type="spellStart"/>
      <w:r>
        <w:rPr>
          <w:b/>
          <w:color w:val="12194D"/>
          <w:sz w:val="26"/>
        </w:rPr>
        <w:t>planificación</w:t>
      </w:r>
      <w:proofErr w:type="spellEnd"/>
      <w:r>
        <w:rPr>
          <w:b/>
          <w:color w:val="12194D"/>
          <w:sz w:val="26"/>
        </w:rPr>
        <w:t xml:space="preserve"> y </w:t>
      </w:r>
      <w:proofErr w:type="spellStart"/>
      <w:r>
        <w:rPr>
          <w:b/>
          <w:color w:val="12194D"/>
          <w:sz w:val="26"/>
        </w:rPr>
        <w:t>alcances</w:t>
      </w:r>
      <w:proofErr w:type="spellEnd"/>
    </w:p>
    <w:p w14:paraId="748D7143" w14:textId="77777777" w:rsidR="000767AF" w:rsidRDefault="00000000">
      <w:r>
        <w:t xml:space="preserve">El </w:t>
      </w:r>
      <w:proofErr w:type="spellStart"/>
      <w:r>
        <w:t>mantenimiento</w:t>
      </w:r>
      <w:proofErr w:type="spellEnd"/>
      <w:r>
        <w:t xml:space="preserve"> </w:t>
      </w:r>
      <w:proofErr w:type="spellStart"/>
      <w:r>
        <w:t>preventivo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programarse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un </w:t>
      </w:r>
      <w:proofErr w:type="spellStart"/>
      <w:r>
        <w:t>responsable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 </w:t>
      </w:r>
      <w:proofErr w:type="spellStart"/>
      <w:r>
        <w:t>siguiendo</w:t>
      </w:r>
      <w:proofErr w:type="spellEnd"/>
      <w:r>
        <w:t xml:space="preserve"> las </w:t>
      </w:r>
      <w:proofErr w:type="spellStart"/>
      <w:r>
        <w:t>instrucciones</w:t>
      </w:r>
      <w:proofErr w:type="spellEnd"/>
      <w:r>
        <w:t xml:space="preserve"> </w:t>
      </w:r>
      <w:proofErr w:type="spellStart"/>
      <w:r>
        <w:t>aplicables</w:t>
      </w:r>
      <w:proofErr w:type="spellEnd"/>
      <w:r>
        <w:t xml:space="preserve"> del </w:t>
      </w:r>
      <w:proofErr w:type="spellStart"/>
      <w:r>
        <w:t>fabricante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proyecto</w:t>
      </w:r>
      <w:proofErr w:type="spellEnd"/>
      <w:r>
        <w:t xml:space="preserve">, las </w:t>
      </w:r>
      <w:proofErr w:type="spellStart"/>
      <w:r>
        <w:t>condiciones</w:t>
      </w:r>
      <w:proofErr w:type="spellEnd"/>
      <w:r>
        <w:t xml:space="preserve"> del sitio y las </w:t>
      </w:r>
      <w:proofErr w:type="spellStart"/>
      <w:r>
        <w:t>disposiciones</w:t>
      </w:r>
      <w:proofErr w:type="spellEnd"/>
      <w:r>
        <w:t xml:space="preserve"> de la </w:t>
      </w:r>
      <w:proofErr w:type="spellStart"/>
      <w:r>
        <w:t>autoridad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. No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frecuencia</w:t>
      </w:r>
      <w:proofErr w:type="spellEnd"/>
      <w:r>
        <w:t xml:space="preserve"> universal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pueda</w:t>
      </w:r>
      <w:proofErr w:type="spellEnd"/>
      <w:r>
        <w:t xml:space="preserve"> </w:t>
      </w:r>
      <w:proofErr w:type="spellStart"/>
      <w:r>
        <w:t>imponerse</w:t>
      </w:r>
      <w:proofErr w:type="spellEnd"/>
      <w:r>
        <w:t xml:space="preserve"> a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paneles</w:t>
      </w:r>
      <w:proofErr w:type="spellEnd"/>
      <w:r>
        <w:t xml:space="preserve"> y </w:t>
      </w:r>
      <w:proofErr w:type="spellStart"/>
      <w:r>
        <w:t>dispositivos</w:t>
      </w:r>
      <w:proofErr w:type="spellEnd"/>
      <w:r>
        <w:t xml:space="preserve"> sin </w:t>
      </w:r>
      <w:proofErr w:type="spellStart"/>
      <w:r>
        <w:t>conocer</w:t>
      </w:r>
      <w:proofErr w:type="spellEnd"/>
      <w:r>
        <w:t xml:space="preserve"> la </w:t>
      </w:r>
      <w:proofErr w:type="spellStart"/>
      <w:r>
        <w:t>instalación</w:t>
      </w:r>
      <w:proofErr w:type="spellEnd"/>
      <w:r>
        <w:t>.</w:t>
      </w:r>
    </w:p>
    <w:p w14:paraId="713EFEAA" w14:textId="77777777" w:rsidR="000767AF" w:rsidRDefault="00000000">
      <w:r>
        <w:t xml:space="preserve">Una </w:t>
      </w:r>
      <w:proofErr w:type="spellStart"/>
      <w:r>
        <w:t>planificación</w:t>
      </w:r>
      <w:proofErr w:type="spellEnd"/>
      <w:r>
        <w:t xml:space="preserve"> </w:t>
      </w:r>
      <w:proofErr w:type="spellStart"/>
      <w:r>
        <w:t>apropiada</w:t>
      </w:r>
      <w:proofErr w:type="spellEnd"/>
      <w:r>
        <w:t xml:space="preserve"> </w:t>
      </w:r>
      <w:proofErr w:type="spellStart"/>
      <w:r>
        <w:t>identifica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elementos</w:t>
      </w:r>
      <w:proofErr w:type="spellEnd"/>
      <w:r>
        <w:t xml:space="preserve"> </w:t>
      </w:r>
      <w:proofErr w:type="spellStart"/>
      <w:r>
        <w:t>serán</w:t>
      </w:r>
      <w:proofErr w:type="spellEnd"/>
      <w:r>
        <w:t xml:space="preserve"> </w:t>
      </w:r>
      <w:proofErr w:type="spellStart"/>
      <w:r>
        <w:t>inspeccionados</w:t>
      </w:r>
      <w:proofErr w:type="spellEnd"/>
      <w:r>
        <w:t xml:space="preserve"> y </w:t>
      </w:r>
      <w:proofErr w:type="spellStart"/>
      <w:r>
        <w:t>probados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criterio</w:t>
      </w:r>
      <w:proofErr w:type="spellEnd"/>
      <w:r>
        <w:t xml:space="preserve"> de </w:t>
      </w:r>
      <w:proofErr w:type="spellStart"/>
      <w:r>
        <w:t>aceptación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medios</w:t>
      </w:r>
      <w:proofErr w:type="spellEnd"/>
      <w:r>
        <w:t xml:space="preserve"> </w:t>
      </w:r>
      <w:proofErr w:type="spellStart"/>
      <w:r>
        <w:t>necesarios</w:t>
      </w:r>
      <w:proofErr w:type="spellEnd"/>
      <w:r>
        <w:t xml:space="preserve">, </w:t>
      </w:r>
      <w:proofErr w:type="spellStart"/>
      <w:r>
        <w:t>riesgos</w:t>
      </w:r>
      <w:proofErr w:type="spellEnd"/>
      <w:r>
        <w:t xml:space="preserve"> de </w:t>
      </w:r>
      <w:proofErr w:type="spellStart"/>
      <w:r>
        <w:t>interrupción</w:t>
      </w:r>
      <w:proofErr w:type="spellEnd"/>
      <w:r>
        <w:t xml:space="preserve">, personal </w:t>
      </w:r>
      <w:proofErr w:type="spellStart"/>
      <w:r>
        <w:t>encargado</w:t>
      </w:r>
      <w:proofErr w:type="spellEnd"/>
      <w:r>
        <w:t xml:space="preserve">, </w:t>
      </w:r>
      <w:proofErr w:type="spellStart"/>
      <w:r>
        <w:t>medidas</w:t>
      </w:r>
      <w:proofErr w:type="spellEnd"/>
      <w:r>
        <w:t xml:space="preserve"> de </w:t>
      </w:r>
      <w:proofErr w:type="spellStart"/>
      <w:r>
        <w:t>protección</w:t>
      </w:r>
      <w:proofErr w:type="spellEnd"/>
      <w:r>
        <w:t xml:space="preserve"> </w:t>
      </w:r>
      <w:proofErr w:type="spellStart"/>
      <w:r>
        <w:t>transitoria</w:t>
      </w:r>
      <w:proofErr w:type="spellEnd"/>
      <w:r>
        <w:t xml:space="preserve"> y </w:t>
      </w:r>
      <w:proofErr w:type="spellStart"/>
      <w:r>
        <w:t>evidencia</w:t>
      </w:r>
      <w:proofErr w:type="spellEnd"/>
      <w:r>
        <w:t xml:space="preserve"> de </w:t>
      </w:r>
      <w:proofErr w:type="spellStart"/>
      <w:r>
        <w:t>resultados</w:t>
      </w:r>
      <w:proofErr w:type="spellEnd"/>
      <w:r>
        <w:t xml:space="preserve">. También </w:t>
      </w:r>
      <w:proofErr w:type="spellStart"/>
      <w:r>
        <w:t>establece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se </w:t>
      </w:r>
      <w:proofErr w:type="spellStart"/>
      <w:r>
        <w:t>gestionarán</w:t>
      </w:r>
      <w:proofErr w:type="spellEnd"/>
      <w:r>
        <w:t xml:space="preserve"> </w:t>
      </w:r>
      <w:proofErr w:type="spellStart"/>
      <w:r>
        <w:t>observaciones</w:t>
      </w:r>
      <w:proofErr w:type="spellEnd"/>
      <w:r>
        <w:t xml:space="preserve"> y </w:t>
      </w:r>
      <w:proofErr w:type="spellStart"/>
      <w:r>
        <w:t>reparaciones</w:t>
      </w:r>
      <w:proofErr w:type="spellEnd"/>
      <w:r>
        <w:t xml:space="preserve"> </w:t>
      </w:r>
      <w:proofErr w:type="spellStart"/>
      <w:r>
        <w:t>pendientes</w:t>
      </w:r>
      <w:proofErr w:type="spellEnd"/>
      <w:r>
        <w:t>.</w:t>
      </w:r>
    </w:p>
    <w:p w14:paraId="18BCAC2F" w14:textId="77777777" w:rsidR="000767AF" w:rsidRDefault="00000000">
      <w:r>
        <w:lastRenderedPageBreak/>
        <w:t xml:space="preserve">Entre las </w:t>
      </w:r>
      <w:proofErr w:type="spellStart"/>
      <w:r>
        <w:t>áreas</w:t>
      </w:r>
      <w:proofErr w:type="spellEnd"/>
      <w:r>
        <w:t xml:space="preserve"> de </w:t>
      </w:r>
      <w:proofErr w:type="spellStart"/>
      <w:r>
        <w:t>trabajo</w:t>
      </w:r>
      <w:proofErr w:type="spellEnd"/>
      <w:r>
        <w:t xml:space="preserve"> </w:t>
      </w:r>
      <w:proofErr w:type="spellStart"/>
      <w:r>
        <w:t>técnico</w:t>
      </w:r>
      <w:proofErr w:type="spellEnd"/>
      <w:r>
        <w:t xml:space="preserve"> </w:t>
      </w:r>
      <w:proofErr w:type="spellStart"/>
      <w:r>
        <w:t>figuran</w:t>
      </w:r>
      <w:proofErr w:type="spellEnd"/>
      <w:r>
        <w:t xml:space="preserve"> la </w:t>
      </w:r>
      <w:proofErr w:type="spellStart"/>
      <w:r>
        <w:t>alimentación</w:t>
      </w:r>
      <w:proofErr w:type="spellEnd"/>
      <w:r>
        <w:t xml:space="preserve"> y </w:t>
      </w:r>
      <w:proofErr w:type="spellStart"/>
      <w:r>
        <w:t>respaldo</w:t>
      </w:r>
      <w:proofErr w:type="spellEnd"/>
      <w:r>
        <w:t xml:space="preserve">, </w:t>
      </w:r>
      <w:proofErr w:type="spellStart"/>
      <w:r>
        <w:t>comunicación</w:t>
      </w:r>
      <w:proofErr w:type="spellEnd"/>
      <w:r>
        <w:t xml:space="preserve"> de </w:t>
      </w:r>
      <w:proofErr w:type="spellStart"/>
      <w:r>
        <w:t>dispositivos</w:t>
      </w:r>
      <w:proofErr w:type="spellEnd"/>
      <w:r>
        <w:t xml:space="preserve">,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lazos</w:t>
      </w:r>
      <w:proofErr w:type="spellEnd"/>
      <w:r>
        <w:t xml:space="preserve">, </w:t>
      </w:r>
      <w:proofErr w:type="spellStart"/>
      <w:r>
        <w:t>módulos</w:t>
      </w:r>
      <w:proofErr w:type="spellEnd"/>
      <w:r>
        <w:t xml:space="preserve"> de entrada y </w:t>
      </w:r>
      <w:proofErr w:type="spellStart"/>
      <w:r>
        <w:t>salida</w:t>
      </w:r>
      <w:proofErr w:type="spellEnd"/>
      <w:r>
        <w:t xml:space="preserve">, </w:t>
      </w:r>
      <w:proofErr w:type="spellStart"/>
      <w:r>
        <w:t>detectores</w:t>
      </w:r>
      <w:proofErr w:type="spellEnd"/>
      <w:r>
        <w:t xml:space="preserve">, </w:t>
      </w:r>
      <w:proofErr w:type="spellStart"/>
      <w:r>
        <w:t>notificación</w:t>
      </w:r>
      <w:proofErr w:type="spellEnd"/>
      <w:r>
        <w:t xml:space="preserve">, </w:t>
      </w:r>
      <w:proofErr w:type="spellStart"/>
      <w:r>
        <w:t>anunciadores</w:t>
      </w:r>
      <w:proofErr w:type="spellEnd"/>
      <w:r>
        <w:t xml:space="preserve">, </w:t>
      </w:r>
      <w:proofErr w:type="spellStart"/>
      <w:r>
        <w:t>historial</w:t>
      </w:r>
      <w:proofErr w:type="spellEnd"/>
      <w:r>
        <w:t xml:space="preserve">, enlaces </w:t>
      </w:r>
      <w:proofErr w:type="spellStart"/>
      <w:r>
        <w:t>externos</w:t>
      </w:r>
      <w:proofErr w:type="spellEnd"/>
      <w:r>
        <w:t xml:space="preserve"> y </w:t>
      </w:r>
      <w:proofErr w:type="spellStart"/>
      <w:r>
        <w:t>funciones</w:t>
      </w:r>
      <w:proofErr w:type="spellEnd"/>
      <w:r>
        <w:t xml:space="preserve"> de </w:t>
      </w:r>
      <w:proofErr w:type="spellStart"/>
      <w:r>
        <w:t>supresión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estén</w:t>
      </w:r>
      <w:proofErr w:type="spellEnd"/>
      <w:r>
        <w:t xml:space="preserve"> </w:t>
      </w:r>
      <w:proofErr w:type="spellStart"/>
      <w:r>
        <w:t>presentes</w:t>
      </w:r>
      <w:proofErr w:type="spellEnd"/>
      <w:r>
        <w:t xml:space="preserve">. Cada </w:t>
      </w:r>
      <w:proofErr w:type="spellStart"/>
      <w:r>
        <w:t>intervención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</w:t>
      </w:r>
      <w:proofErr w:type="spellStart"/>
      <w:r>
        <w:t>pruebas</w:t>
      </w:r>
      <w:proofErr w:type="spellEnd"/>
      <w:r>
        <w:t xml:space="preserve"> </w:t>
      </w:r>
      <w:proofErr w:type="spellStart"/>
      <w:r>
        <w:t>acordes</w:t>
      </w:r>
      <w:proofErr w:type="spellEnd"/>
      <w:r>
        <w:t xml:space="preserve"> a la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afectada</w:t>
      </w:r>
      <w:proofErr w:type="spellEnd"/>
      <w:r>
        <w:t>.</w:t>
      </w:r>
    </w:p>
    <w:p w14:paraId="19263442" w14:textId="77777777" w:rsidR="000767AF" w:rsidRDefault="00000000">
      <w:r>
        <w:t xml:space="preserve">Si se </w:t>
      </w:r>
      <w:proofErr w:type="spellStart"/>
      <w:r>
        <w:t>reemplaza</w:t>
      </w:r>
      <w:proofErr w:type="spellEnd"/>
      <w:r>
        <w:t xml:space="preserve"> un </w:t>
      </w:r>
      <w:proofErr w:type="spellStart"/>
      <w:r>
        <w:t>componente</w:t>
      </w:r>
      <w:proofErr w:type="spellEnd"/>
      <w:r>
        <w:t xml:space="preserve">, se altera </w:t>
      </w:r>
      <w:proofErr w:type="spellStart"/>
      <w:r>
        <w:t>programación</w:t>
      </w:r>
      <w:proofErr w:type="spellEnd"/>
      <w:r>
        <w:t xml:space="preserve"> o se </w:t>
      </w:r>
      <w:proofErr w:type="spellStart"/>
      <w:r>
        <w:t>modifica</w:t>
      </w:r>
      <w:proofErr w:type="spellEnd"/>
      <w:r>
        <w:t xml:space="preserve"> </w:t>
      </w:r>
      <w:proofErr w:type="spellStart"/>
      <w:r>
        <w:t>cableado</w:t>
      </w:r>
      <w:proofErr w:type="spellEnd"/>
      <w:r>
        <w:t xml:space="preserve">, es </w:t>
      </w:r>
      <w:proofErr w:type="spellStart"/>
      <w:r>
        <w:t>necesaria</w:t>
      </w:r>
      <w:proofErr w:type="spellEnd"/>
      <w:r>
        <w:t xml:space="preserve"> la </w:t>
      </w:r>
      <w:proofErr w:type="spellStart"/>
      <w:r>
        <w:t>verificación</w:t>
      </w:r>
      <w:proofErr w:type="spellEnd"/>
      <w:r>
        <w:t xml:space="preserve"> </w:t>
      </w:r>
      <w:proofErr w:type="spellStart"/>
      <w:r>
        <w:t>apropiada</w:t>
      </w:r>
      <w:proofErr w:type="spellEnd"/>
      <w:r>
        <w:t xml:space="preserve"> de la zona </w:t>
      </w:r>
      <w:proofErr w:type="spellStart"/>
      <w:r>
        <w:t>funcional</w:t>
      </w:r>
      <w:proofErr w:type="spellEnd"/>
      <w:r>
        <w:t xml:space="preserve"> </w:t>
      </w:r>
      <w:proofErr w:type="spellStart"/>
      <w:r>
        <w:t>afectada</w:t>
      </w:r>
      <w:proofErr w:type="spellEnd"/>
      <w:r>
        <w:t xml:space="preserve"> y la </w:t>
      </w:r>
      <w:proofErr w:type="spellStart"/>
      <w:r>
        <w:t>documentación</w:t>
      </w:r>
      <w:proofErr w:type="spellEnd"/>
      <w:r>
        <w:t xml:space="preserve"> </w:t>
      </w:r>
      <w:proofErr w:type="spellStart"/>
      <w:r>
        <w:t>actualizada</w:t>
      </w:r>
      <w:proofErr w:type="spellEnd"/>
      <w:r>
        <w:t xml:space="preserve">. Una </w:t>
      </w:r>
      <w:proofErr w:type="spellStart"/>
      <w:r>
        <w:t>inspección</w:t>
      </w:r>
      <w:proofErr w:type="spellEnd"/>
      <w:r>
        <w:t xml:space="preserve"> visual sin </w:t>
      </w:r>
      <w:proofErr w:type="spellStart"/>
      <w:r>
        <w:t>pruebas</w:t>
      </w:r>
      <w:proofErr w:type="spellEnd"/>
      <w:r>
        <w:t xml:space="preserve"> no </w:t>
      </w:r>
      <w:proofErr w:type="spellStart"/>
      <w:r>
        <w:t>sustituye</w:t>
      </w:r>
      <w:proofErr w:type="spellEnd"/>
      <w:r>
        <w:t xml:space="preserve"> </w:t>
      </w:r>
      <w:proofErr w:type="spellStart"/>
      <w:r>
        <w:t>ensayos</w:t>
      </w:r>
      <w:proofErr w:type="spellEnd"/>
      <w:r>
        <w:t xml:space="preserve"> </w:t>
      </w:r>
      <w:proofErr w:type="spellStart"/>
      <w:r>
        <w:t>funcionales</w:t>
      </w:r>
      <w:proofErr w:type="spellEnd"/>
      <w:r>
        <w:t xml:space="preserve"> </w:t>
      </w:r>
      <w:proofErr w:type="spellStart"/>
      <w:r>
        <w:t>programados</w:t>
      </w:r>
      <w:proofErr w:type="spellEnd"/>
      <w: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37"/>
        <w:gridCol w:w="4637"/>
      </w:tblGrid>
      <w:tr w:rsidR="000767AF" w14:paraId="7AD73752" w14:textId="77777777">
        <w:tc>
          <w:tcPr>
            <w:tcW w:w="4637" w:type="dxa"/>
            <w:shd w:val="clear" w:color="auto" w:fill="DDECF5"/>
          </w:tcPr>
          <w:p w14:paraId="69AF8FC1" w14:textId="77777777" w:rsidR="000767AF" w:rsidRDefault="00000000">
            <w:r>
              <w:rPr>
                <w:b/>
              </w:rPr>
              <w:t>Etapa</w:t>
            </w:r>
          </w:p>
        </w:tc>
        <w:tc>
          <w:tcPr>
            <w:tcW w:w="4637" w:type="dxa"/>
            <w:shd w:val="clear" w:color="auto" w:fill="DDECF5"/>
          </w:tcPr>
          <w:p w14:paraId="0F2ADFC5" w14:textId="77777777" w:rsidR="000767AF" w:rsidRDefault="00000000">
            <w:proofErr w:type="spellStart"/>
            <w:r>
              <w:rPr>
                <w:b/>
              </w:rPr>
              <w:t>Evidencia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mínima</w:t>
            </w:r>
            <w:proofErr w:type="spellEnd"/>
          </w:p>
        </w:tc>
      </w:tr>
      <w:tr w:rsidR="000767AF" w14:paraId="149622EA" w14:textId="77777777">
        <w:tc>
          <w:tcPr>
            <w:tcW w:w="4637" w:type="dxa"/>
          </w:tcPr>
          <w:p w14:paraId="2D722BD1" w14:textId="77777777" w:rsidR="000767AF" w:rsidRDefault="00000000">
            <w:proofErr w:type="spellStart"/>
            <w:r>
              <w:t>Preparación</w:t>
            </w:r>
            <w:proofErr w:type="spellEnd"/>
          </w:p>
        </w:tc>
        <w:tc>
          <w:tcPr>
            <w:tcW w:w="4637" w:type="dxa"/>
          </w:tcPr>
          <w:p w14:paraId="1007C17A" w14:textId="77777777" w:rsidR="000767AF" w:rsidRDefault="00000000">
            <w:r>
              <w:t xml:space="preserve">Orden de </w:t>
            </w:r>
            <w:proofErr w:type="spellStart"/>
            <w:r>
              <w:t>trabajo</w:t>
            </w:r>
            <w:proofErr w:type="spellEnd"/>
            <w:r>
              <w:t xml:space="preserve">, </w:t>
            </w:r>
            <w:proofErr w:type="spellStart"/>
            <w:r>
              <w:t>alcance</w:t>
            </w:r>
            <w:proofErr w:type="spellEnd"/>
            <w:r>
              <w:t xml:space="preserve"> y </w:t>
            </w:r>
            <w:proofErr w:type="spellStart"/>
            <w:r>
              <w:t>autorizaciones</w:t>
            </w:r>
            <w:proofErr w:type="spellEnd"/>
            <w:r>
              <w:t>.</w:t>
            </w:r>
          </w:p>
        </w:tc>
      </w:tr>
      <w:tr w:rsidR="000767AF" w14:paraId="3DDD62F5" w14:textId="77777777">
        <w:tc>
          <w:tcPr>
            <w:tcW w:w="4637" w:type="dxa"/>
          </w:tcPr>
          <w:p w14:paraId="5EC62A52" w14:textId="77777777" w:rsidR="000767AF" w:rsidRDefault="00000000">
            <w:r>
              <w:t xml:space="preserve">Control del </w:t>
            </w:r>
            <w:proofErr w:type="spellStart"/>
            <w:r>
              <w:t>riesgo</w:t>
            </w:r>
            <w:proofErr w:type="spellEnd"/>
          </w:p>
        </w:tc>
        <w:tc>
          <w:tcPr>
            <w:tcW w:w="4637" w:type="dxa"/>
          </w:tcPr>
          <w:p w14:paraId="73527848" w14:textId="77777777" w:rsidR="000767AF" w:rsidRDefault="00000000">
            <w:proofErr w:type="spellStart"/>
            <w:r>
              <w:t>Bloqueos</w:t>
            </w:r>
            <w:proofErr w:type="spellEnd"/>
            <w:r>
              <w:t xml:space="preserve"> </w:t>
            </w:r>
            <w:proofErr w:type="spellStart"/>
            <w:r>
              <w:t>autorizados</w:t>
            </w:r>
            <w:proofErr w:type="spellEnd"/>
            <w:r>
              <w:t xml:space="preserve">, </w:t>
            </w:r>
            <w:proofErr w:type="spellStart"/>
            <w:r>
              <w:t>comunicaciones</w:t>
            </w:r>
            <w:proofErr w:type="spellEnd"/>
            <w:r>
              <w:t xml:space="preserve"> y </w:t>
            </w:r>
            <w:proofErr w:type="spellStart"/>
            <w:r>
              <w:t>medios</w:t>
            </w:r>
            <w:proofErr w:type="spellEnd"/>
            <w:r>
              <w:t xml:space="preserve"> </w:t>
            </w:r>
            <w:proofErr w:type="spellStart"/>
            <w:r>
              <w:t>compensatorios</w:t>
            </w:r>
            <w:proofErr w:type="spellEnd"/>
            <w:r>
              <w:t>.</w:t>
            </w:r>
          </w:p>
        </w:tc>
      </w:tr>
      <w:tr w:rsidR="000767AF" w14:paraId="6AD4F30F" w14:textId="77777777">
        <w:tc>
          <w:tcPr>
            <w:tcW w:w="4637" w:type="dxa"/>
          </w:tcPr>
          <w:p w14:paraId="712A3422" w14:textId="77777777" w:rsidR="000767AF" w:rsidRDefault="00000000">
            <w:proofErr w:type="spellStart"/>
            <w:r>
              <w:t>Ejecución</w:t>
            </w:r>
            <w:proofErr w:type="spellEnd"/>
          </w:p>
        </w:tc>
        <w:tc>
          <w:tcPr>
            <w:tcW w:w="4637" w:type="dxa"/>
          </w:tcPr>
          <w:p w14:paraId="7B1EE21A" w14:textId="77777777" w:rsidR="000767AF" w:rsidRDefault="00000000">
            <w:proofErr w:type="spellStart"/>
            <w:r>
              <w:t>Identificación</w:t>
            </w:r>
            <w:proofErr w:type="spellEnd"/>
            <w:r>
              <w:t xml:space="preserve"> de </w:t>
            </w:r>
            <w:proofErr w:type="spellStart"/>
            <w:r>
              <w:t>pruebas</w:t>
            </w:r>
            <w:proofErr w:type="spellEnd"/>
            <w:r>
              <w:t xml:space="preserve">, </w:t>
            </w:r>
            <w:proofErr w:type="spellStart"/>
            <w:r>
              <w:t>resultados</w:t>
            </w:r>
            <w:proofErr w:type="spellEnd"/>
            <w:r>
              <w:t xml:space="preserve"> y </w:t>
            </w:r>
            <w:proofErr w:type="spellStart"/>
            <w:r>
              <w:t>anomalías</w:t>
            </w:r>
            <w:proofErr w:type="spellEnd"/>
            <w:r>
              <w:t>.</w:t>
            </w:r>
          </w:p>
        </w:tc>
      </w:tr>
      <w:tr w:rsidR="000767AF" w14:paraId="1616918B" w14:textId="77777777">
        <w:tc>
          <w:tcPr>
            <w:tcW w:w="4637" w:type="dxa"/>
          </w:tcPr>
          <w:p w14:paraId="067D6AC8" w14:textId="77777777" w:rsidR="000767AF" w:rsidRDefault="00000000">
            <w:proofErr w:type="spellStart"/>
            <w:r>
              <w:t>Reparación</w:t>
            </w:r>
            <w:proofErr w:type="spellEnd"/>
          </w:p>
        </w:tc>
        <w:tc>
          <w:tcPr>
            <w:tcW w:w="4637" w:type="dxa"/>
          </w:tcPr>
          <w:p w14:paraId="14763687" w14:textId="77777777" w:rsidR="000767AF" w:rsidRDefault="00000000">
            <w:proofErr w:type="spellStart"/>
            <w:r>
              <w:t>Componente</w:t>
            </w:r>
            <w:proofErr w:type="spellEnd"/>
            <w:r>
              <w:t xml:space="preserve">, </w:t>
            </w:r>
            <w:proofErr w:type="spellStart"/>
            <w:r>
              <w:t>ajuste</w:t>
            </w:r>
            <w:proofErr w:type="spellEnd"/>
            <w:r>
              <w:t xml:space="preserve"> o </w:t>
            </w:r>
            <w:proofErr w:type="spellStart"/>
            <w:r>
              <w:t>acción</w:t>
            </w:r>
            <w:proofErr w:type="spellEnd"/>
            <w:r>
              <w:t xml:space="preserve"> </w:t>
            </w:r>
            <w:proofErr w:type="spellStart"/>
            <w:r>
              <w:t>aplicada</w:t>
            </w:r>
            <w:proofErr w:type="spellEnd"/>
            <w:r>
              <w:t xml:space="preserve"> y </w:t>
            </w:r>
            <w:proofErr w:type="spellStart"/>
            <w:r>
              <w:t>responsable</w:t>
            </w:r>
            <w:proofErr w:type="spellEnd"/>
            <w:r>
              <w:t>.</w:t>
            </w:r>
          </w:p>
        </w:tc>
      </w:tr>
      <w:tr w:rsidR="000767AF" w14:paraId="4CFDDFC8" w14:textId="77777777">
        <w:tc>
          <w:tcPr>
            <w:tcW w:w="4637" w:type="dxa"/>
          </w:tcPr>
          <w:p w14:paraId="7ADA3352" w14:textId="77777777" w:rsidR="000767AF" w:rsidRDefault="00000000">
            <w:proofErr w:type="spellStart"/>
            <w:r>
              <w:t>Restitución</w:t>
            </w:r>
            <w:proofErr w:type="spellEnd"/>
          </w:p>
        </w:tc>
        <w:tc>
          <w:tcPr>
            <w:tcW w:w="4637" w:type="dxa"/>
          </w:tcPr>
          <w:p w14:paraId="1FEFC8FA" w14:textId="77777777" w:rsidR="000767AF" w:rsidRDefault="00000000">
            <w:proofErr w:type="spellStart"/>
            <w:r>
              <w:t>Prueba</w:t>
            </w:r>
            <w:proofErr w:type="spellEnd"/>
            <w:r>
              <w:t xml:space="preserve"> de </w:t>
            </w:r>
            <w:proofErr w:type="spellStart"/>
            <w:r>
              <w:t>retorno</w:t>
            </w:r>
            <w:proofErr w:type="spellEnd"/>
            <w:r>
              <w:t xml:space="preserve">, </w:t>
            </w:r>
            <w:proofErr w:type="spellStart"/>
            <w:r>
              <w:t>retiro</w:t>
            </w:r>
            <w:proofErr w:type="spellEnd"/>
            <w:r>
              <w:t xml:space="preserve"> de </w:t>
            </w:r>
            <w:proofErr w:type="spellStart"/>
            <w:r>
              <w:t>inhibiciones</w:t>
            </w:r>
            <w:proofErr w:type="spellEnd"/>
            <w:r>
              <w:t xml:space="preserve"> y </w:t>
            </w:r>
            <w:proofErr w:type="spellStart"/>
            <w:r>
              <w:t>conformidad</w:t>
            </w:r>
            <w:proofErr w:type="spellEnd"/>
            <w:r>
              <w:t xml:space="preserve"> final.</w:t>
            </w:r>
          </w:p>
        </w:tc>
      </w:tr>
    </w:tbl>
    <w:p w14:paraId="427EE801" w14:textId="77777777" w:rsidR="000767AF" w:rsidRDefault="00000000">
      <w:r>
        <w:rPr>
          <w:b/>
        </w:rPr>
        <w:t xml:space="preserve">Punto de control para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alumno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identifique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mensaje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exacto</w:t>
      </w:r>
      <w:proofErr w:type="spellEnd"/>
      <w:r>
        <w:rPr>
          <w:b/>
        </w:rPr>
        <w:t xml:space="preserve">, la </w:t>
      </w:r>
      <w:proofErr w:type="spellStart"/>
      <w:r>
        <w:rPr>
          <w:b/>
        </w:rPr>
        <w:t>función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afectada</w:t>
      </w:r>
      <w:proofErr w:type="spellEnd"/>
      <w:r>
        <w:rPr>
          <w:b/>
        </w:rPr>
        <w:t xml:space="preserve">, la persona </w:t>
      </w:r>
      <w:proofErr w:type="spellStart"/>
      <w:r>
        <w:rPr>
          <w:b/>
        </w:rPr>
        <w:t>responsable</w:t>
      </w:r>
      <w:proofErr w:type="spellEnd"/>
      <w:r>
        <w:rPr>
          <w:b/>
        </w:rPr>
        <w:t xml:space="preserve"> y la </w:t>
      </w:r>
      <w:proofErr w:type="spellStart"/>
      <w:r>
        <w:rPr>
          <w:b/>
        </w:rPr>
        <w:t>evidencia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necesaria</w:t>
      </w:r>
      <w:proofErr w:type="spellEnd"/>
      <w:r>
        <w:rPr>
          <w:b/>
        </w:rPr>
        <w:t xml:space="preserve"> antes de </w:t>
      </w:r>
      <w:proofErr w:type="spellStart"/>
      <w:r>
        <w:rPr>
          <w:b/>
        </w:rPr>
        <w:t>cerrar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evento</w:t>
      </w:r>
      <w:proofErr w:type="spellEnd"/>
      <w:r>
        <w:rPr>
          <w:b/>
        </w:rPr>
        <w:t>.</w:t>
      </w:r>
    </w:p>
    <w:p w14:paraId="19973ADE" w14:textId="77777777" w:rsidR="000767AF" w:rsidRDefault="00000000">
      <w:pPr>
        <w:spacing w:before="220" w:after="100"/>
      </w:pPr>
      <w:r>
        <w:rPr>
          <w:b/>
          <w:color w:val="12194D"/>
          <w:sz w:val="26"/>
        </w:rPr>
        <w:t xml:space="preserve">6.12 Fallas </w:t>
      </w:r>
      <w:proofErr w:type="spellStart"/>
      <w:r>
        <w:rPr>
          <w:b/>
          <w:color w:val="12194D"/>
          <w:sz w:val="26"/>
        </w:rPr>
        <w:t>frecuentes</w:t>
      </w:r>
      <w:proofErr w:type="spellEnd"/>
      <w:r>
        <w:rPr>
          <w:b/>
          <w:color w:val="12194D"/>
          <w:sz w:val="26"/>
        </w:rPr>
        <w:t xml:space="preserve"> y </w:t>
      </w:r>
      <w:proofErr w:type="spellStart"/>
      <w:r>
        <w:rPr>
          <w:b/>
          <w:color w:val="12194D"/>
          <w:sz w:val="26"/>
        </w:rPr>
        <w:t>enfoque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seguro</w:t>
      </w:r>
      <w:proofErr w:type="spellEnd"/>
      <w:r>
        <w:rPr>
          <w:b/>
          <w:color w:val="12194D"/>
          <w:sz w:val="26"/>
        </w:rPr>
        <w:t xml:space="preserve"> de </w:t>
      </w:r>
      <w:proofErr w:type="spellStart"/>
      <w:r>
        <w:rPr>
          <w:b/>
          <w:color w:val="12194D"/>
          <w:sz w:val="26"/>
        </w:rPr>
        <w:t>diagnóstico</w:t>
      </w:r>
      <w:proofErr w:type="spellEnd"/>
    </w:p>
    <w:p w14:paraId="59BA1B95" w14:textId="77777777" w:rsidR="000767AF" w:rsidRDefault="00000000">
      <w:r>
        <w:t xml:space="preserve">Los </w:t>
      </w:r>
      <w:proofErr w:type="spellStart"/>
      <w:r>
        <w:t>avisos</w:t>
      </w:r>
      <w:proofErr w:type="spellEnd"/>
      <w:r>
        <w:t xml:space="preserve"> </w:t>
      </w:r>
      <w:proofErr w:type="spellStart"/>
      <w:r>
        <w:t>técnicos</w:t>
      </w:r>
      <w:proofErr w:type="spellEnd"/>
      <w:r>
        <w:t xml:space="preserve"> </w:t>
      </w:r>
      <w:proofErr w:type="spellStart"/>
      <w:r>
        <w:t>sirven</w:t>
      </w:r>
      <w:proofErr w:type="spellEnd"/>
      <w:r>
        <w:t xml:space="preserve"> para </w:t>
      </w:r>
      <w:proofErr w:type="spellStart"/>
      <w:r>
        <w:t>iniciar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investigación</w:t>
      </w:r>
      <w:proofErr w:type="spellEnd"/>
      <w:r>
        <w:t xml:space="preserve">, no para </w:t>
      </w:r>
      <w:proofErr w:type="spellStart"/>
      <w:r>
        <w:t>deducir</w:t>
      </w:r>
      <w:proofErr w:type="spellEnd"/>
      <w:r>
        <w:t xml:space="preserve"> </w:t>
      </w:r>
      <w:proofErr w:type="spellStart"/>
      <w:r>
        <w:t>automáticamente</w:t>
      </w:r>
      <w:proofErr w:type="spellEnd"/>
      <w:r>
        <w:t xml:space="preserve"> la causa. Una </w:t>
      </w:r>
      <w:proofErr w:type="spellStart"/>
      <w:r>
        <w:t>avería</w:t>
      </w:r>
      <w:proofErr w:type="spellEnd"/>
      <w:r>
        <w:t xml:space="preserve"> de </w:t>
      </w:r>
      <w:proofErr w:type="spellStart"/>
      <w:r>
        <w:t>alimentación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deberse</w:t>
      </w:r>
      <w:proofErr w:type="spellEnd"/>
      <w:r>
        <w:t xml:space="preserve"> 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interrupción</w:t>
      </w:r>
      <w:proofErr w:type="spellEnd"/>
      <w:r>
        <w:t xml:space="preserve"> externa </w:t>
      </w:r>
      <w:proofErr w:type="spellStart"/>
      <w:r>
        <w:t>o</w:t>
      </w:r>
      <w:proofErr w:type="spellEnd"/>
      <w:r>
        <w:t xml:space="preserve"> a </w:t>
      </w:r>
      <w:proofErr w:type="spellStart"/>
      <w:r>
        <w:t>componentes</w:t>
      </w:r>
      <w:proofErr w:type="spellEnd"/>
      <w:r>
        <w:t xml:space="preserve"> </w:t>
      </w:r>
      <w:proofErr w:type="spellStart"/>
      <w:r>
        <w:t>internos</w:t>
      </w:r>
      <w:proofErr w:type="spellEnd"/>
      <w:r>
        <w:t xml:space="preserve">; un aviso de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ausente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relacionarse</w:t>
      </w:r>
      <w:proofErr w:type="spellEnd"/>
      <w:r>
        <w:t xml:space="preserve"> con </w:t>
      </w:r>
      <w:proofErr w:type="spellStart"/>
      <w:r>
        <w:t>comunicación</w:t>
      </w:r>
      <w:proofErr w:type="spellEnd"/>
      <w:r>
        <w:t xml:space="preserve">, </w:t>
      </w:r>
      <w:proofErr w:type="spellStart"/>
      <w:r>
        <w:t>instalación</w:t>
      </w:r>
      <w:proofErr w:type="spellEnd"/>
      <w:r>
        <w:t xml:space="preserve"> o </w:t>
      </w:r>
      <w:proofErr w:type="spellStart"/>
      <w:r>
        <w:t>falla</w:t>
      </w:r>
      <w:proofErr w:type="spellEnd"/>
      <w:r>
        <w:t xml:space="preserve"> del </w:t>
      </w:r>
      <w:proofErr w:type="spellStart"/>
      <w:r>
        <w:t>elemento</w:t>
      </w:r>
      <w:proofErr w:type="spellEnd"/>
      <w:r>
        <w:t xml:space="preserve">. </w:t>
      </w:r>
      <w:proofErr w:type="spellStart"/>
      <w:r>
        <w:t>Corresponde</w:t>
      </w:r>
      <w:proofErr w:type="spellEnd"/>
      <w:r>
        <w:t xml:space="preserve"> al </w:t>
      </w:r>
      <w:proofErr w:type="spellStart"/>
      <w:r>
        <w:t>especialista</w:t>
      </w:r>
      <w:proofErr w:type="spellEnd"/>
      <w:r>
        <w:t xml:space="preserve"> </w:t>
      </w:r>
      <w:proofErr w:type="spellStart"/>
      <w:r>
        <w:t>determinar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origen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procedimiento</w:t>
      </w:r>
      <w:proofErr w:type="spellEnd"/>
      <w:r>
        <w:t xml:space="preserve"> </w:t>
      </w:r>
      <w:proofErr w:type="spellStart"/>
      <w:r>
        <w:t>adecuado</w:t>
      </w:r>
      <w:proofErr w:type="spellEnd"/>
      <w:r>
        <w:t>.</w:t>
      </w:r>
    </w:p>
    <w:p w14:paraId="53C1012A" w14:textId="77777777" w:rsidR="000767AF" w:rsidRDefault="00000000">
      <w:r>
        <w:t xml:space="preserve">El primer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atención</w:t>
      </w:r>
      <w:proofErr w:type="spellEnd"/>
      <w:r>
        <w:t xml:space="preserve"> </w:t>
      </w:r>
      <w:proofErr w:type="spellStart"/>
      <w:r>
        <w:t>recopila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: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exacto</w:t>
      </w:r>
      <w:proofErr w:type="spellEnd"/>
      <w:r>
        <w:t xml:space="preserve">, hora, </w:t>
      </w:r>
      <w:proofErr w:type="spellStart"/>
      <w:r>
        <w:t>estado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demás</w:t>
      </w:r>
      <w:proofErr w:type="spellEnd"/>
      <w:r>
        <w:t xml:space="preserve"> </w:t>
      </w:r>
      <w:proofErr w:type="spellStart"/>
      <w:r>
        <w:t>indicadores</w:t>
      </w:r>
      <w:proofErr w:type="spellEnd"/>
      <w:r>
        <w:t xml:space="preserve">, </w:t>
      </w:r>
      <w:proofErr w:type="spellStart"/>
      <w:r>
        <w:t>trabajos</w:t>
      </w:r>
      <w:proofErr w:type="spellEnd"/>
      <w:r>
        <w:t xml:space="preserve"> </w:t>
      </w:r>
      <w:proofErr w:type="spellStart"/>
      <w:r>
        <w:t>recientes</w:t>
      </w:r>
      <w:proofErr w:type="spellEnd"/>
      <w:r>
        <w:t xml:space="preserve">, </w:t>
      </w:r>
      <w:proofErr w:type="spellStart"/>
      <w:r>
        <w:t>sectores</w:t>
      </w:r>
      <w:proofErr w:type="spellEnd"/>
      <w:r>
        <w:t xml:space="preserve"> </w:t>
      </w:r>
      <w:proofErr w:type="spellStart"/>
      <w:r>
        <w:t>afectados</w:t>
      </w:r>
      <w:proofErr w:type="spellEnd"/>
      <w:r>
        <w:t xml:space="preserve"> y </w:t>
      </w:r>
      <w:proofErr w:type="spellStart"/>
      <w:r>
        <w:t>patrones</w:t>
      </w:r>
      <w:proofErr w:type="spellEnd"/>
      <w:r>
        <w:t xml:space="preserve"> de </w:t>
      </w:r>
      <w:proofErr w:type="spellStart"/>
      <w:r>
        <w:t>repetición</w:t>
      </w:r>
      <w:proofErr w:type="spellEnd"/>
      <w:r>
        <w:t xml:space="preserve">. Luego </w:t>
      </w:r>
      <w:proofErr w:type="spellStart"/>
      <w:r>
        <w:t>comunica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al </w:t>
      </w:r>
      <w:proofErr w:type="spellStart"/>
      <w:r>
        <w:t>técnico</w:t>
      </w:r>
      <w:proofErr w:type="spellEnd"/>
      <w:r>
        <w:t xml:space="preserve"> y al </w:t>
      </w:r>
      <w:proofErr w:type="spellStart"/>
      <w:r>
        <w:t>responsable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. Toda </w:t>
      </w:r>
      <w:proofErr w:type="spellStart"/>
      <w:r>
        <w:t>comprobación</w:t>
      </w:r>
      <w:proofErr w:type="spellEnd"/>
      <w:r>
        <w:t xml:space="preserve"> </w:t>
      </w:r>
      <w:proofErr w:type="spellStart"/>
      <w:r>
        <w:t>eléctrica</w:t>
      </w:r>
      <w:proofErr w:type="spellEnd"/>
      <w:r>
        <w:t xml:space="preserve">, </w:t>
      </w:r>
      <w:proofErr w:type="spellStart"/>
      <w:r>
        <w:t>programación</w:t>
      </w:r>
      <w:proofErr w:type="spellEnd"/>
      <w:r>
        <w:t xml:space="preserve"> o </w:t>
      </w:r>
      <w:proofErr w:type="spellStart"/>
      <w:r>
        <w:t>desconexión</w:t>
      </w:r>
      <w:proofErr w:type="spellEnd"/>
      <w:r>
        <w:t xml:space="preserve"> </w:t>
      </w:r>
      <w:proofErr w:type="spellStart"/>
      <w:r>
        <w:t>queda</w:t>
      </w:r>
      <w:proofErr w:type="spellEnd"/>
      <w:r>
        <w:t xml:space="preserve"> </w:t>
      </w:r>
      <w:proofErr w:type="spellStart"/>
      <w:r>
        <w:t>reservada</w:t>
      </w:r>
      <w:proofErr w:type="spellEnd"/>
      <w:r>
        <w:t xml:space="preserve"> a personal </w:t>
      </w:r>
      <w:proofErr w:type="spellStart"/>
      <w:r>
        <w:t>habilitado</w:t>
      </w:r>
      <w:proofErr w:type="spellEnd"/>
      <w:r>
        <w:t>.</w:t>
      </w:r>
    </w:p>
    <w:p w14:paraId="2E568086" w14:textId="77777777" w:rsidR="000767AF" w:rsidRDefault="00000000">
      <w:r>
        <w:t xml:space="preserve">Si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falla</w:t>
      </w:r>
      <w:proofErr w:type="spellEnd"/>
      <w:r>
        <w:t xml:space="preserve"> </w:t>
      </w:r>
      <w:proofErr w:type="spellStart"/>
      <w:r>
        <w:t>impacta</w:t>
      </w:r>
      <w:proofErr w:type="spellEnd"/>
      <w:r>
        <w:t xml:space="preserve"> la </w:t>
      </w:r>
      <w:proofErr w:type="spellStart"/>
      <w:r>
        <w:t>cobertura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documentar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deterioro</w:t>
      </w:r>
      <w:proofErr w:type="spellEnd"/>
      <w:r>
        <w:t xml:space="preserve"> temporal de </w:t>
      </w:r>
      <w:proofErr w:type="spellStart"/>
      <w:r>
        <w:t>protección</w:t>
      </w:r>
      <w:proofErr w:type="spellEnd"/>
      <w:r>
        <w:t xml:space="preserve">, </w:t>
      </w:r>
      <w:proofErr w:type="spellStart"/>
      <w:r>
        <w:t>evaluar</w:t>
      </w:r>
      <w:proofErr w:type="spellEnd"/>
      <w:r>
        <w:t xml:space="preserve">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compensatorias</w:t>
      </w:r>
      <w:proofErr w:type="spellEnd"/>
      <w:r>
        <w:t xml:space="preserve"> y </w:t>
      </w:r>
      <w:proofErr w:type="spellStart"/>
      <w:r>
        <w:t>establecer</w:t>
      </w:r>
      <w:proofErr w:type="spellEnd"/>
      <w:r>
        <w:t xml:space="preserve"> </w:t>
      </w:r>
      <w:proofErr w:type="spellStart"/>
      <w:r>
        <w:t>plazo</w:t>
      </w:r>
      <w:proofErr w:type="spellEnd"/>
      <w:r>
        <w:t xml:space="preserve"> de </w:t>
      </w:r>
      <w:proofErr w:type="spellStart"/>
      <w:r>
        <w:t>recuperación</w:t>
      </w:r>
      <w:proofErr w:type="spellEnd"/>
      <w:r>
        <w:t xml:space="preserve">. No se </w:t>
      </w:r>
      <w:proofErr w:type="spellStart"/>
      <w:r>
        <w:t>aconseja</w:t>
      </w:r>
      <w:proofErr w:type="spellEnd"/>
      <w:r>
        <w:t xml:space="preserve"> </w:t>
      </w:r>
      <w:proofErr w:type="spellStart"/>
      <w:r>
        <w:t>tolerar</w:t>
      </w:r>
      <w:proofErr w:type="spellEnd"/>
      <w:r>
        <w:t xml:space="preserve"> </w:t>
      </w:r>
      <w:proofErr w:type="spellStart"/>
      <w:r>
        <w:t>indefinidamente</w:t>
      </w:r>
      <w:proofErr w:type="spellEnd"/>
      <w:r>
        <w:t xml:space="preserve"> un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persistente</w:t>
      </w:r>
      <w:proofErr w:type="spellEnd"/>
      <w:r>
        <w:t xml:space="preserve"> solo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otras</w:t>
      </w:r>
      <w:proofErr w:type="spellEnd"/>
      <w:r>
        <w:t xml:space="preserve"> zonas </w:t>
      </w:r>
      <w:proofErr w:type="spellStart"/>
      <w:r>
        <w:t>siguen</w:t>
      </w:r>
      <w:proofErr w:type="spellEnd"/>
      <w:r>
        <w:t xml:space="preserve"> </w:t>
      </w:r>
      <w:proofErr w:type="spellStart"/>
      <w:r>
        <w:t>funcionando</w:t>
      </w:r>
      <w:proofErr w:type="spellEnd"/>
      <w:r>
        <w:t>.</w:t>
      </w:r>
    </w:p>
    <w:p w14:paraId="478D6D78" w14:textId="77777777" w:rsidR="000767AF" w:rsidRDefault="00000000">
      <w:r>
        <w:t xml:space="preserve">El </w:t>
      </w:r>
      <w:proofErr w:type="spellStart"/>
      <w:r>
        <w:t>cierre</w:t>
      </w:r>
      <w:proofErr w:type="spellEnd"/>
      <w:r>
        <w:t xml:space="preserve"> </w:t>
      </w:r>
      <w:proofErr w:type="spellStart"/>
      <w:r>
        <w:t>requiere</w:t>
      </w:r>
      <w:proofErr w:type="spellEnd"/>
      <w:r>
        <w:t xml:space="preserve"> </w:t>
      </w:r>
      <w:proofErr w:type="spellStart"/>
      <w:r>
        <w:t>evidencia</w:t>
      </w:r>
      <w:proofErr w:type="spellEnd"/>
      <w:r>
        <w:t xml:space="preserve">: </w:t>
      </w:r>
      <w:proofErr w:type="spellStart"/>
      <w:r>
        <w:t>corrección</w:t>
      </w:r>
      <w:proofErr w:type="spellEnd"/>
      <w:r>
        <w:t xml:space="preserve"> </w:t>
      </w:r>
      <w:proofErr w:type="spellStart"/>
      <w:r>
        <w:t>documentada</w:t>
      </w:r>
      <w:proofErr w:type="spellEnd"/>
      <w:r>
        <w:t xml:space="preserve">, </w:t>
      </w:r>
      <w:proofErr w:type="spellStart"/>
      <w:r>
        <w:t>verificación</w:t>
      </w:r>
      <w:proofErr w:type="spellEnd"/>
      <w:r>
        <w:t xml:space="preserve"> de </w:t>
      </w:r>
      <w:proofErr w:type="spellStart"/>
      <w:r>
        <w:t>ausencia</w:t>
      </w:r>
      <w:proofErr w:type="spellEnd"/>
      <w:r>
        <w:t xml:space="preserve"> de </w:t>
      </w:r>
      <w:proofErr w:type="spellStart"/>
      <w:r>
        <w:t>condición</w:t>
      </w:r>
      <w:proofErr w:type="spellEnd"/>
      <w:r>
        <w:t xml:space="preserve"> anormal, </w:t>
      </w:r>
      <w:proofErr w:type="spellStart"/>
      <w:r>
        <w:t>pruebas</w:t>
      </w:r>
      <w:proofErr w:type="spellEnd"/>
      <w:r>
        <w:t xml:space="preserve"> </w:t>
      </w:r>
      <w:proofErr w:type="spellStart"/>
      <w:r>
        <w:t>aplicables</w:t>
      </w:r>
      <w:proofErr w:type="spellEnd"/>
      <w:r>
        <w:t xml:space="preserve"> al </w:t>
      </w:r>
      <w:proofErr w:type="spellStart"/>
      <w:r>
        <w:t>componente</w:t>
      </w:r>
      <w:proofErr w:type="spellEnd"/>
      <w:r>
        <w:t xml:space="preserve"> y </w:t>
      </w:r>
      <w:proofErr w:type="spellStart"/>
      <w:r>
        <w:t>liberación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 para </w:t>
      </w:r>
      <w:proofErr w:type="spellStart"/>
      <w:r>
        <w:t>servicio</w:t>
      </w:r>
      <w:proofErr w:type="spellEnd"/>
      <w: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91"/>
        <w:gridCol w:w="3091"/>
        <w:gridCol w:w="3091"/>
      </w:tblGrid>
      <w:tr w:rsidR="000767AF" w14:paraId="20974544" w14:textId="77777777">
        <w:tc>
          <w:tcPr>
            <w:tcW w:w="3091" w:type="dxa"/>
            <w:shd w:val="clear" w:color="auto" w:fill="DDECF5"/>
          </w:tcPr>
          <w:p w14:paraId="17AD77CD" w14:textId="77777777" w:rsidR="000767AF" w:rsidRDefault="00000000">
            <w:proofErr w:type="spellStart"/>
            <w:r>
              <w:rPr>
                <w:b/>
              </w:rPr>
              <w:t>Indicación</w:t>
            </w:r>
            <w:proofErr w:type="spellEnd"/>
          </w:p>
        </w:tc>
        <w:tc>
          <w:tcPr>
            <w:tcW w:w="3091" w:type="dxa"/>
            <w:shd w:val="clear" w:color="auto" w:fill="DDECF5"/>
          </w:tcPr>
          <w:p w14:paraId="74D9B9D4" w14:textId="77777777" w:rsidR="000767AF" w:rsidRDefault="00000000"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a </w:t>
            </w:r>
            <w:proofErr w:type="spellStart"/>
            <w:r>
              <w:rPr>
                <w:b/>
              </w:rPr>
              <w:t>recopilar</w:t>
            </w:r>
            <w:proofErr w:type="spellEnd"/>
          </w:p>
        </w:tc>
        <w:tc>
          <w:tcPr>
            <w:tcW w:w="3091" w:type="dxa"/>
            <w:shd w:val="clear" w:color="auto" w:fill="DDECF5"/>
          </w:tcPr>
          <w:p w14:paraId="5FBAE95C" w14:textId="77777777" w:rsidR="000767AF" w:rsidRDefault="00000000">
            <w:proofErr w:type="spellStart"/>
            <w:r>
              <w:rPr>
                <w:b/>
              </w:rPr>
              <w:t>Acción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segura</w:t>
            </w:r>
            <w:proofErr w:type="spellEnd"/>
          </w:p>
        </w:tc>
      </w:tr>
      <w:tr w:rsidR="000767AF" w14:paraId="02A79BA4" w14:textId="77777777">
        <w:tc>
          <w:tcPr>
            <w:tcW w:w="3091" w:type="dxa"/>
          </w:tcPr>
          <w:p w14:paraId="6649092F" w14:textId="77777777" w:rsidR="000767AF" w:rsidRDefault="00000000">
            <w:r>
              <w:t>Pérdida CA</w:t>
            </w:r>
          </w:p>
        </w:tc>
        <w:tc>
          <w:tcPr>
            <w:tcW w:w="3091" w:type="dxa"/>
          </w:tcPr>
          <w:p w14:paraId="1AF234DB" w14:textId="77777777" w:rsidR="000767AF" w:rsidRDefault="00000000">
            <w:proofErr w:type="spellStart"/>
            <w:r>
              <w:t>Indicador</w:t>
            </w:r>
            <w:proofErr w:type="spellEnd"/>
            <w:r>
              <w:t xml:space="preserve">, corte </w:t>
            </w:r>
            <w:proofErr w:type="spellStart"/>
            <w:r>
              <w:t>externo</w:t>
            </w:r>
            <w:proofErr w:type="spellEnd"/>
            <w:r>
              <w:t xml:space="preserve">, hora de </w:t>
            </w:r>
            <w:proofErr w:type="spellStart"/>
            <w:r>
              <w:t>inicio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58E274CC" w14:textId="77777777" w:rsidR="000767AF" w:rsidRDefault="00000000">
            <w:proofErr w:type="spellStart"/>
            <w:r>
              <w:t>Escalar</w:t>
            </w:r>
            <w:proofErr w:type="spellEnd"/>
            <w:r>
              <w:t xml:space="preserve">; </w:t>
            </w:r>
            <w:proofErr w:type="spellStart"/>
            <w:r>
              <w:t>confirmar</w:t>
            </w:r>
            <w:proofErr w:type="spellEnd"/>
            <w:r>
              <w:t xml:space="preserve"> </w:t>
            </w:r>
            <w:proofErr w:type="spellStart"/>
            <w:r>
              <w:t>afectación</w:t>
            </w:r>
            <w:proofErr w:type="spellEnd"/>
            <w:r>
              <w:t xml:space="preserve"> de </w:t>
            </w:r>
            <w:proofErr w:type="spellStart"/>
            <w:r>
              <w:t>suministro</w:t>
            </w:r>
            <w:proofErr w:type="spellEnd"/>
            <w:r>
              <w:t xml:space="preserve"> sin </w:t>
            </w:r>
            <w:proofErr w:type="spellStart"/>
            <w:r>
              <w:t>abrir</w:t>
            </w:r>
            <w:proofErr w:type="spellEnd"/>
            <w:r>
              <w:t xml:space="preserve"> panel.</w:t>
            </w:r>
          </w:p>
        </w:tc>
      </w:tr>
      <w:tr w:rsidR="000767AF" w14:paraId="03614F06" w14:textId="77777777">
        <w:tc>
          <w:tcPr>
            <w:tcW w:w="3091" w:type="dxa"/>
          </w:tcPr>
          <w:p w14:paraId="730A9AC6" w14:textId="77777777" w:rsidR="000767AF" w:rsidRDefault="00000000">
            <w:proofErr w:type="spellStart"/>
            <w:r>
              <w:t>Problema</w:t>
            </w:r>
            <w:proofErr w:type="spellEnd"/>
            <w:r>
              <w:t xml:space="preserve"> de </w:t>
            </w:r>
            <w:proofErr w:type="spellStart"/>
            <w:r>
              <w:t>batería</w:t>
            </w:r>
            <w:proofErr w:type="spellEnd"/>
          </w:p>
        </w:tc>
        <w:tc>
          <w:tcPr>
            <w:tcW w:w="3091" w:type="dxa"/>
          </w:tcPr>
          <w:p w14:paraId="78E0809C" w14:textId="77777777" w:rsidR="000767AF" w:rsidRDefault="00000000">
            <w:proofErr w:type="spellStart"/>
            <w:r>
              <w:t>Mensaje</w:t>
            </w:r>
            <w:proofErr w:type="spellEnd"/>
            <w:r>
              <w:t xml:space="preserve">, </w:t>
            </w:r>
            <w:proofErr w:type="spellStart"/>
            <w:r>
              <w:t>periodicidad</w:t>
            </w:r>
            <w:proofErr w:type="spellEnd"/>
            <w:r>
              <w:t xml:space="preserve"> y </w:t>
            </w:r>
            <w:proofErr w:type="spellStart"/>
            <w:r>
              <w:t>actividad</w:t>
            </w:r>
            <w:proofErr w:type="spellEnd"/>
            <w:r>
              <w:t xml:space="preserve"> </w:t>
            </w:r>
            <w:proofErr w:type="spellStart"/>
            <w:r>
              <w:t>reciente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57B2D9FB" w14:textId="77777777" w:rsidR="000767AF" w:rsidRDefault="00000000">
            <w:proofErr w:type="spellStart"/>
            <w:r>
              <w:t>Solicitar</w:t>
            </w:r>
            <w:proofErr w:type="spellEnd"/>
            <w:r>
              <w:t xml:space="preserve"> </w:t>
            </w:r>
            <w:proofErr w:type="spellStart"/>
            <w:r>
              <w:t>revisión</w:t>
            </w:r>
            <w:proofErr w:type="spellEnd"/>
            <w:r>
              <w:t xml:space="preserve"> </w:t>
            </w:r>
            <w:proofErr w:type="spellStart"/>
            <w:r>
              <w:t>técnica</w:t>
            </w:r>
            <w:proofErr w:type="spellEnd"/>
            <w:r>
              <w:t>.</w:t>
            </w:r>
          </w:p>
        </w:tc>
      </w:tr>
      <w:tr w:rsidR="000767AF" w14:paraId="253B705C" w14:textId="77777777">
        <w:tc>
          <w:tcPr>
            <w:tcW w:w="3091" w:type="dxa"/>
          </w:tcPr>
          <w:p w14:paraId="47214EAE" w14:textId="77777777" w:rsidR="000767AF" w:rsidRDefault="00000000">
            <w:proofErr w:type="spellStart"/>
            <w:r>
              <w:t>Dispositivo</w:t>
            </w:r>
            <w:proofErr w:type="spellEnd"/>
            <w:r>
              <w:t xml:space="preserve"> no </w:t>
            </w:r>
            <w:proofErr w:type="spellStart"/>
            <w:r>
              <w:t>responde</w:t>
            </w:r>
            <w:proofErr w:type="spellEnd"/>
          </w:p>
        </w:tc>
        <w:tc>
          <w:tcPr>
            <w:tcW w:w="3091" w:type="dxa"/>
          </w:tcPr>
          <w:p w14:paraId="63D43736" w14:textId="77777777" w:rsidR="000767AF" w:rsidRDefault="00000000">
            <w:r>
              <w:t xml:space="preserve">ID, zona, </w:t>
            </w:r>
            <w:proofErr w:type="spellStart"/>
            <w:r>
              <w:t>trabajos</w:t>
            </w:r>
            <w:proofErr w:type="spellEnd"/>
            <w:r>
              <w:t xml:space="preserve"> </w:t>
            </w:r>
            <w:proofErr w:type="spellStart"/>
            <w:r>
              <w:t>recientes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5F56EFD4" w14:textId="77777777" w:rsidR="000767AF" w:rsidRDefault="00000000">
            <w:proofErr w:type="spellStart"/>
            <w:r>
              <w:t>Reportar</w:t>
            </w:r>
            <w:proofErr w:type="spellEnd"/>
            <w:r>
              <w:t xml:space="preserve"> </w:t>
            </w:r>
            <w:proofErr w:type="spellStart"/>
            <w:r>
              <w:t>ubicación</w:t>
            </w:r>
            <w:proofErr w:type="spellEnd"/>
            <w:r>
              <w:t xml:space="preserve"> exacta.</w:t>
            </w:r>
          </w:p>
        </w:tc>
      </w:tr>
      <w:tr w:rsidR="000767AF" w14:paraId="1CFD6BFC" w14:textId="77777777">
        <w:tc>
          <w:tcPr>
            <w:tcW w:w="3091" w:type="dxa"/>
          </w:tcPr>
          <w:p w14:paraId="745232D0" w14:textId="77777777" w:rsidR="000767AF" w:rsidRDefault="00000000">
            <w:r>
              <w:t xml:space="preserve">Falla de </w:t>
            </w:r>
            <w:proofErr w:type="spellStart"/>
            <w:r>
              <w:t>comunicación</w:t>
            </w:r>
            <w:proofErr w:type="spellEnd"/>
          </w:p>
        </w:tc>
        <w:tc>
          <w:tcPr>
            <w:tcW w:w="3091" w:type="dxa"/>
          </w:tcPr>
          <w:p w14:paraId="10745B03" w14:textId="77777777" w:rsidR="000767AF" w:rsidRDefault="00000000">
            <w:r>
              <w:t xml:space="preserve">Enlace </w:t>
            </w:r>
            <w:proofErr w:type="spellStart"/>
            <w:r>
              <w:t>señalado</w:t>
            </w:r>
            <w:proofErr w:type="spellEnd"/>
            <w:r>
              <w:t xml:space="preserve"> y </w:t>
            </w:r>
            <w:proofErr w:type="spellStart"/>
            <w:r>
              <w:t>estaciones</w:t>
            </w:r>
            <w:proofErr w:type="spellEnd"/>
            <w:r>
              <w:t xml:space="preserve"> </w:t>
            </w:r>
            <w:proofErr w:type="spellStart"/>
            <w:r>
              <w:t>afectadas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5AD448E5" w14:textId="77777777" w:rsidR="000767AF" w:rsidRDefault="00000000">
            <w:proofErr w:type="spellStart"/>
            <w:r>
              <w:t>Notificar</w:t>
            </w:r>
            <w:proofErr w:type="spellEnd"/>
            <w:r>
              <w:t xml:space="preserve"> a sala de control y </w:t>
            </w:r>
            <w:proofErr w:type="spellStart"/>
            <w:r>
              <w:t>mantenimiento</w:t>
            </w:r>
            <w:proofErr w:type="spellEnd"/>
            <w:r>
              <w:t>.</w:t>
            </w:r>
          </w:p>
        </w:tc>
      </w:tr>
      <w:tr w:rsidR="000767AF" w14:paraId="7BC5761A" w14:textId="77777777">
        <w:tc>
          <w:tcPr>
            <w:tcW w:w="3091" w:type="dxa"/>
          </w:tcPr>
          <w:p w14:paraId="41246083" w14:textId="77777777" w:rsidR="000767AF" w:rsidRDefault="00000000">
            <w:proofErr w:type="spellStart"/>
            <w:r>
              <w:t>Anulación</w:t>
            </w:r>
            <w:proofErr w:type="spellEnd"/>
            <w:r>
              <w:t xml:space="preserve"> </w:t>
            </w:r>
            <w:proofErr w:type="spellStart"/>
            <w:r>
              <w:t>activa</w:t>
            </w:r>
            <w:proofErr w:type="spellEnd"/>
          </w:p>
        </w:tc>
        <w:tc>
          <w:tcPr>
            <w:tcW w:w="3091" w:type="dxa"/>
          </w:tcPr>
          <w:p w14:paraId="2B9763BF" w14:textId="77777777" w:rsidR="000767AF" w:rsidRDefault="00000000">
            <w:proofErr w:type="spellStart"/>
            <w:r>
              <w:t>Dispositivo</w:t>
            </w:r>
            <w:proofErr w:type="spellEnd"/>
            <w:r>
              <w:t xml:space="preserve">, </w:t>
            </w:r>
            <w:proofErr w:type="spellStart"/>
            <w:r>
              <w:t>autorización</w:t>
            </w:r>
            <w:proofErr w:type="spellEnd"/>
            <w:r>
              <w:t xml:space="preserve"> y </w:t>
            </w:r>
            <w:proofErr w:type="spellStart"/>
            <w:r>
              <w:t>fecha</w:t>
            </w:r>
            <w:proofErr w:type="spellEnd"/>
            <w:r>
              <w:t>.</w:t>
            </w:r>
          </w:p>
        </w:tc>
        <w:tc>
          <w:tcPr>
            <w:tcW w:w="3091" w:type="dxa"/>
          </w:tcPr>
          <w:p w14:paraId="69DA6E46" w14:textId="77777777" w:rsidR="000767AF" w:rsidRDefault="00000000">
            <w:proofErr w:type="spellStart"/>
            <w:r>
              <w:t>Exigir</w:t>
            </w:r>
            <w:proofErr w:type="spellEnd"/>
            <w:r>
              <w:t xml:space="preserve"> </w:t>
            </w:r>
            <w:proofErr w:type="spellStart"/>
            <w:r>
              <w:t>seguimiento</w:t>
            </w:r>
            <w:proofErr w:type="spellEnd"/>
            <w:r>
              <w:t xml:space="preserve"> hasta </w:t>
            </w:r>
            <w:proofErr w:type="spellStart"/>
            <w:r>
              <w:t>restitución</w:t>
            </w:r>
            <w:proofErr w:type="spellEnd"/>
            <w:r>
              <w:t>.</w:t>
            </w:r>
          </w:p>
        </w:tc>
      </w:tr>
    </w:tbl>
    <w:p w14:paraId="6150BB41" w14:textId="77777777" w:rsidR="000767AF" w:rsidRDefault="00000000">
      <w:r>
        <w:rPr>
          <w:b/>
        </w:rPr>
        <w:t xml:space="preserve">Punto de control para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alumno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identifique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mensaje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exacto</w:t>
      </w:r>
      <w:proofErr w:type="spellEnd"/>
      <w:r>
        <w:rPr>
          <w:b/>
        </w:rPr>
        <w:t xml:space="preserve">, la </w:t>
      </w:r>
      <w:proofErr w:type="spellStart"/>
      <w:r>
        <w:rPr>
          <w:b/>
        </w:rPr>
        <w:t>función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afectada</w:t>
      </w:r>
      <w:proofErr w:type="spellEnd"/>
      <w:r>
        <w:rPr>
          <w:b/>
        </w:rPr>
        <w:t xml:space="preserve">, la persona </w:t>
      </w:r>
      <w:proofErr w:type="spellStart"/>
      <w:r>
        <w:rPr>
          <w:b/>
        </w:rPr>
        <w:t>responsable</w:t>
      </w:r>
      <w:proofErr w:type="spellEnd"/>
      <w:r>
        <w:rPr>
          <w:b/>
        </w:rPr>
        <w:t xml:space="preserve"> y la </w:t>
      </w:r>
      <w:proofErr w:type="spellStart"/>
      <w:r>
        <w:rPr>
          <w:b/>
        </w:rPr>
        <w:t>evidencia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necesaria</w:t>
      </w:r>
      <w:proofErr w:type="spellEnd"/>
      <w:r>
        <w:rPr>
          <w:b/>
        </w:rPr>
        <w:t xml:space="preserve"> antes de </w:t>
      </w:r>
      <w:proofErr w:type="spellStart"/>
      <w:r>
        <w:rPr>
          <w:b/>
        </w:rPr>
        <w:t>cerrar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evento</w:t>
      </w:r>
      <w:proofErr w:type="spellEnd"/>
      <w:r>
        <w:rPr>
          <w:b/>
        </w:rPr>
        <w:t>.</w:t>
      </w:r>
    </w:p>
    <w:p w14:paraId="712C9789" w14:textId="77777777" w:rsidR="000767AF" w:rsidRDefault="00000000">
      <w:pPr>
        <w:spacing w:before="220" w:after="100"/>
      </w:pPr>
      <w:r>
        <w:rPr>
          <w:b/>
          <w:color w:val="12194D"/>
          <w:sz w:val="26"/>
        </w:rPr>
        <w:lastRenderedPageBreak/>
        <w:t xml:space="preserve">6.13 </w:t>
      </w:r>
      <w:proofErr w:type="spellStart"/>
      <w:r>
        <w:rPr>
          <w:b/>
          <w:color w:val="12194D"/>
          <w:sz w:val="26"/>
        </w:rPr>
        <w:t>Gestión</w:t>
      </w:r>
      <w:proofErr w:type="spellEnd"/>
      <w:r>
        <w:rPr>
          <w:b/>
          <w:color w:val="12194D"/>
          <w:sz w:val="26"/>
        </w:rPr>
        <w:t xml:space="preserve"> de </w:t>
      </w:r>
      <w:proofErr w:type="spellStart"/>
      <w:r>
        <w:rPr>
          <w:b/>
          <w:color w:val="12194D"/>
          <w:sz w:val="26"/>
        </w:rPr>
        <w:t>sistemas</w:t>
      </w:r>
      <w:proofErr w:type="spellEnd"/>
      <w:r>
        <w:rPr>
          <w:b/>
          <w:color w:val="12194D"/>
          <w:sz w:val="26"/>
        </w:rPr>
        <w:t xml:space="preserve"> fuera de </w:t>
      </w:r>
      <w:proofErr w:type="spellStart"/>
      <w:r>
        <w:rPr>
          <w:b/>
          <w:color w:val="12194D"/>
          <w:sz w:val="26"/>
        </w:rPr>
        <w:t>servicio</w:t>
      </w:r>
      <w:proofErr w:type="spellEnd"/>
      <w:r>
        <w:rPr>
          <w:b/>
          <w:color w:val="12194D"/>
          <w:sz w:val="26"/>
        </w:rPr>
        <w:t xml:space="preserve"> e </w:t>
      </w:r>
      <w:proofErr w:type="spellStart"/>
      <w:r>
        <w:rPr>
          <w:b/>
          <w:color w:val="12194D"/>
          <w:sz w:val="26"/>
        </w:rPr>
        <w:t>inhibiciones</w:t>
      </w:r>
      <w:proofErr w:type="spellEnd"/>
    </w:p>
    <w:p w14:paraId="56BE4453" w14:textId="77777777" w:rsidR="000767AF" w:rsidRDefault="00000000">
      <w:r>
        <w:t xml:space="preserve">Una </w:t>
      </w:r>
      <w:proofErr w:type="spellStart"/>
      <w:r>
        <w:t>inhibición</w:t>
      </w:r>
      <w:proofErr w:type="spellEnd"/>
      <w:r>
        <w:t xml:space="preserve"> o </w:t>
      </w:r>
      <w:proofErr w:type="spellStart"/>
      <w:r>
        <w:t>anulación</w:t>
      </w:r>
      <w:proofErr w:type="spellEnd"/>
      <w:r>
        <w:t xml:space="preserve"> reduce o </w:t>
      </w:r>
      <w:proofErr w:type="spellStart"/>
      <w:r>
        <w:t>modifica</w:t>
      </w:r>
      <w:proofErr w:type="spellEnd"/>
      <w:r>
        <w:t xml:space="preserve"> la </w:t>
      </w:r>
      <w:proofErr w:type="spellStart"/>
      <w:r>
        <w:t>cobertura</w:t>
      </w:r>
      <w:proofErr w:type="spellEnd"/>
      <w:r>
        <w:t xml:space="preserve"> de </w:t>
      </w:r>
      <w:proofErr w:type="spellStart"/>
      <w:r>
        <w:t>protección</w:t>
      </w:r>
      <w:proofErr w:type="spellEnd"/>
      <w:r>
        <w:t xml:space="preserve">. No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convertirse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solución</w:t>
      </w:r>
      <w:proofErr w:type="spellEnd"/>
      <w:r>
        <w:t xml:space="preserve"> </w:t>
      </w:r>
      <w:proofErr w:type="spellStart"/>
      <w:r>
        <w:t>permanente</w:t>
      </w:r>
      <w:proofErr w:type="spellEnd"/>
      <w:r>
        <w:t xml:space="preserve"> para </w:t>
      </w:r>
      <w:proofErr w:type="spellStart"/>
      <w:r>
        <w:t>evitar</w:t>
      </w:r>
      <w:proofErr w:type="spellEnd"/>
      <w:r>
        <w:t xml:space="preserve"> </w:t>
      </w:r>
      <w:proofErr w:type="spellStart"/>
      <w:r>
        <w:t>avisos</w:t>
      </w:r>
      <w:proofErr w:type="spellEnd"/>
      <w:r>
        <w:t xml:space="preserve"> </w:t>
      </w:r>
      <w:proofErr w:type="spellStart"/>
      <w:r>
        <w:t>molestos</w:t>
      </w:r>
      <w:proofErr w:type="spellEnd"/>
      <w:r>
        <w:t xml:space="preserve">. Cualquier </w:t>
      </w:r>
      <w:proofErr w:type="spellStart"/>
      <w:r>
        <w:t>retiro</w:t>
      </w:r>
      <w:proofErr w:type="spellEnd"/>
      <w:r>
        <w:t xml:space="preserve"> del </w:t>
      </w:r>
      <w:proofErr w:type="spellStart"/>
      <w:r>
        <w:t>servicio</w:t>
      </w:r>
      <w:proofErr w:type="spellEnd"/>
      <w:r>
        <w:t xml:space="preserve"> </w:t>
      </w:r>
      <w:proofErr w:type="spellStart"/>
      <w:r>
        <w:t>exige</w:t>
      </w:r>
      <w:proofErr w:type="spellEnd"/>
      <w:r>
        <w:t xml:space="preserve"> </w:t>
      </w:r>
      <w:proofErr w:type="spellStart"/>
      <w:r>
        <w:t>autorización</w:t>
      </w:r>
      <w:proofErr w:type="spellEnd"/>
      <w:r>
        <w:t xml:space="preserve">, </w:t>
      </w:r>
      <w:proofErr w:type="spellStart"/>
      <w:r>
        <w:t>análisis</w:t>
      </w:r>
      <w:proofErr w:type="spellEnd"/>
      <w:r>
        <w:t xml:space="preserve"> de </w:t>
      </w:r>
      <w:proofErr w:type="spellStart"/>
      <w:r>
        <w:t>riesgos</w:t>
      </w:r>
      <w:proofErr w:type="spellEnd"/>
      <w:r>
        <w:t xml:space="preserve">, </w:t>
      </w:r>
      <w:proofErr w:type="spellStart"/>
      <w:r>
        <w:t>identificación</w:t>
      </w:r>
      <w:proofErr w:type="spellEnd"/>
      <w:r>
        <w:t xml:space="preserve"> del </w:t>
      </w:r>
      <w:proofErr w:type="spellStart"/>
      <w:r>
        <w:t>área</w:t>
      </w:r>
      <w:proofErr w:type="spellEnd"/>
      <w:r>
        <w:t xml:space="preserve"> </w:t>
      </w:r>
      <w:proofErr w:type="spellStart"/>
      <w:r>
        <w:t>comprometida</w:t>
      </w:r>
      <w:proofErr w:type="spellEnd"/>
      <w:r>
        <w:t xml:space="preserve">, </w:t>
      </w:r>
      <w:proofErr w:type="spellStart"/>
      <w:r>
        <w:t>comunicación</w:t>
      </w:r>
      <w:proofErr w:type="spellEnd"/>
      <w:r>
        <w:t xml:space="preserve"> a las partes </w:t>
      </w:r>
      <w:proofErr w:type="spellStart"/>
      <w:r>
        <w:t>correspondientes</w:t>
      </w:r>
      <w:proofErr w:type="spellEnd"/>
      <w:r>
        <w:t xml:space="preserve"> y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fecha</w:t>
      </w:r>
      <w:proofErr w:type="spellEnd"/>
      <w:r>
        <w:t xml:space="preserve"> de </w:t>
      </w:r>
      <w:proofErr w:type="spellStart"/>
      <w:r>
        <w:t>restitución</w:t>
      </w:r>
      <w:proofErr w:type="spellEnd"/>
      <w:r>
        <w:t>.</w:t>
      </w:r>
    </w:p>
    <w:p w14:paraId="5C50112C" w14:textId="77777777" w:rsidR="000767AF" w:rsidRDefault="00000000">
      <w:r>
        <w:t xml:space="preserve">El </w:t>
      </w:r>
      <w:proofErr w:type="spellStart"/>
      <w:r>
        <w:t>responsable</w:t>
      </w:r>
      <w:proofErr w:type="spellEnd"/>
      <w:r>
        <w:t xml:space="preserve"> </w:t>
      </w:r>
      <w:proofErr w:type="spellStart"/>
      <w:r>
        <w:t>evalúa</w:t>
      </w:r>
      <w:proofErr w:type="spellEnd"/>
      <w:r>
        <w:t xml:space="preserve"> </w:t>
      </w:r>
      <w:proofErr w:type="spellStart"/>
      <w:r>
        <w:t>controles</w:t>
      </w:r>
      <w:proofErr w:type="spellEnd"/>
      <w:r>
        <w:t xml:space="preserve"> </w:t>
      </w:r>
      <w:proofErr w:type="spellStart"/>
      <w:r>
        <w:t>temporales</w:t>
      </w:r>
      <w:proofErr w:type="spellEnd"/>
      <w:r>
        <w:t xml:space="preserve"> </w:t>
      </w:r>
      <w:proofErr w:type="spellStart"/>
      <w:r>
        <w:t>adecuados</w:t>
      </w:r>
      <w:proofErr w:type="spellEnd"/>
      <w:r>
        <w:t xml:space="preserve"> a las </w:t>
      </w:r>
      <w:proofErr w:type="spellStart"/>
      <w:r>
        <w:t>condiciones</w:t>
      </w:r>
      <w:proofErr w:type="spellEnd"/>
      <w:r>
        <w:t xml:space="preserve">: </w:t>
      </w:r>
      <w:proofErr w:type="spellStart"/>
      <w:r>
        <w:t>vigilancia</w:t>
      </w:r>
      <w:proofErr w:type="spellEnd"/>
      <w:r>
        <w:t xml:space="preserve"> </w:t>
      </w:r>
      <w:proofErr w:type="spellStart"/>
      <w:r>
        <w:t>adicional</w:t>
      </w:r>
      <w:proofErr w:type="spellEnd"/>
      <w:r>
        <w:t xml:space="preserve">, </w:t>
      </w:r>
      <w:proofErr w:type="spellStart"/>
      <w:r>
        <w:t>restricciones</w:t>
      </w:r>
      <w:proofErr w:type="spellEnd"/>
      <w:r>
        <w:t xml:space="preserve"> de </w:t>
      </w:r>
      <w:proofErr w:type="spellStart"/>
      <w:r>
        <w:t>trabajos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caliente, control de </w:t>
      </w:r>
      <w:proofErr w:type="spellStart"/>
      <w:r>
        <w:t>fuentes</w:t>
      </w:r>
      <w:proofErr w:type="spellEnd"/>
      <w:r>
        <w:t xml:space="preserve"> de </w:t>
      </w:r>
      <w:proofErr w:type="spellStart"/>
      <w:r>
        <w:t>ignición</w:t>
      </w:r>
      <w:proofErr w:type="spellEnd"/>
      <w:r>
        <w:t xml:space="preserve">, </w:t>
      </w:r>
      <w:proofErr w:type="spellStart"/>
      <w:r>
        <w:t>medidas</w:t>
      </w:r>
      <w:proofErr w:type="spellEnd"/>
      <w:r>
        <w:t xml:space="preserve"> de </w:t>
      </w:r>
      <w:proofErr w:type="spellStart"/>
      <w:r>
        <w:t>evacuación</w:t>
      </w:r>
      <w:proofErr w:type="spellEnd"/>
      <w:r>
        <w:t xml:space="preserve"> y </w:t>
      </w:r>
      <w:proofErr w:type="spellStart"/>
      <w:r>
        <w:t>comunicación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</w:t>
      </w:r>
      <w:proofErr w:type="spellStart"/>
      <w:r>
        <w:t>servicio</w:t>
      </w:r>
      <w:proofErr w:type="spellEnd"/>
      <w:r>
        <w:t xml:space="preserve"> de </w:t>
      </w:r>
      <w:proofErr w:type="spellStart"/>
      <w:r>
        <w:t>monitoreo</w:t>
      </w:r>
      <w:proofErr w:type="spellEnd"/>
      <w:r>
        <w:t xml:space="preserve"> </w:t>
      </w:r>
      <w:proofErr w:type="spellStart"/>
      <w:r>
        <w:t>según</w:t>
      </w:r>
      <w:proofErr w:type="spellEnd"/>
      <w:r>
        <w:t xml:space="preserve"> </w:t>
      </w:r>
      <w:proofErr w:type="spellStart"/>
      <w:r>
        <w:t>corresponda</w:t>
      </w:r>
      <w:proofErr w:type="spellEnd"/>
      <w:r>
        <w:t xml:space="preserve">. Las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reflejar</w:t>
      </w:r>
      <w:proofErr w:type="spellEnd"/>
      <w:r>
        <w:t xml:space="preserve"> las </w:t>
      </w:r>
      <w:proofErr w:type="spellStart"/>
      <w:r>
        <w:t>exigencias</w:t>
      </w:r>
      <w:proofErr w:type="spellEnd"/>
      <w:r>
        <w:t xml:space="preserve"> </w:t>
      </w:r>
      <w:proofErr w:type="spellStart"/>
      <w:r>
        <w:t>normativas</w:t>
      </w:r>
      <w:proofErr w:type="spellEnd"/>
      <w:r>
        <w:t xml:space="preserve"> y </w:t>
      </w:r>
      <w:proofErr w:type="spellStart"/>
      <w:r>
        <w:t>el</w:t>
      </w:r>
      <w:proofErr w:type="spellEnd"/>
      <w:r>
        <w:t xml:space="preserve"> plan de </w:t>
      </w:r>
      <w:proofErr w:type="spellStart"/>
      <w:r>
        <w:t>emergencia</w:t>
      </w:r>
      <w:proofErr w:type="spellEnd"/>
      <w:r>
        <w:t xml:space="preserve"> de la </w:t>
      </w:r>
      <w:proofErr w:type="spellStart"/>
      <w:r>
        <w:t>instalación</w:t>
      </w:r>
      <w:proofErr w:type="spellEnd"/>
      <w:r>
        <w:t>.</w:t>
      </w:r>
    </w:p>
    <w:p w14:paraId="06AFA9D7" w14:textId="77777777" w:rsidR="000767AF" w:rsidRDefault="00000000">
      <w:r>
        <w:t xml:space="preserve">Durante la </w:t>
      </w:r>
      <w:proofErr w:type="spellStart"/>
      <w:r>
        <w:t>intervención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existir</w:t>
      </w:r>
      <w:proofErr w:type="spellEnd"/>
      <w:r>
        <w:t xml:space="preserve"> un </w:t>
      </w:r>
      <w:proofErr w:type="spellStart"/>
      <w:r>
        <w:t>registro</w:t>
      </w:r>
      <w:proofErr w:type="spellEnd"/>
      <w:r>
        <w:t xml:space="preserve"> visible de la </w:t>
      </w:r>
      <w:proofErr w:type="spellStart"/>
      <w:r>
        <w:t>condición</w:t>
      </w:r>
      <w:proofErr w:type="spellEnd"/>
      <w:r>
        <w:t xml:space="preserve"> de fuera de </w:t>
      </w:r>
      <w:proofErr w:type="spellStart"/>
      <w:r>
        <w:t>servicio</w:t>
      </w:r>
      <w:proofErr w:type="spellEnd"/>
      <w:r>
        <w:t xml:space="preserve"> y </w:t>
      </w:r>
      <w:proofErr w:type="spellStart"/>
      <w:r>
        <w:t>una</w:t>
      </w:r>
      <w:proofErr w:type="spellEnd"/>
      <w:r>
        <w:t xml:space="preserve"> persona </w:t>
      </w:r>
      <w:proofErr w:type="spellStart"/>
      <w:r>
        <w:t>responsable</w:t>
      </w:r>
      <w:proofErr w:type="spellEnd"/>
      <w:r>
        <w:t xml:space="preserve"> del </w:t>
      </w:r>
      <w:proofErr w:type="spellStart"/>
      <w:r>
        <w:t>cierre</w:t>
      </w:r>
      <w:proofErr w:type="spellEnd"/>
      <w:r>
        <w:t xml:space="preserve">.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restituye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equipo</w:t>
      </w:r>
      <w:proofErr w:type="spellEnd"/>
      <w:r>
        <w:t xml:space="preserve">, se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funciones</w:t>
      </w:r>
      <w:proofErr w:type="spellEnd"/>
      <w:r>
        <w:t xml:space="preserve"> </w:t>
      </w:r>
      <w:proofErr w:type="spellStart"/>
      <w:r>
        <w:t>inhibidas</w:t>
      </w:r>
      <w:proofErr w:type="spellEnd"/>
      <w:r>
        <w:t xml:space="preserve"> </w:t>
      </w:r>
      <w:proofErr w:type="spellStart"/>
      <w:r>
        <w:t>regresen</w:t>
      </w:r>
      <w:proofErr w:type="spellEnd"/>
      <w:r>
        <w:t xml:space="preserve"> al </w:t>
      </w:r>
      <w:proofErr w:type="spellStart"/>
      <w:r>
        <w:t>estado</w:t>
      </w:r>
      <w:proofErr w:type="spellEnd"/>
      <w:r>
        <w:t xml:space="preserve"> </w:t>
      </w:r>
      <w:proofErr w:type="spellStart"/>
      <w:r>
        <w:t>aprobado</w:t>
      </w:r>
      <w:proofErr w:type="spellEnd"/>
      <w:r>
        <w:t xml:space="preserve"> y se documenta la </w:t>
      </w:r>
      <w:proofErr w:type="spellStart"/>
      <w:r>
        <w:t>conformidad</w:t>
      </w:r>
      <w:proofErr w:type="spellEnd"/>
      <w:r>
        <w:t>.</w:t>
      </w:r>
    </w:p>
    <w:p w14:paraId="1C136351" w14:textId="77777777" w:rsidR="000767AF" w:rsidRDefault="00000000">
      <w:r>
        <w:t xml:space="preserve">Una </w:t>
      </w:r>
      <w:proofErr w:type="spellStart"/>
      <w:r>
        <w:t>prueba</w:t>
      </w:r>
      <w:proofErr w:type="spellEnd"/>
      <w:r>
        <w:t xml:space="preserve"> </w:t>
      </w:r>
      <w:proofErr w:type="spellStart"/>
      <w:r>
        <w:t>terminada</w:t>
      </w:r>
      <w:proofErr w:type="spellEnd"/>
      <w:r>
        <w:t xml:space="preserve"> sin </w:t>
      </w:r>
      <w:proofErr w:type="spellStart"/>
      <w:r>
        <w:t>restitución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ser tan </w:t>
      </w:r>
      <w:proofErr w:type="spellStart"/>
      <w:r>
        <w:t>crítica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la </w:t>
      </w:r>
      <w:proofErr w:type="spellStart"/>
      <w:r>
        <w:t>falla</w:t>
      </w:r>
      <w:proofErr w:type="spellEnd"/>
      <w:r>
        <w:t xml:space="preserve"> </w:t>
      </w:r>
      <w:proofErr w:type="spellStart"/>
      <w:r>
        <w:t>inicial</w:t>
      </w:r>
      <w:proofErr w:type="spellEnd"/>
      <w:r>
        <w:t xml:space="preserve">. Por </w:t>
      </w:r>
      <w:proofErr w:type="spellStart"/>
      <w:r>
        <w:t>ello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cierre</w:t>
      </w:r>
      <w:proofErr w:type="spellEnd"/>
      <w:r>
        <w:t xml:space="preserve"> se </w:t>
      </w:r>
      <w:proofErr w:type="spellStart"/>
      <w:r>
        <w:t>considera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fase</w:t>
      </w:r>
      <w:proofErr w:type="spellEnd"/>
      <w:r>
        <w:t xml:space="preserve"> </w:t>
      </w:r>
      <w:proofErr w:type="spellStart"/>
      <w:r>
        <w:t>obligatoria</w:t>
      </w:r>
      <w:proofErr w:type="spellEnd"/>
      <w:r>
        <w:t xml:space="preserve"> del </w:t>
      </w:r>
      <w:proofErr w:type="spellStart"/>
      <w:r>
        <w:t>trabajo</w:t>
      </w:r>
      <w:proofErr w:type="spellEnd"/>
      <w:r>
        <w:t xml:space="preserve"> y no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formalidad</w:t>
      </w:r>
      <w:proofErr w:type="spellEnd"/>
      <w:r>
        <w:t xml:space="preserve"> </w:t>
      </w:r>
      <w:proofErr w:type="spellStart"/>
      <w:r>
        <w:t>administrativa</w:t>
      </w:r>
      <w:proofErr w:type="spellEnd"/>
      <w: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37"/>
        <w:gridCol w:w="4637"/>
      </w:tblGrid>
      <w:tr w:rsidR="000767AF" w14:paraId="18D78934" w14:textId="77777777">
        <w:tc>
          <w:tcPr>
            <w:tcW w:w="4637" w:type="dxa"/>
            <w:shd w:val="clear" w:color="auto" w:fill="DDECF5"/>
          </w:tcPr>
          <w:p w14:paraId="2ED5D578" w14:textId="77777777" w:rsidR="000767AF" w:rsidRDefault="00000000">
            <w:r>
              <w:rPr>
                <w:b/>
              </w:rPr>
              <w:t>Campo de control</w:t>
            </w:r>
          </w:p>
        </w:tc>
        <w:tc>
          <w:tcPr>
            <w:tcW w:w="4637" w:type="dxa"/>
            <w:shd w:val="clear" w:color="auto" w:fill="DDECF5"/>
          </w:tcPr>
          <w:p w14:paraId="5C6B3B87" w14:textId="77777777" w:rsidR="000767AF" w:rsidRDefault="00000000">
            <w:proofErr w:type="spellStart"/>
            <w:r>
              <w:rPr>
                <w:b/>
              </w:rPr>
              <w:t>Contenido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esperado</w:t>
            </w:r>
            <w:proofErr w:type="spellEnd"/>
          </w:p>
        </w:tc>
      </w:tr>
      <w:tr w:rsidR="000767AF" w14:paraId="66DB9D69" w14:textId="77777777">
        <w:tc>
          <w:tcPr>
            <w:tcW w:w="4637" w:type="dxa"/>
          </w:tcPr>
          <w:p w14:paraId="1FB75D98" w14:textId="77777777" w:rsidR="000767AF" w:rsidRDefault="00000000">
            <w:r>
              <w:t>Sistema/sector</w:t>
            </w:r>
          </w:p>
        </w:tc>
        <w:tc>
          <w:tcPr>
            <w:tcW w:w="4637" w:type="dxa"/>
          </w:tcPr>
          <w:p w14:paraId="588E518E" w14:textId="77777777" w:rsidR="000767AF" w:rsidRDefault="00000000">
            <w:r>
              <w:t xml:space="preserve">Zona y </w:t>
            </w:r>
            <w:proofErr w:type="spellStart"/>
            <w:r>
              <w:t>funciones</w:t>
            </w:r>
            <w:proofErr w:type="spellEnd"/>
            <w:r>
              <w:t xml:space="preserve"> </w:t>
            </w:r>
            <w:proofErr w:type="spellStart"/>
            <w:r>
              <w:t>afectadas</w:t>
            </w:r>
            <w:proofErr w:type="spellEnd"/>
            <w:r>
              <w:t>.</w:t>
            </w:r>
          </w:p>
        </w:tc>
      </w:tr>
      <w:tr w:rsidR="000767AF" w14:paraId="7331D448" w14:textId="77777777">
        <w:tc>
          <w:tcPr>
            <w:tcW w:w="4637" w:type="dxa"/>
          </w:tcPr>
          <w:p w14:paraId="1232A368" w14:textId="77777777" w:rsidR="000767AF" w:rsidRDefault="00000000">
            <w:proofErr w:type="spellStart"/>
            <w:r>
              <w:t>Motivo</w:t>
            </w:r>
            <w:proofErr w:type="spellEnd"/>
          </w:p>
        </w:tc>
        <w:tc>
          <w:tcPr>
            <w:tcW w:w="4637" w:type="dxa"/>
          </w:tcPr>
          <w:p w14:paraId="3BB39397" w14:textId="77777777" w:rsidR="000767AF" w:rsidRDefault="00000000">
            <w:proofErr w:type="spellStart"/>
            <w:r>
              <w:t>Prueba</w:t>
            </w:r>
            <w:proofErr w:type="spellEnd"/>
            <w:r>
              <w:t xml:space="preserve">, </w:t>
            </w:r>
            <w:proofErr w:type="spellStart"/>
            <w:r>
              <w:t>reparación</w:t>
            </w:r>
            <w:proofErr w:type="spellEnd"/>
            <w:r>
              <w:t xml:space="preserve"> o </w:t>
            </w:r>
            <w:proofErr w:type="spellStart"/>
            <w:r>
              <w:t>condición</w:t>
            </w:r>
            <w:proofErr w:type="spellEnd"/>
            <w:r>
              <w:t xml:space="preserve"> </w:t>
            </w:r>
            <w:proofErr w:type="spellStart"/>
            <w:r>
              <w:t>defectuosa</w:t>
            </w:r>
            <w:proofErr w:type="spellEnd"/>
            <w:r>
              <w:t>.</w:t>
            </w:r>
          </w:p>
        </w:tc>
      </w:tr>
      <w:tr w:rsidR="000767AF" w14:paraId="1DD67FA8" w14:textId="77777777">
        <w:tc>
          <w:tcPr>
            <w:tcW w:w="4637" w:type="dxa"/>
          </w:tcPr>
          <w:p w14:paraId="59A9B27C" w14:textId="77777777" w:rsidR="000767AF" w:rsidRDefault="00000000">
            <w:proofErr w:type="spellStart"/>
            <w:r>
              <w:t>Autorización</w:t>
            </w:r>
            <w:proofErr w:type="spellEnd"/>
          </w:p>
        </w:tc>
        <w:tc>
          <w:tcPr>
            <w:tcW w:w="4637" w:type="dxa"/>
          </w:tcPr>
          <w:p w14:paraId="5E312147" w14:textId="77777777" w:rsidR="000767AF" w:rsidRDefault="00000000">
            <w:proofErr w:type="spellStart"/>
            <w:r>
              <w:t>Responsable</w:t>
            </w:r>
            <w:proofErr w:type="spellEnd"/>
            <w:r>
              <w:t xml:space="preserve"> y </w:t>
            </w:r>
            <w:proofErr w:type="spellStart"/>
            <w:r>
              <w:t>horario</w:t>
            </w:r>
            <w:proofErr w:type="spellEnd"/>
            <w:r>
              <w:t xml:space="preserve"> </w:t>
            </w:r>
            <w:proofErr w:type="spellStart"/>
            <w:r>
              <w:t>acordado</w:t>
            </w:r>
            <w:proofErr w:type="spellEnd"/>
            <w:r>
              <w:t>.</w:t>
            </w:r>
          </w:p>
        </w:tc>
      </w:tr>
      <w:tr w:rsidR="000767AF" w14:paraId="03AB2E5B" w14:textId="77777777">
        <w:tc>
          <w:tcPr>
            <w:tcW w:w="4637" w:type="dxa"/>
          </w:tcPr>
          <w:p w14:paraId="48EC01DC" w14:textId="77777777" w:rsidR="000767AF" w:rsidRDefault="00000000">
            <w:proofErr w:type="spellStart"/>
            <w:r>
              <w:t>Protección</w:t>
            </w:r>
            <w:proofErr w:type="spellEnd"/>
            <w:r>
              <w:t xml:space="preserve"> temporal</w:t>
            </w:r>
          </w:p>
        </w:tc>
        <w:tc>
          <w:tcPr>
            <w:tcW w:w="4637" w:type="dxa"/>
          </w:tcPr>
          <w:p w14:paraId="211026BF" w14:textId="77777777" w:rsidR="000767AF" w:rsidRDefault="00000000">
            <w:proofErr w:type="spellStart"/>
            <w:r>
              <w:t>Acciones</w:t>
            </w:r>
            <w:proofErr w:type="spellEnd"/>
            <w:r>
              <w:t xml:space="preserve">, </w:t>
            </w:r>
            <w:proofErr w:type="spellStart"/>
            <w:r>
              <w:t>responsables</w:t>
            </w:r>
            <w:proofErr w:type="spellEnd"/>
            <w:r>
              <w:t xml:space="preserve"> y </w:t>
            </w:r>
            <w:proofErr w:type="spellStart"/>
            <w:r>
              <w:t>comunicación</w:t>
            </w:r>
            <w:proofErr w:type="spellEnd"/>
            <w:r>
              <w:t>.</w:t>
            </w:r>
          </w:p>
        </w:tc>
      </w:tr>
      <w:tr w:rsidR="000767AF" w14:paraId="5E00EC6A" w14:textId="77777777">
        <w:tc>
          <w:tcPr>
            <w:tcW w:w="4637" w:type="dxa"/>
          </w:tcPr>
          <w:p w14:paraId="591DF8AD" w14:textId="77777777" w:rsidR="000767AF" w:rsidRDefault="00000000">
            <w:proofErr w:type="spellStart"/>
            <w:r>
              <w:t>Restitución</w:t>
            </w:r>
            <w:proofErr w:type="spellEnd"/>
          </w:p>
        </w:tc>
        <w:tc>
          <w:tcPr>
            <w:tcW w:w="4637" w:type="dxa"/>
          </w:tcPr>
          <w:p w14:paraId="6DD9F7B6" w14:textId="77777777" w:rsidR="000767AF" w:rsidRDefault="00000000">
            <w:r>
              <w:t xml:space="preserve">Hora, </w:t>
            </w:r>
            <w:proofErr w:type="spellStart"/>
            <w:r>
              <w:t>pruebas</w:t>
            </w:r>
            <w:proofErr w:type="spellEnd"/>
            <w:r>
              <w:t xml:space="preserve"> y </w:t>
            </w:r>
            <w:proofErr w:type="spellStart"/>
            <w:r>
              <w:t>aceptación</w:t>
            </w:r>
            <w:proofErr w:type="spellEnd"/>
            <w:r>
              <w:t xml:space="preserve"> del </w:t>
            </w:r>
            <w:proofErr w:type="spellStart"/>
            <w:r>
              <w:t>sistema</w:t>
            </w:r>
            <w:proofErr w:type="spellEnd"/>
            <w:r>
              <w:t>.</w:t>
            </w:r>
          </w:p>
        </w:tc>
      </w:tr>
    </w:tbl>
    <w:p w14:paraId="647A7C8A" w14:textId="77777777" w:rsidR="000767AF" w:rsidRDefault="00000000">
      <w:r>
        <w:rPr>
          <w:b/>
        </w:rPr>
        <w:t xml:space="preserve">Punto de control para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alumno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identifique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mensaje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exacto</w:t>
      </w:r>
      <w:proofErr w:type="spellEnd"/>
      <w:r>
        <w:rPr>
          <w:b/>
        </w:rPr>
        <w:t xml:space="preserve">, la </w:t>
      </w:r>
      <w:proofErr w:type="spellStart"/>
      <w:r>
        <w:rPr>
          <w:b/>
        </w:rPr>
        <w:t>función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afectada</w:t>
      </w:r>
      <w:proofErr w:type="spellEnd"/>
      <w:r>
        <w:rPr>
          <w:b/>
        </w:rPr>
        <w:t xml:space="preserve">, la persona </w:t>
      </w:r>
      <w:proofErr w:type="spellStart"/>
      <w:r>
        <w:rPr>
          <w:b/>
        </w:rPr>
        <w:t>responsable</w:t>
      </w:r>
      <w:proofErr w:type="spellEnd"/>
      <w:r>
        <w:rPr>
          <w:b/>
        </w:rPr>
        <w:t xml:space="preserve"> y la </w:t>
      </w:r>
      <w:proofErr w:type="spellStart"/>
      <w:r>
        <w:rPr>
          <w:b/>
        </w:rPr>
        <w:t>evidencia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necesaria</w:t>
      </w:r>
      <w:proofErr w:type="spellEnd"/>
      <w:r>
        <w:rPr>
          <w:b/>
        </w:rPr>
        <w:t xml:space="preserve"> antes de </w:t>
      </w:r>
      <w:proofErr w:type="spellStart"/>
      <w:r>
        <w:rPr>
          <w:b/>
        </w:rPr>
        <w:t>cerrar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evento</w:t>
      </w:r>
      <w:proofErr w:type="spellEnd"/>
      <w:r>
        <w:rPr>
          <w:b/>
        </w:rPr>
        <w:t>.</w:t>
      </w:r>
    </w:p>
    <w:p w14:paraId="4A08B8C3" w14:textId="77777777" w:rsidR="000767AF" w:rsidRDefault="00000000">
      <w:pPr>
        <w:spacing w:before="220" w:after="100"/>
      </w:pPr>
      <w:r>
        <w:rPr>
          <w:b/>
          <w:color w:val="12194D"/>
          <w:sz w:val="26"/>
        </w:rPr>
        <w:t xml:space="preserve">6.14 </w:t>
      </w:r>
      <w:proofErr w:type="spellStart"/>
      <w:r>
        <w:rPr>
          <w:b/>
          <w:color w:val="12194D"/>
          <w:sz w:val="26"/>
        </w:rPr>
        <w:t>Procedimiento</w:t>
      </w:r>
      <w:proofErr w:type="spellEnd"/>
      <w:r>
        <w:rPr>
          <w:b/>
          <w:color w:val="12194D"/>
          <w:sz w:val="26"/>
        </w:rPr>
        <w:t xml:space="preserve"> de </w:t>
      </w:r>
      <w:proofErr w:type="spellStart"/>
      <w:r>
        <w:rPr>
          <w:b/>
          <w:color w:val="12194D"/>
          <w:sz w:val="26"/>
        </w:rPr>
        <w:t>trabajo</w:t>
      </w:r>
      <w:proofErr w:type="spellEnd"/>
      <w:r>
        <w:rPr>
          <w:b/>
          <w:color w:val="12194D"/>
          <w:sz w:val="26"/>
        </w:rPr>
        <w:t xml:space="preserve"> y </w:t>
      </w:r>
      <w:proofErr w:type="spellStart"/>
      <w:r>
        <w:rPr>
          <w:b/>
          <w:color w:val="12194D"/>
          <w:sz w:val="26"/>
        </w:rPr>
        <w:t>coordinación</w:t>
      </w:r>
      <w:proofErr w:type="spellEnd"/>
      <w:r>
        <w:rPr>
          <w:b/>
          <w:color w:val="12194D"/>
          <w:sz w:val="26"/>
        </w:rPr>
        <w:t xml:space="preserve"> con </w:t>
      </w:r>
      <w:proofErr w:type="spellStart"/>
      <w:r>
        <w:rPr>
          <w:b/>
          <w:color w:val="12194D"/>
          <w:sz w:val="26"/>
        </w:rPr>
        <w:t>terceros</w:t>
      </w:r>
      <w:proofErr w:type="spellEnd"/>
    </w:p>
    <w:p w14:paraId="4BA4E9A1" w14:textId="77777777" w:rsidR="000767AF" w:rsidRDefault="00000000">
      <w:r>
        <w:t xml:space="preserve">Antes de </w:t>
      </w:r>
      <w:proofErr w:type="spellStart"/>
      <w:r>
        <w:t>iniciar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intervención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edificio</w:t>
      </w:r>
      <w:proofErr w:type="spellEnd"/>
      <w:r>
        <w:t xml:space="preserve"> </w:t>
      </w:r>
      <w:proofErr w:type="spellStart"/>
      <w:r>
        <w:t>ocupado</w:t>
      </w:r>
      <w:proofErr w:type="spellEnd"/>
      <w:r>
        <w:t xml:space="preserve"> o </w:t>
      </w:r>
      <w:proofErr w:type="spellStart"/>
      <w:r>
        <w:t>instalación</w:t>
      </w:r>
      <w:proofErr w:type="spellEnd"/>
      <w:r>
        <w:t xml:space="preserve"> </w:t>
      </w:r>
      <w:proofErr w:type="spellStart"/>
      <w:r>
        <w:t>productiva</w:t>
      </w:r>
      <w:proofErr w:type="spellEnd"/>
      <w:r>
        <w:t xml:space="preserve">, la </w:t>
      </w:r>
      <w:proofErr w:type="spellStart"/>
      <w:r>
        <w:t>coordinación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incluir</w:t>
      </w:r>
      <w:proofErr w:type="spellEnd"/>
      <w:r>
        <w:t xml:space="preserve"> al </w:t>
      </w:r>
      <w:proofErr w:type="spellStart"/>
      <w:r>
        <w:t>propietario</w:t>
      </w:r>
      <w:proofErr w:type="spellEnd"/>
      <w:r>
        <w:t xml:space="preserve"> o </w:t>
      </w:r>
      <w:proofErr w:type="spellStart"/>
      <w:r>
        <w:t>custodio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, sala de control, </w:t>
      </w:r>
      <w:proofErr w:type="spellStart"/>
      <w:r>
        <w:t>seguridad</w:t>
      </w:r>
      <w:proofErr w:type="spellEnd"/>
      <w:r>
        <w:t xml:space="preserve"> patrimonial, </w:t>
      </w:r>
      <w:proofErr w:type="spellStart"/>
      <w:r>
        <w:t>brigada</w:t>
      </w:r>
      <w:proofErr w:type="spellEnd"/>
      <w:r>
        <w:t xml:space="preserve">, </w:t>
      </w:r>
      <w:proofErr w:type="spellStart"/>
      <w:r>
        <w:t>proveedor</w:t>
      </w:r>
      <w:proofErr w:type="spellEnd"/>
      <w:r>
        <w:t xml:space="preserve"> </w:t>
      </w:r>
      <w:proofErr w:type="spellStart"/>
      <w:r>
        <w:t>técnico</w:t>
      </w:r>
      <w:proofErr w:type="spellEnd"/>
      <w:r>
        <w:t xml:space="preserve"> y,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proceda</w:t>
      </w:r>
      <w:proofErr w:type="spellEnd"/>
      <w:r>
        <w:t xml:space="preserve">, central </w:t>
      </w:r>
      <w:proofErr w:type="spellStart"/>
      <w:r>
        <w:t>receptora</w:t>
      </w:r>
      <w:proofErr w:type="spellEnd"/>
      <w:r>
        <w:t xml:space="preserve"> de </w:t>
      </w:r>
      <w:proofErr w:type="spellStart"/>
      <w:r>
        <w:t>alarmas</w:t>
      </w:r>
      <w:proofErr w:type="spellEnd"/>
      <w:r>
        <w:t xml:space="preserve">. Se </w:t>
      </w:r>
      <w:proofErr w:type="spellStart"/>
      <w:r>
        <w:t>acuerdan</w:t>
      </w:r>
      <w:proofErr w:type="spellEnd"/>
      <w:r>
        <w:t xml:space="preserve">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inicio</w:t>
      </w:r>
      <w:proofErr w:type="spellEnd"/>
      <w:r>
        <w:t xml:space="preserve">, </w:t>
      </w:r>
      <w:proofErr w:type="spellStart"/>
      <w:r>
        <w:t>duración</w:t>
      </w:r>
      <w:proofErr w:type="spellEnd"/>
      <w:r>
        <w:t xml:space="preserve">, </w:t>
      </w:r>
      <w:proofErr w:type="spellStart"/>
      <w:r>
        <w:t>alcance</w:t>
      </w:r>
      <w:proofErr w:type="spellEnd"/>
      <w:r>
        <w:t xml:space="preserve">, </w:t>
      </w:r>
      <w:proofErr w:type="spellStart"/>
      <w:r>
        <w:t>contacto</w:t>
      </w:r>
      <w:proofErr w:type="spellEnd"/>
      <w:r>
        <w:t xml:space="preserve"> de </w:t>
      </w:r>
      <w:proofErr w:type="spellStart"/>
      <w:r>
        <w:t>emergencia</w:t>
      </w:r>
      <w:proofErr w:type="spellEnd"/>
      <w:r>
        <w:t xml:space="preserve"> y </w:t>
      </w:r>
      <w:proofErr w:type="spellStart"/>
      <w:r>
        <w:t>procedimientos</w:t>
      </w:r>
      <w:proofErr w:type="spellEnd"/>
      <w:r>
        <w:t xml:space="preserve"> ante un </w:t>
      </w:r>
      <w:proofErr w:type="spellStart"/>
      <w:r>
        <w:t>evento</w:t>
      </w:r>
      <w:proofErr w:type="spellEnd"/>
      <w:r>
        <w:t xml:space="preserve"> real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trabajos</w:t>
      </w:r>
      <w:proofErr w:type="spellEnd"/>
      <w:r>
        <w:t>.</w:t>
      </w:r>
    </w:p>
    <w:p w14:paraId="10A3A8B2" w14:textId="77777777" w:rsidR="000767AF" w:rsidRDefault="00000000">
      <w:r>
        <w:t xml:space="preserve">El </w:t>
      </w:r>
      <w:proofErr w:type="spellStart"/>
      <w:r>
        <w:t>técnico</w:t>
      </w:r>
      <w:proofErr w:type="spellEnd"/>
      <w:r>
        <w:t xml:space="preserve">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documentación</w:t>
      </w:r>
      <w:proofErr w:type="spellEnd"/>
      <w:r>
        <w:t xml:space="preserve">, </w:t>
      </w:r>
      <w:proofErr w:type="spellStart"/>
      <w:r>
        <w:t>identifica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equipos</w:t>
      </w:r>
      <w:proofErr w:type="spellEnd"/>
      <w:r>
        <w:t xml:space="preserve"> y </w:t>
      </w:r>
      <w:proofErr w:type="spellStart"/>
      <w:r>
        <w:t>controla</w:t>
      </w:r>
      <w:proofErr w:type="spellEnd"/>
      <w:r>
        <w:t xml:space="preserve"> las </w:t>
      </w:r>
      <w:proofErr w:type="spellStart"/>
      <w:r>
        <w:t>energías</w:t>
      </w:r>
      <w:proofErr w:type="spellEnd"/>
      <w:r>
        <w:t xml:space="preserve"> y </w:t>
      </w:r>
      <w:proofErr w:type="spellStart"/>
      <w:r>
        <w:t>salidas</w:t>
      </w:r>
      <w:proofErr w:type="spellEnd"/>
      <w:r>
        <w:t xml:space="preserve"> de </w:t>
      </w:r>
      <w:proofErr w:type="spellStart"/>
      <w:r>
        <w:t>liberación</w:t>
      </w:r>
      <w:proofErr w:type="spellEnd"/>
      <w:r>
        <w:t xml:space="preserve"> </w:t>
      </w:r>
      <w:proofErr w:type="spellStart"/>
      <w:r>
        <w:t>conforme</w:t>
      </w:r>
      <w:proofErr w:type="spellEnd"/>
      <w:r>
        <w:t xml:space="preserve"> a la </w:t>
      </w:r>
      <w:proofErr w:type="spellStart"/>
      <w:r>
        <w:t>ingeniería</w:t>
      </w:r>
      <w:proofErr w:type="spellEnd"/>
      <w:r>
        <w:t xml:space="preserve"> y al </w:t>
      </w:r>
      <w:proofErr w:type="spellStart"/>
      <w:r>
        <w:t>procedimiento</w:t>
      </w:r>
      <w:proofErr w:type="spellEnd"/>
      <w:r>
        <w:t xml:space="preserve"> </w:t>
      </w:r>
      <w:proofErr w:type="spellStart"/>
      <w:r>
        <w:t>escrito</w:t>
      </w:r>
      <w:proofErr w:type="spellEnd"/>
      <w:r>
        <w:t xml:space="preserve">. El personal no </w:t>
      </w:r>
      <w:proofErr w:type="spellStart"/>
      <w:r>
        <w:t>autorizado</w:t>
      </w:r>
      <w:proofErr w:type="spellEnd"/>
      <w:r>
        <w:t xml:space="preserve"> no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realizar</w:t>
      </w:r>
      <w:proofErr w:type="spellEnd"/>
      <w:r>
        <w:t xml:space="preserve">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maniobras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operar</w:t>
      </w:r>
      <w:proofErr w:type="spellEnd"/>
      <w:r>
        <w:t xml:space="preserve"> </w:t>
      </w:r>
      <w:proofErr w:type="spellStart"/>
      <w:r>
        <w:t>bornes</w:t>
      </w:r>
      <w:proofErr w:type="spellEnd"/>
      <w:r>
        <w:t xml:space="preserve"> o </w:t>
      </w:r>
      <w:proofErr w:type="spellStart"/>
      <w:r>
        <w:t>actuadores</w:t>
      </w:r>
      <w:proofErr w:type="spellEnd"/>
      <w:r>
        <w:t>.</w:t>
      </w:r>
    </w:p>
    <w:p w14:paraId="718B7B05" w14:textId="77777777" w:rsidR="000767AF" w:rsidRDefault="00000000">
      <w:r>
        <w:t xml:space="preserve">El </w:t>
      </w:r>
      <w:proofErr w:type="spellStart"/>
      <w:r>
        <w:t>seguimiento</w:t>
      </w:r>
      <w:proofErr w:type="spellEnd"/>
      <w:r>
        <w:t xml:space="preserve"> </w:t>
      </w:r>
      <w:proofErr w:type="spellStart"/>
      <w:r>
        <w:t>comprende</w:t>
      </w:r>
      <w:proofErr w:type="spellEnd"/>
      <w:r>
        <w:t xml:space="preserve"> registrar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prueba</w:t>
      </w:r>
      <w:proofErr w:type="spellEnd"/>
      <w:r>
        <w:t xml:space="preserve">,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inesperado</w:t>
      </w:r>
      <w:proofErr w:type="spellEnd"/>
      <w:r>
        <w:t xml:space="preserve"> y la </w:t>
      </w:r>
      <w:proofErr w:type="spellStart"/>
      <w:r>
        <w:t>condición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circuitos</w:t>
      </w:r>
      <w:proofErr w:type="spellEnd"/>
      <w:r>
        <w:t xml:space="preserve"> </w:t>
      </w:r>
      <w:proofErr w:type="spellStart"/>
      <w:r>
        <w:t>afectados</w:t>
      </w:r>
      <w:proofErr w:type="spellEnd"/>
      <w:r>
        <w:t xml:space="preserve">. Si </w:t>
      </w:r>
      <w:proofErr w:type="spellStart"/>
      <w:r>
        <w:t>ocurre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alarma</w:t>
      </w:r>
      <w:proofErr w:type="spellEnd"/>
      <w:r>
        <w:t xml:space="preserve"> real, se </w:t>
      </w:r>
      <w:proofErr w:type="spellStart"/>
      <w:r>
        <w:t>suspende</w:t>
      </w:r>
      <w:proofErr w:type="spellEnd"/>
      <w:r>
        <w:t xml:space="preserve"> la </w:t>
      </w:r>
      <w:proofErr w:type="spellStart"/>
      <w:r>
        <w:t>práctica</w:t>
      </w:r>
      <w:proofErr w:type="spellEnd"/>
      <w:r>
        <w:t xml:space="preserve"> y </w:t>
      </w:r>
      <w:proofErr w:type="spellStart"/>
      <w:r>
        <w:t>prevalece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plan de </w:t>
      </w:r>
      <w:proofErr w:type="spellStart"/>
      <w:r>
        <w:t>respuesta</w:t>
      </w:r>
      <w:proofErr w:type="spellEnd"/>
      <w:r>
        <w:t xml:space="preserve">, </w:t>
      </w:r>
      <w:proofErr w:type="gramStart"/>
      <w:r>
        <w:t>no</w:t>
      </w:r>
      <w:proofErr w:type="gramEnd"/>
      <w:r>
        <w:t xml:space="preserve"> la </w:t>
      </w:r>
      <w:proofErr w:type="spellStart"/>
      <w:r>
        <w:t>intención</w:t>
      </w:r>
      <w:proofErr w:type="spellEnd"/>
      <w:r>
        <w:t xml:space="preserve"> de </w:t>
      </w:r>
      <w:proofErr w:type="spellStart"/>
      <w:r>
        <w:t>terminar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prueba</w:t>
      </w:r>
      <w:proofErr w:type="spellEnd"/>
      <w:r>
        <w:t>.</w:t>
      </w:r>
    </w:p>
    <w:p w14:paraId="0EFB5E2A" w14:textId="77777777" w:rsidR="000767AF" w:rsidRDefault="00000000">
      <w:r>
        <w:t xml:space="preserve">Al </w:t>
      </w:r>
      <w:proofErr w:type="spellStart"/>
      <w:r>
        <w:t>cierre</w:t>
      </w:r>
      <w:proofErr w:type="spellEnd"/>
      <w:r>
        <w:t xml:space="preserve"> se </w:t>
      </w:r>
      <w:proofErr w:type="spellStart"/>
      <w:r>
        <w:t>retiran</w:t>
      </w:r>
      <w:proofErr w:type="spellEnd"/>
      <w:r>
        <w:t xml:space="preserve"> </w:t>
      </w:r>
      <w:proofErr w:type="spellStart"/>
      <w:r>
        <w:t>inhibiciones</w:t>
      </w:r>
      <w:proofErr w:type="spellEnd"/>
      <w:r>
        <w:t xml:space="preserve"> </w:t>
      </w:r>
      <w:proofErr w:type="spellStart"/>
      <w:r>
        <w:t>autorizadas</w:t>
      </w:r>
      <w:proofErr w:type="spellEnd"/>
      <w:r>
        <w:t xml:space="preserve"> y barreras </w:t>
      </w:r>
      <w:proofErr w:type="spellStart"/>
      <w:r>
        <w:t>temporales</w:t>
      </w:r>
      <w:proofErr w:type="spellEnd"/>
      <w:r>
        <w:t xml:space="preserve">, se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estado</w:t>
      </w:r>
      <w:proofErr w:type="spellEnd"/>
      <w:r>
        <w:t xml:space="preserve"> </w:t>
      </w:r>
      <w:proofErr w:type="spellStart"/>
      <w:r>
        <w:t>correcto</w:t>
      </w:r>
      <w:proofErr w:type="spellEnd"/>
      <w:r>
        <w:t xml:space="preserve">, se </w:t>
      </w:r>
      <w:proofErr w:type="spellStart"/>
      <w:r>
        <w:t>informa</w:t>
      </w:r>
      <w:proofErr w:type="spellEnd"/>
      <w:r>
        <w:t xml:space="preserve"> </w:t>
      </w:r>
      <w:proofErr w:type="spellStart"/>
      <w:r>
        <w:t>formalmente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retorno</w:t>
      </w:r>
      <w:proofErr w:type="spellEnd"/>
      <w:r>
        <w:t xml:space="preserve"> al </w:t>
      </w:r>
      <w:proofErr w:type="spellStart"/>
      <w:r>
        <w:t>servicio</w:t>
      </w:r>
      <w:proofErr w:type="spellEnd"/>
      <w:r>
        <w:t xml:space="preserve"> y se </w:t>
      </w:r>
      <w:proofErr w:type="spellStart"/>
      <w:r>
        <w:t>archivan</w:t>
      </w:r>
      <w:proofErr w:type="spellEnd"/>
      <w:r>
        <w:t xml:space="preserve"> las </w:t>
      </w:r>
      <w:proofErr w:type="spellStart"/>
      <w:r>
        <w:t>evidencias</w:t>
      </w:r>
      <w:proofErr w:type="spellEnd"/>
      <w:r>
        <w:t xml:space="preserve">. Se </w:t>
      </w:r>
      <w:proofErr w:type="spellStart"/>
      <w:r>
        <w:t>recomienda</w:t>
      </w:r>
      <w:proofErr w:type="spellEnd"/>
      <w:r>
        <w:t xml:space="preserve"> </w:t>
      </w:r>
      <w:proofErr w:type="spellStart"/>
      <w:r>
        <w:t>utilizar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de </w:t>
      </w:r>
      <w:proofErr w:type="spellStart"/>
      <w:r>
        <w:t>verificación</w:t>
      </w:r>
      <w:proofErr w:type="spellEnd"/>
      <w:r>
        <w:t xml:space="preserve"> </w:t>
      </w:r>
      <w:proofErr w:type="spellStart"/>
      <w:r>
        <w:t>firmada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ejecutor</w:t>
      </w:r>
      <w:proofErr w:type="spellEnd"/>
      <w:r>
        <w:t xml:space="preserve"> y </w:t>
      </w:r>
      <w:proofErr w:type="spellStart"/>
      <w:r>
        <w:t>representante</w:t>
      </w:r>
      <w:proofErr w:type="spellEnd"/>
      <w:r>
        <w:t xml:space="preserve"> de la </w:t>
      </w:r>
      <w:proofErr w:type="spellStart"/>
      <w:r>
        <w:t>instalación</w:t>
      </w:r>
      <w:proofErr w:type="spellEnd"/>
      <w:r>
        <w:t>.</w:t>
      </w:r>
    </w:p>
    <w:p w14:paraId="5C5821BC" w14:textId="77777777" w:rsidR="000767AF" w:rsidRDefault="00000000">
      <w:r>
        <w:rPr>
          <w:b/>
        </w:rPr>
        <w:t xml:space="preserve">Punto de control para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alumno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identifique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mensaje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exacto</w:t>
      </w:r>
      <w:proofErr w:type="spellEnd"/>
      <w:r>
        <w:rPr>
          <w:b/>
        </w:rPr>
        <w:t xml:space="preserve">, la </w:t>
      </w:r>
      <w:proofErr w:type="spellStart"/>
      <w:r>
        <w:rPr>
          <w:b/>
        </w:rPr>
        <w:t>función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afectada</w:t>
      </w:r>
      <w:proofErr w:type="spellEnd"/>
      <w:r>
        <w:rPr>
          <w:b/>
        </w:rPr>
        <w:t xml:space="preserve">, la persona </w:t>
      </w:r>
      <w:proofErr w:type="spellStart"/>
      <w:r>
        <w:rPr>
          <w:b/>
        </w:rPr>
        <w:t>responsable</w:t>
      </w:r>
      <w:proofErr w:type="spellEnd"/>
      <w:r>
        <w:rPr>
          <w:b/>
        </w:rPr>
        <w:t xml:space="preserve"> y la </w:t>
      </w:r>
      <w:proofErr w:type="spellStart"/>
      <w:r>
        <w:rPr>
          <w:b/>
        </w:rPr>
        <w:t>evidencia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necesaria</w:t>
      </w:r>
      <w:proofErr w:type="spellEnd"/>
      <w:r>
        <w:rPr>
          <w:b/>
        </w:rPr>
        <w:t xml:space="preserve"> antes de </w:t>
      </w:r>
      <w:proofErr w:type="spellStart"/>
      <w:r>
        <w:rPr>
          <w:b/>
        </w:rPr>
        <w:t>cerrar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evento</w:t>
      </w:r>
      <w:proofErr w:type="spellEnd"/>
      <w:r>
        <w:rPr>
          <w:b/>
        </w:rPr>
        <w:t>.</w:t>
      </w:r>
    </w:p>
    <w:p w14:paraId="3C131724" w14:textId="77777777" w:rsidR="000767AF" w:rsidRDefault="00000000">
      <w:pPr>
        <w:spacing w:before="220" w:after="100"/>
      </w:pPr>
      <w:r>
        <w:rPr>
          <w:b/>
          <w:color w:val="12194D"/>
          <w:sz w:val="26"/>
        </w:rPr>
        <w:t xml:space="preserve">6.15 </w:t>
      </w:r>
      <w:proofErr w:type="spellStart"/>
      <w:r>
        <w:rPr>
          <w:b/>
          <w:color w:val="12194D"/>
          <w:sz w:val="26"/>
        </w:rPr>
        <w:t>Estudio</w:t>
      </w:r>
      <w:proofErr w:type="spellEnd"/>
      <w:r>
        <w:rPr>
          <w:b/>
          <w:color w:val="12194D"/>
          <w:sz w:val="26"/>
        </w:rPr>
        <w:t xml:space="preserve"> de </w:t>
      </w:r>
      <w:proofErr w:type="spellStart"/>
      <w:r>
        <w:rPr>
          <w:b/>
          <w:color w:val="12194D"/>
          <w:sz w:val="26"/>
        </w:rPr>
        <w:t>casos</w:t>
      </w:r>
      <w:proofErr w:type="spellEnd"/>
      <w:r>
        <w:rPr>
          <w:b/>
          <w:color w:val="12194D"/>
          <w:sz w:val="26"/>
        </w:rPr>
        <w:t xml:space="preserve">: </w:t>
      </w:r>
      <w:proofErr w:type="spellStart"/>
      <w:r>
        <w:rPr>
          <w:b/>
          <w:color w:val="12194D"/>
          <w:sz w:val="26"/>
        </w:rPr>
        <w:t>interpretación</w:t>
      </w:r>
      <w:proofErr w:type="spellEnd"/>
      <w:r>
        <w:rPr>
          <w:b/>
          <w:color w:val="12194D"/>
          <w:sz w:val="26"/>
        </w:rPr>
        <w:t xml:space="preserve"> y </w:t>
      </w:r>
      <w:proofErr w:type="spellStart"/>
      <w:r>
        <w:rPr>
          <w:b/>
          <w:color w:val="12194D"/>
          <w:sz w:val="26"/>
        </w:rPr>
        <w:t>toma</w:t>
      </w:r>
      <w:proofErr w:type="spellEnd"/>
      <w:r>
        <w:rPr>
          <w:b/>
          <w:color w:val="12194D"/>
          <w:sz w:val="26"/>
        </w:rPr>
        <w:t xml:space="preserve"> de </w:t>
      </w:r>
      <w:proofErr w:type="spellStart"/>
      <w:r>
        <w:rPr>
          <w:b/>
          <w:color w:val="12194D"/>
          <w:sz w:val="26"/>
        </w:rPr>
        <w:t>decisiones</w:t>
      </w:r>
      <w:proofErr w:type="spellEnd"/>
    </w:p>
    <w:p w14:paraId="436BA4DB" w14:textId="77777777" w:rsidR="000767AF" w:rsidRDefault="00000000">
      <w:r>
        <w:t xml:space="preserve">CASO A. Durante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ronda</w:t>
      </w:r>
      <w:proofErr w:type="spellEnd"/>
      <w:r>
        <w:t xml:space="preserve"> </w:t>
      </w:r>
      <w:proofErr w:type="spellStart"/>
      <w:r>
        <w:t>nocturna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panel indica AC POWER y TROUBLE al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tiempo</w:t>
      </w:r>
      <w:proofErr w:type="spellEnd"/>
      <w:r>
        <w:t xml:space="preserve">. El </w:t>
      </w:r>
      <w:proofErr w:type="spellStart"/>
      <w:r>
        <w:t>operador</w:t>
      </w:r>
      <w:proofErr w:type="spellEnd"/>
      <w:r>
        <w:t xml:space="preserve"> </w:t>
      </w:r>
      <w:proofErr w:type="spellStart"/>
      <w:r>
        <w:t>concluye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protección</w:t>
      </w:r>
      <w:proofErr w:type="spellEnd"/>
      <w:r>
        <w:t xml:space="preserve"> es </w:t>
      </w:r>
      <w:proofErr w:type="spellStart"/>
      <w:r>
        <w:t>íntegra</w:t>
      </w:r>
      <w:proofErr w:type="spellEnd"/>
      <w:r>
        <w:t xml:space="preserve"> </w:t>
      </w:r>
      <w:proofErr w:type="spellStart"/>
      <w:r>
        <w:t>porque</w:t>
      </w:r>
      <w:proofErr w:type="spellEnd"/>
      <w:r>
        <w:t xml:space="preserve"> la luz </w:t>
      </w:r>
      <w:proofErr w:type="spellStart"/>
      <w:r>
        <w:t>verde</w:t>
      </w:r>
      <w:proofErr w:type="spellEnd"/>
      <w:r>
        <w:t xml:space="preserve"> </w:t>
      </w:r>
      <w:proofErr w:type="spellStart"/>
      <w:r>
        <w:t>sigue</w:t>
      </w:r>
      <w:proofErr w:type="spellEnd"/>
      <w:r>
        <w:t xml:space="preserve"> </w:t>
      </w:r>
      <w:proofErr w:type="spellStart"/>
      <w:r>
        <w:t>encendida</w:t>
      </w:r>
      <w:proofErr w:type="spellEnd"/>
      <w:r>
        <w:t xml:space="preserve">. </w:t>
      </w:r>
      <w:proofErr w:type="spellStart"/>
      <w:r>
        <w:t>Análisis</w:t>
      </w:r>
      <w:proofErr w:type="spellEnd"/>
      <w:r>
        <w:t xml:space="preserve">: la </w:t>
      </w:r>
      <w:proofErr w:type="spellStart"/>
      <w:r>
        <w:t>alimentación</w:t>
      </w:r>
      <w:proofErr w:type="spellEnd"/>
      <w:r>
        <w:t xml:space="preserve"> principal </w:t>
      </w:r>
      <w:proofErr w:type="spellStart"/>
      <w:r>
        <w:t>presente</w:t>
      </w:r>
      <w:proofErr w:type="spellEnd"/>
      <w:r>
        <w:t xml:space="preserve"> no </w:t>
      </w:r>
      <w:proofErr w:type="spellStart"/>
      <w:r>
        <w:t>descarta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avería</w:t>
      </w:r>
      <w:proofErr w:type="spellEnd"/>
      <w:r>
        <w:t xml:space="preserve"> de </w:t>
      </w:r>
      <w:proofErr w:type="spellStart"/>
      <w:r>
        <w:t>otra</w:t>
      </w:r>
      <w:proofErr w:type="spellEnd"/>
      <w:r>
        <w:t xml:space="preserve"> </w:t>
      </w:r>
      <w:proofErr w:type="spellStart"/>
      <w:r>
        <w:t>naturaleza</w:t>
      </w:r>
      <w:proofErr w:type="spellEnd"/>
      <w:r>
        <w:t xml:space="preserve">; se </w:t>
      </w:r>
      <w:proofErr w:type="spellStart"/>
      <w:r>
        <w:t>debe</w:t>
      </w:r>
      <w:proofErr w:type="spellEnd"/>
      <w:r>
        <w:t xml:space="preserve"> leer </w:t>
      </w:r>
      <w:proofErr w:type="spellStart"/>
      <w:r>
        <w:t>el</w:t>
      </w:r>
      <w:proofErr w:type="spellEnd"/>
      <w:r>
        <w:t xml:space="preserve"> </w:t>
      </w:r>
      <w:proofErr w:type="spellStart"/>
      <w:r>
        <w:t>mensaje</w:t>
      </w:r>
      <w:proofErr w:type="spellEnd"/>
      <w:r>
        <w:t xml:space="preserve">, registrar y </w:t>
      </w:r>
      <w:proofErr w:type="spellStart"/>
      <w:r>
        <w:t>escalar</w:t>
      </w:r>
      <w:proofErr w:type="spellEnd"/>
      <w:r>
        <w:t>.</w:t>
      </w:r>
    </w:p>
    <w:p w14:paraId="13A04B2A" w14:textId="77777777" w:rsidR="000767AF" w:rsidRDefault="00000000">
      <w:r>
        <w:lastRenderedPageBreak/>
        <w:t xml:space="preserve">CASO B. </w:t>
      </w:r>
      <w:proofErr w:type="spellStart"/>
      <w:r>
        <w:t>Después</w:t>
      </w:r>
      <w:proofErr w:type="spellEnd"/>
      <w:r>
        <w:t xml:space="preserve"> de un </w:t>
      </w:r>
      <w:proofErr w:type="spellStart"/>
      <w:r>
        <w:t>mantenimiento</w:t>
      </w:r>
      <w:proofErr w:type="spellEnd"/>
      <w:r>
        <w:t xml:space="preserve">, </w:t>
      </w:r>
      <w:proofErr w:type="spellStart"/>
      <w:r>
        <w:t>una</w:t>
      </w:r>
      <w:proofErr w:type="spellEnd"/>
      <w:r>
        <w:t xml:space="preserve"> zona </w:t>
      </w:r>
      <w:proofErr w:type="spellStart"/>
      <w:r>
        <w:t>aparece</w:t>
      </w:r>
      <w:proofErr w:type="spellEnd"/>
      <w:r>
        <w:t xml:space="preserve"> </w:t>
      </w:r>
      <w:proofErr w:type="spellStart"/>
      <w:r>
        <w:t>deshabilitada</w:t>
      </w:r>
      <w:proofErr w:type="spellEnd"/>
      <w:r>
        <w:t xml:space="preserve">, </w:t>
      </w:r>
      <w:proofErr w:type="spellStart"/>
      <w:r>
        <w:t>aunque</w:t>
      </w:r>
      <w:proofErr w:type="spellEnd"/>
      <w:r>
        <w:t xml:space="preserve"> no hay </w:t>
      </w:r>
      <w:proofErr w:type="spellStart"/>
      <w:r>
        <w:t>alarmas</w:t>
      </w:r>
      <w:proofErr w:type="spellEnd"/>
      <w:r>
        <w:t xml:space="preserve"> audibles. </w:t>
      </w:r>
      <w:proofErr w:type="spellStart"/>
      <w:r>
        <w:t>Análisis</w:t>
      </w:r>
      <w:proofErr w:type="spellEnd"/>
      <w:r>
        <w:t xml:space="preserve">: </w:t>
      </w:r>
      <w:proofErr w:type="spellStart"/>
      <w:r>
        <w:t>el</w:t>
      </w:r>
      <w:proofErr w:type="spellEnd"/>
      <w:r>
        <w:t xml:space="preserve"> </w:t>
      </w:r>
      <w:proofErr w:type="spellStart"/>
      <w:r>
        <w:t>cierre</w:t>
      </w:r>
      <w:proofErr w:type="spellEnd"/>
      <w:r>
        <w:t xml:space="preserve"> </w:t>
      </w:r>
      <w:proofErr w:type="spellStart"/>
      <w:r>
        <w:t>técnico</w:t>
      </w:r>
      <w:proofErr w:type="spellEnd"/>
      <w:r>
        <w:t xml:space="preserve"> es </w:t>
      </w:r>
      <w:proofErr w:type="spellStart"/>
      <w:r>
        <w:t>incompleto</w:t>
      </w:r>
      <w:proofErr w:type="spellEnd"/>
      <w:r>
        <w:t xml:space="preserve">. Deben </w:t>
      </w:r>
      <w:proofErr w:type="spellStart"/>
      <w:r>
        <w:t>aplicarse</w:t>
      </w:r>
      <w:proofErr w:type="spellEnd"/>
      <w:r>
        <w:t xml:space="preserve"> </w:t>
      </w:r>
      <w:proofErr w:type="spellStart"/>
      <w:r>
        <w:t>medidas</w:t>
      </w:r>
      <w:proofErr w:type="spellEnd"/>
      <w:r>
        <w:t xml:space="preserve"> de control </w:t>
      </w:r>
      <w:proofErr w:type="spellStart"/>
      <w:r>
        <w:t>mientras</w:t>
      </w:r>
      <w:proofErr w:type="spellEnd"/>
      <w:r>
        <w:t xml:space="preserve"> dure la </w:t>
      </w:r>
      <w:proofErr w:type="spellStart"/>
      <w:r>
        <w:t>anulación</w:t>
      </w:r>
      <w:proofErr w:type="spellEnd"/>
      <w:r>
        <w:t xml:space="preserve">, </w:t>
      </w:r>
      <w:proofErr w:type="spellStart"/>
      <w:r>
        <w:t>identificar</w:t>
      </w:r>
      <w:proofErr w:type="spellEnd"/>
      <w:r>
        <w:t xml:space="preserve"> al </w:t>
      </w:r>
      <w:proofErr w:type="spellStart"/>
      <w:r>
        <w:t>responsable</w:t>
      </w:r>
      <w:proofErr w:type="spellEnd"/>
      <w:r>
        <w:t xml:space="preserve"> y </w:t>
      </w:r>
      <w:proofErr w:type="spellStart"/>
      <w:r>
        <w:t>comprobar</w:t>
      </w:r>
      <w:proofErr w:type="spellEnd"/>
      <w:r>
        <w:t xml:space="preserve"> la </w:t>
      </w:r>
      <w:proofErr w:type="spellStart"/>
      <w:r>
        <w:t>restitución</w:t>
      </w:r>
      <w:proofErr w:type="spellEnd"/>
      <w:r>
        <w:t xml:space="preserve"> </w:t>
      </w:r>
      <w:proofErr w:type="spellStart"/>
      <w:r>
        <w:t>autorizada</w:t>
      </w:r>
      <w:proofErr w:type="spellEnd"/>
      <w:r>
        <w:t>.</w:t>
      </w:r>
    </w:p>
    <w:p w14:paraId="0770496D" w14:textId="77777777" w:rsidR="000767AF" w:rsidRDefault="00000000">
      <w:r>
        <w:t xml:space="preserve">CASO C. Un </w:t>
      </w:r>
      <w:proofErr w:type="spellStart"/>
      <w:r>
        <w:t>contratista</w:t>
      </w:r>
      <w:proofErr w:type="spellEnd"/>
      <w:r>
        <w:t xml:space="preserve"> </w:t>
      </w:r>
      <w:proofErr w:type="spellStart"/>
      <w:r>
        <w:t>solicita</w:t>
      </w:r>
      <w:proofErr w:type="spellEnd"/>
      <w:r>
        <w:t xml:space="preserve"> </w:t>
      </w:r>
      <w:proofErr w:type="spellStart"/>
      <w:r>
        <w:t>accionar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estación</w:t>
      </w:r>
      <w:proofErr w:type="spellEnd"/>
      <w:r>
        <w:t xml:space="preserve"> manual para “</w:t>
      </w:r>
      <w:proofErr w:type="spellStart"/>
      <w:r>
        <w:t>mostrar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suena</w:t>
      </w:r>
      <w:proofErr w:type="spellEnd"/>
      <w:r>
        <w:t xml:space="preserve">” </w:t>
      </w:r>
      <w:proofErr w:type="spellStart"/>
      <w:r>
        <w:t>el</w:t>
      </w:r>
      <w:proofErr w:type="spellEnd"/>
      <w:r>
        <w:t xml:space="preserve"> panel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recinto</w:t>
      </w:r>
      <w:proofErr w:type="spellEnd"/>
      <w:r>
        <w:t xml:space="preserve"> </w:t>
      </w:r>
      <w:proofErr w:type="spellStart"/>
      <w:r>
        <w:t>protegido</w:t>
      </w:r>
      <w:proofErr w:type="spellEnd"/>
      <w:r>
        <w:t xml:space="preserve"> con </w:t>
      </w:r>
      <w:proofErr w:type="spellStart"/>
      <w:r>
        <w:t>agente</w:t>
      </w:r>
      <w:proofErr w:type="spellEnd"/>
      <w:r>
        <w:t xml:space="preserve"> </w:t>
      </w:r>
      <w:proofErr w:type="spellStart"/>
      <w:r>
        <w:t>limpio</w:t>
      </w:r>
      <w:proofErr w:type="spellEnd"/>
      <w:r>
        <w:t xml:space="preserve">. </w:t>
      </w:r>
      <w:proofErr w:type="spellStart"/>
      <w:r>
        <w:t>Análisis</w:t>
      </w:r>
      <w:proofErr w:type="spellEnd"/>
      <w:r>
        <w:t xml:space="preserve">: no </w:t>
      </w:r>
      <w:proofErr w:type="spellStart"/>
      <w:r>
        <w:t>procede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activación</w:t>
      </w:r>
      <w:proofErr w:type="spellEnd"/>
      <w:r>
        <w:t xml:space="preserve"> </w:t>
      </w:r>
      <w:proofErr w:type="spellStart"/>
      <w:r>
        <w:t>improvisada</w:t>
      </w:r>
      <w:proofErr w:type="spellEnd"/>
      <w:r>
        <w:t xml:space="preserve">. Se </w:t>
      </w:r>
      <w:proofErr w:type="spellStart"/>
      <w:r>
        <w:t>requiere</w:t>
      </w:r>
      <w:proofErr w:type="spellEnd"/>
      <w:r>
        <w:t xml:space="preserve"> </w:t>
      </w:r>
      <w:proofErr w:type="spellStart"/>
      <w:r>
        <w:t>simulación</w:t>
      </w:r>
      <w:proofErr w:type="spellEnd"/>
      <w:r>
        <w:t xml:space="preserve"> </w:t>
      </w:r>
      <w:proofErr w:type="spellStart"/>
      <w:r>
        <w:t>controlada</w:t>
      </w:r>
      <w:proofErr w:type="spellEnd"/>
      <w:r>
        <w:t xml:space="preserve"> o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prueba</w:t>
      </w:r>
      <w:proofErr w:type="spellEnd"/>
      <w:r>
        <w:t xml:space="preserve"> </w:t>
      </w:r>
      <w:proofErr w:type="spellStart"/>
      <w:r>
        <w:t>formalmente</w:t>
      </w:r>
      <w:proofErr w:type="spellEnd"/>
      <w:r>
        <w:t xml:space="preserve"> </w:t>
      </w:r>
      <w:proofErr w:type="spellStart"/>
      <w:r>
        <w:t>aprobada</w:t>
      </w:r>
      <w:proofErr w:type="spellEnd"/>
      <w:r>
        <w:t xml:space="preserve"> y </w:t>
      </w:r>
      <w:proofErr w:type="spellStart"/>
      <w:r>
        <w:t>protegida</w:t>
      </w:r>
      <w:proofErr w:type="spellEnd"/>
      <w:r>
        <w:t xml:space="preserve"> contra </w:t>
      </w:r>
      <w:proofErr w:type="spellStart"/>
      <w:r>
        <w:t>descarga</w:t>
      </w:r>
      <w:proofErr w:type="spellEnd"/>
      <w:r>
        <w:t xml:space="preserve"> </w:t>
      </w:r>
      <w:proofErr w:type="spellStart"/>
      <w:r>
        <w:t>involuntaria</w:t>
      </w:r>
      <w:proofErr w:type="spellEnd"/>
      <w:r>
        <w:t>.</w:t>
      </w:r>
    </w:p>
    <w:p w14:paraId="79BD92CA" w14:textId="77777777" w:rsidR="000767AF" w:rsidRDefault="00000000">
      <w:r>
        <w:t xml:space="preserve">CASO D. </w:t>
      </w:r>
      <w:proofErr w:type="spellStart"/>
      <w:r>
        <w:t>Aparece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señal</w:t>
      </w:r>
      <w:proofErr w:type="spellEnd"/>
      <w:r>
        <w:t xml:space="preserve"> de </w:t>
      </w:r>
      <w:proofErr w:type="spellStart"/>
      <w:r>
        <w:t>predescarga</w:t>
      </w:r>
      <w:proofErr w:type="spellEnd"/>
      <w:r>
        <w:t xml:space="preserve">. Un </w:t>
      </w:r>
      <w:proofErr w:type="spellStart"/>
      <w:r>
        <w:t>trabajador</w:t>
      </w:r>
      <w:proofErr w:type="spellEnd"/>
      <w:r>
        <w:t xml:space="preserve"> propone </w:t>
      </w:r>
      <w:proofErr w:type="spellStart"/>
      <w:r>
        <w:t>presionar</w:t>
      </w:r>
      <w:proofErr w:type="spellEnd"/>
      <w:r>
        <w:t xml:space="preserve"> SILENCE y </w:t>
      </w:r>
      <w:proofErr w:type="spellStart"/>
      <w:r>
        <w:t>permanecer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sala para </w:t>
      </w:r>
      <w:proofErr w:type="spellStart"/>
      <w:r>
        <w:t>verificar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detuvo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contador</w:t>
      </w:r>
      <w:proofErr w:type="spellEnd"/>
      <w:r>
        <w:t xml:space="preserve">. </w:t>
      </w:r>
      <w:proofErr w:type="spellStart"/>
      <w:r>
        <w:t>Análisis</w:t>
      </w:r>
      <w:proofErr w:type="spellEnd"/>
      <w:r>
        <w:t xml:space="preserve">: es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decisión</w:t>
      </w:r>
      <w:proofErr w:type="spellEnd"/>
      <w:r>
        <w:t xml:space="preserve"> </w:t>
      </w:r>
      <w:proofErr w:type="spellStart"/>
      <w:r>
        <w:t>insegura</w:t>
      </w:r>
      <w:proofErr w:type="spellEnd"/>
      <w:r>
        <w:t xml:space="preserve">. Se </w:t>
      </w:r>
      <w:proofErr w:type="spellStart"/>
      <w:r>
        <w:t>activa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protocolo</w:t>
      </w:r>
      <w:proofErr w:type="spellEnd"/>
      <w:r>
        <w:t xml:space="preserve"> de </w:t>
      </w:r>
      <w:proofErr w:type="spellStart"/>
      <w:r>
        <w:t>evacuación</w:t>
      </w:r>
      <w:proofErr w:type="spellEnd"/>
      <w:r>
        <w:t xml:space="preserve"> y se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evitar</w:t>
      </w:r>
      <w:proofErr w:type="spellEnd"/>
      <w:r>
        <w:t xml:space="preserve"> </w:t>
      </w:r>
      <w:proofErr w:type="spellStart"/>
      <w:r>
        <w:t>asumir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SILENCE </w:t>
      </w:r>
      <w:proofErr w:type="spellStart"/>
      <w:r>
        <w:t>detiene</w:t>
      </w:r>
      <w:proofErr w:type="spellEnd"/>
      <w:r>
        <w:t xml:space="preserve"> la </w:t>
      </w:r>
      <w:proofErr w:type="spellStart"/>
      <w:r>
        <w:t>lógica</w:t>
      </w:r>
      <w:proofErr w:type="spellEnd"/>
      <w:r>
        <w:t xml:space="preserve"> de </w:t>
      </w:r>
      <w:proofErr w:type="spellStart"/>
      <w:r>
        <w:t>descarga</w:t>
      </w:r>
      <w:proofErr w:type="spellEnd"/>
      <w:r>
        <w:t>.</w:t>
      </w:r>
    </w:p>
    <w:p w14:paraId="78B5586C" w14:textId="77777777" w:rsidR="000767AF" w:rsidRDefault="00000000">
      <w:r>
        <w:t xml:space="preserve">CASO E. Un </w:t>
      </w:r>
      <w:proofErr w:type="spellStart"/>
      <w:r>
        <w:t>operador</w:t>
      </w:r>
      <w:proofErr w:type="spellEnd"/>
      <w:r>
        <w:t xml:space="preserve"> </w:t>
      </w:r>
      <w:proofErr w:type="spellStart"/>
      <w:r>
        <w:t>pulsa</w:t>
      </w:r>
      <w:proofErr w:type="spellEnd"/>
      <w:r>
        <w:t xml:space="preserve"> RESET </w:t>
      </w:r>
      <w:proofErr w:type="spellStart"/>
      <w:r>
        <w:t>tras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alarma</w:t>
      </w:r>
      <w:proofErr w:type="spellEnd"/>
      <w:r>
        <w:t xml:space="preserve"> sin </w:t>
      </w:r>
      <w:proofErr w:type="spellStart"/>
      <w:r>
        <w:t>documentar</w:t>
      </w:r>
      <w:proofErr w:type="spellEnd"/>
      <w:r>
        <w:t xml:space="preserve"> la </w:t>
      </w:r>
      <w:proofErr w:type="spellStart"/>
      <w:r>
        <w:t>fuente</w:t>
      </w:r>
      <w:proofErr w:type="spellEnd"/>
      <w:r>
        <w:t xml:space="preserve">. El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reaparece</w:t>
      </w:r>
      <w:proofErr w:type="spellEnd"/>
      <w:r>
        <w:t xml:space="preserve"> </w:t>
      </w:r>
      <w:proofErr w:type="spellStart"/>
      <w:r>
        <w:t>diez</w:t>
      </w:r>
      <w:proofErr w:type="spellEnd"/>
      <w:r>
        <w:t xml:space="preserve"> </w:t>
      </w:r>
      <w:proofErr w:type="spellStart"/>
      <w:r>
        <w:t>minutos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. </w:t>
      </w:r>
      <w:proofErr w:type="spellStart"/>
      <w:r>
        <w:t>Análisis</w:t>
      </w:r>
      <w:proofErr w:type="spellEnd"/>
      <w:r>
        <w:t xml:space="preserve">: no se </w:t>
      </w:r>
      <w:proofErr w:type="spellStart"/>
      <w:r>
        <w:t>trató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origen</w:t>
      </w:r>
      <w:proofErr w:type="spellEnd"/>
      <w:r>
        <w:t xml:space="preserve"> y se </w:t>
      </w:r>
      <w:proofErr w:type="spellStart"/>
      <w:r>
        <w:t>perdió</w:t>
      </w:r>
      <w:proofErr w:type="spellEnd"/>
      <w:r>
        <w:t xml:space="preserve"> </w:t>
      </w:r>
      <w:proofErr w:type="spellStart"/>
      <w:r>
        <w:t>claridad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seguimiento</w:t>
      </w:r>
      <w:proofErr w:type="spellEnd"/>
      <w:r>
        <w:t xml:space="preserve">. Debe </w:t>
      </w:r>
      <w:proofErr w:type="spellStart"/>
      <w:r>
        <w:t>registrarse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ocurrencia</w:t>
      </w:r>
      <w:proofErr w:type="spellEnd"/>
      <w:r>
        <w:t xml:space="preserve"> y </w:t>
      </w:r>
      <w:proofErr w:type="spellStart"/>
      <w:r>
        <w:t>realizarse</w:t>
      </w:r>
      <w:proofErr w:type="spellEnd"/>
      <w:r>
        <w:t xml:space="preserve"> la </w:t>
      </w:r>
      <w:proofErr w:type="spellStart"/>
      <w:r>
        <w:t>investigación</w:t>
      </w:r>
      <w:proofErr w:type="spellEnd"/>
      <w:r>
        <w:t xml:space="preserve"> y </w:t>
      </w:r>
      <w:proofErr w:type="spellStart"/>
      <w:r>
        <w:t>restauración</w:t>
      </w:r>
      <w:proofErr w:type="spellEnd"/>
      <w:r>
        <w:t xml:space="preserve"> </w:t>
      </w:r>
      <w:proofErr w:type="spellStart"/>
      <w:r>
        <w:t>autorizadas</w:t>
      </w:r>
      <w:proofErr w:type="spellEnd"/>
      <w:r>
        <w:t>.</w:t>
      </w:r>
    </w:p>
    <w:p w14:paraId="600E2FFA" w14:textId="77777777" w:rsidR="000767AF" w:rsidRDefault="00000000">
      <w:r>
        <w:rPr>
          <w:b/>
        </w:rPr>
        <w:t xml:space="preserve">Punto de control para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alumno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identifique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mensaje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exacto</w:t>
      </w:r>
      <w:proofErr w:type="spellEnd"/>
      <w:r>
        <w:rPr>
          <w:b/>
        </w:rPr>
        <w:t xml:space="preserve">, la </w:t>
      </w:r>
      <w:proofErr w:type="spellStart"/>
      <w:r>
        <w:rPr>
          <w:b/>
        </w:rPr>
        <w:t>función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afectada</w:t>
      </w:r>
      <w:proofErr w:type="spellEnd"/>
      <w:r>
        <w:rPr>
          <w:b/>
        </w:rPr>
        <w:t xml:space="preserve">, la persona </w:t>
      </w:r>
      <w:proofErr w:type="spellStart"/>
      <w:r>
        <w:rPr>
          <w:b/>
        </w:rPr>
        <w:t>responsable</w:t>
      </w:r>
      <w:proofErr w:type="spellEnd"/>
      <w:r>
        <w:rPr>
          <w:b/>
        </w:rPr>
        <w:t xml:space="preserve"> y la </w:t>
      </w:r>
      <w:proofErr w:type="spellStart"/>
      <w:r>
        <w:rPr>
          <w:b/>
        </w:rPr>
        <w:t>evidencia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necesaria</w:t>
      </w:r>
      <w:proofErr w:type="spellEnd"/>
      <w:r>
        <w:rPr>
          <w:b/>
        </w:rPr>
        <w:t xml:space="preserve"> antes de </w:t>
      </w:r>
      <w:proofErr w:type="spellStart"/>
      <w:r>
        <w:rPr>
          <w:b/>
        </w:rPr>
        <w:t>cerrar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evento</w:t>
      </w:r>
      <w:proofErr w:type="spellEnd"/>
      <w:r>
        <w:rPr>
          <w:b/>
        </w:rPr>
        <w:t>.</w:t>
      </w:r>
    </w:p>
    <w:p w14:paraId="1B5376B2" w14:textId="77777777" w:rsidR="000767AF" w:rsidRDefault="00000000">
      <w:pPr>
        <w:spacing w:before="220" w:after="100"/>
      </w:pPr>
      <w:r>
        <w:rPr>
          <w:b/>
          <w:color w:val="12194D"/>
          <w:sz w:val="26"/>
        </w:rPr>
        <w:t xml:space="preserve">6.16 </w:t>
      </w:r>
      <w:proofErr w:type="spellStart"/>
      <w:r>
        <w:rPr>
          <w:b/>
          <w:color w:val="12194D"/>
          <w:sz w:val="26"/>
        </w:rPr>
        <w:t>Autoestudio</w:t>
      </w:r>
      <w:proofErr w:type="spellEnd"/>
      <w:r>
        <w:rPr>
          <w:b/>
          <w:color w:val="12194D"/>
          <w:sz w:val="26"/>
        </w:rPr>
        <w:t xml:space="preserve"> </w:t>
      </w:r>
      <w:proofErr w:type="spellStart"/>
      <w:r>
        <w:rPr>
          <w:b/>
          <w:color w:val="12194D"/>
          <w:sz w:val="26"/>
        </w:rPr>
        <w:t>guiado</w:t>
      </w:r>
      <w:proofErr w:type="spellEnd"/>
      <w:r>
        <w:rPr>
          <w:b/>
          <w:color w:val="12194D"/>
          <w:sz w:val="26"/>
        </w:rPr>
        <w:t xml:space="preserve"> y </w:t>
      </w:r>
      <w:proofErr w:type="spellStart"/>
      <w:r>
        <w:rPr>
          <w:b/>
          <w:color w:val="12194D"/>
          <w:sz w:val="26"/>
        </w:rPr>
        <w:t>preguntas</w:t>
      </w:r>
      <w:proofErr w:type="spellEnd"/>
      <w:r>
        <w:rPr>
          <w:b/>
          <w:color w:val="12194D"/>
          <w:sz w:val="26"/>
        </w:rPr>
        <w:t xml:space="preserve"> de </w:t>
      </w:r>
      <w:proofErr w:type="spellStart"/>
      <w:r>
        <w:rPr>
          <w:b/>
          <w:color w:val="12194D"/>
          <w:sz w:val="26"/>
        </w:rPr>
        <w:t>aplicación</w:t>
      </w:r>
      <w:proofErr w:type="spellEnd"/>
    </w:p>
    <w:p w14:paraId="6BFD3B37" w14:textId="77777777" w:rsidR="000767AF" w:rsidRDefault="00000000">
      <w:proofErr w:type="spellStart"/>
      <w:r>
        <w:t>Actividad</w:t>
      </w:r>
      <w:proofErr w:type="spellEnd"/>
      <w:r>
        <w:t xml:space="preserve"> 1. </w:t>
      </w:r>
      <w:proofErr w:type="spellStart"/>
      <w:r>
        <w:t>Dibuje</w:t>
      </w:r>
      <w:proofErr w:type="spellEnd"/>
      <w:r>
        <w:t xml:space="preserve"> un </w:t>
      </w:r>
      <w:proofErr w:type="spellStart"/>
      <w:r>
        <w:t>esquema</w:t>
      </w:r>
      <w:proofErr w:type="spellEnd"/>
      <w:r>
        <w:t xml:space="preserve"> </w:t>
      </w:r>
      <w:proofErr w:type="spellStart"/>
      <w:r>
        <w:t>sencillo</w:t>
      </w:r>
      <w:proofErr w:type="spellEnd"/>
      <w:r>
        <w:t xml:space="preserve">: detector o </w:t>
      </w:r>
      <w:proofErr w:type="spellStart"/>
      <w:r>
        <w:t>contacto</w:t>
      </w:r>
      <w:proofErr w:type="spellEnd"/>
      <w:r>
        <w:t xml:space="preserve"> → panel → </w:t>
      </w:r>
      <w:proofErr w:type="spellStart"/>
      <w:r>
        <w:t>señal</w:t>
      </w:r>
      <w:proofErr w:type="spellEnd"/>
      <w:r>
        <w:t xml:space="preserve"> local → </w:t>
      </w:r>
      <w:proofErr w:type="spellStart"/>
      <w:r>
        <w:t>comunicación</w:t>
      </w:r>
      <w:proofErr w:type="spellEnd"/>
      <w:r>
        <w:t xml:space="preserve"> externa → </w:t>
      </w:r>
      <w:proofErr w:type="spellStart"/>
      <w:r>
        <w:t>salida</w:t>
      </w:r>
      <w:proofErr w:type="spellEnd"/>
      <w:r>
        <w:t xml:space="preserve"> </w:t>
      </w:r>
      <w:proofErr w:type="spellStart"/>
      <w:r>
        <w:t>asociada</w:t>
      </w:r>
      <w:proofErr w:type="spellEnd"/>
      <w:r>
        <w:t xml:space="preserve">. </w:t>
      </w:r>
      <w:proofErr w:type="spellStart"/>
      <w:r>
        <w:t>Debajo</w:t>
      </w:r>
      <w:proofErr w:type="spellEnd"/>
      <w:r>
        <w:t xml:space="preserve"> </w:t>
      </w:r>
      <w:proofErr w:type="spellStart"/>
      <w:r>
        <w:t>escriba</w:t>
      </w:r>
      <w:proofErr w:type="spellEnd"/>
      <w:r>
        <w:t xml:space="preserve"> </w:t>
      </w:r>
      <w:proofErr w:type="spellStart"/>
      <w:r>
        <w:t>cuáles</w:t>
      </w:r>
      <w:proofErr w:type="spellEnd"/>
      <w:r>
        <w:t xml:space="preserve"> </w:t>
      </w:r>
      <w:proofErr w:type="spellStart"/>
      <w:r>
        <w:t>etapas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definidas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programación</w:t>
      </w:r>
      <w:proofErr w:type="spellEnd"/>
      <w:r>
        <w:t xml:space="preserve"> y </w:t>
      </w:r>
      <w:proofErr w:type="spellStart"/>
      <w:r>
        <w:t>cuáles</w:t>
      </w:r>
      <w:proofErr w:type="spellEnd"/>
      <w:r>
        <w:t xml:space="preserve"> </w:t>
      </w:r>
      <w:proofErr w:type="spellStart"/>
      <w:r>
        <w:t>requieren</w:t>
      </w:r>
      <w:proofErr w:type="spellEnd"/>
      <w:r>
        <w:t xml:space="preserve"> </w:t>
      </w:r>
      <w:proofErr w:type="spellStart"/>
      <w:r>
        <w:t>verificación</w:t>
      </w:r>
      <w:proofErr w:type="spellEnd"/>
      <w:r>
        <w:t xml:space="preserve"> </w:t>
      </w:r>
      <w:proofErr w:type="spellStart"/>
      <w:r>
        <w:t>funcional</w:t>
      </w:r>
      <w:proofErr w:type="spellEnd"/>
      <w:r>
        <w:t>.</w:t>
      </w:r>
    </w:p>
    <w:p w14:paraId="6CD5A1CB" w14:textId="77777777" w:rsidR="000767AF" w:rsidRDefault="00000000">
      <w:proofErr w:type="spellStart"/>
      <w:r>
        <w:t>Actividad</w:t>
      </w:r>
      <w:proofErr w:type="spellEnd"/>
      <w:r>
        <w:t xml:space="preserve"> 2. </w:t>
      </w:r>
      <w:proofErr w:type="spellStart"/>
      <w:r>
        <w:t>Redacte</w:t>
      </w:r>
      <w:proofErr w:type="spellEnd"/>
      <w:r>
        <w:t xml:space="preserve"> un </w:t>
      </w:r>
      <w:proofErr w:type="spellStart"/>
      <w:r>
        <w:t>mensaje</w:t>
      </w:r>
      <w:proofErr w:type="spellEnd"/>
      <w:r>
        <w:t xml:space="preserve"> de </w:t>
      </w:r>
      <w:proofErr w:type="spellStart"/>
      <w:r>
        <w:t>comunicación</w:t>
      </w:r>
      <w:proofErr w:type="spellEnd"/>
      <w:r>
        <w:t xml:space="preserve"> para sala de control </w:t>
      </w:r>
      <w:proofErr w:type="spellStart"/>
      <w:r>
        <w:t>que</w:t>
      </w:r>
      <w:proofErr w:type="spellEnd"/>
      <w:r>
        <w:t xml:space="preserve"> </w:t>
      </w:r>
      <w:proofErr w:type="spellStart"/>
      <w:r>
        <w:t>incluya</w:t>
      </w:r>
      <w:proofErr w:type="spellEnd"/>
      <w:r>
        <w:t xml:space="preserve"> </w:t>
      </w:r>
      <w:proofErr w:type="spellStart"/>
      <w:r>
        <w:t>fecha</w:t>
      </w:r>
      <w:proofErr w:type="spellEnd"/>
      <w:r>
        <w:t xml:space="preserve">, hora, </w:t>
      </w:r>
      <w:proofErr w:type="spellStart"/>
      <w:r>
        <w:t>tipo</w:t>
      </w:r>
      <w:proofErr w:type="spellEnd"/>
      <w:r>
        <w:t xml:space="preserve"> de </w:t>
      </w:r>
      <w:proofErr w:type="spellStart"/>
      <w:r>
        <w:t>evento</w:t>
      </w:r>
      <w:proofErr w:type="spellEnd"/>
      <w:r>
        <w:t xml:space="preserve">, </w:t>
      </w:r>
      <w:proofErr w:type="spellStart"/>
      <w:r>
        <w:t>identificación</w:t>
      </w:r>
      <w:proofErr w:type="spellEnd"/>
      <w:r>
        <w:t xml:space="preserve"> de zona o punto, </w:t>
      </w:r>
      <w:proofErr w:type="spellStart"/>
      <w:r>
        <w:t>estado</w:t>
      </w:r>
      <w:proofErr w:type="spellEnd"/>
      <w:r>
        <w:t xml:space="preserve"> general y </w:t>
      </w:r>
      <w:proofErr w:type="spellStart"/>
      <w:r>
        <w:t>acción</w:t>
      </w:r>
      <w:proofErr w:type="spellEnd"/>
      <w:r>
        <w:t xml:space="preserve"> </w:t>
      </w:r>
      <w:proofErr w:type="spellStart"/>
      <w:r>
        <w:t>inmediata</w:t>
      </w:r>
      <w:proofErr w:type="spellEnd"/>
      <w:r>
        <w:t xml:space="preserve">. El </w:t>
      </w:r>
      <w:proofErr w:type="spellStart"/>
      <w:r>
        <w:t>mensaje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permitir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otra</w:t>
      </w:r>
      <w:proofErr w:type="spellEnd"/>
      <w:r>
        <w:t xml:space="preserve"> persona </w:t>
      </w:r>
      <w:proofErr w:type="spellStart"/>
      <w:r>
        <w:t>ubicar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incidente</w:t>
      </w:r>
      <w:proofErr w:type="spellEnd"/>
      <w:r>
        <w:t xml:space="preserve"> sin </w:t>
      </w:r>
      <w:proofErr w:type="spellStart"/>
      <w:r>
        <w:t>haber</w:t>
      </w:r>
      <w:proofErr w:type="spellEnd"/>
      <w:r>
        <w:t xml:space="preserve"> visto </w:t>
      </w:r>
      <w:proofErr w:type="spellStart"/>
      <w:r>
        <w:t>el</w:t>
      </w:r>
      <w:proofErr w:type="spellEnd"/>
      <w:r>
        <w:t xml:space="preserve"> panel.</w:t>
      </w:r>
    </w:p>
    <w:p w14:paraId="5AACC97A" w14:textId="77777777" w:rsidR="000767AF" w:rsidRDefault="00000000">
      <w:proofErr w:type="spellStart"/>
      <w:r>
        <w:t>Actividad</w:t>
      </w:r>
      <w:proofErr w:type="spellEnd"/>
      <w:r>
        <w:t xml:space="preserve"> 3. Compare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alarma</w:t>
      </w:r>
      <w:proofErr w:type="spellEnd"/>
      <w:r>
        <w:t xml:space="preserve"> de </w:t>
      </w:r>
      <w:proofErr w:type="spellStart"/>
      <w:r>
        <w:t>incendio</w:t>
      </w:r>
      <w:proofErr w:type="spellEnd"/>
      <w:r>
        <w:t xml:space="preserve"> con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avería</w:t>
      </w:r>
      <w:proofErr w:type="spellEnd"/>
      <w:r>
        <w:t xml:space="preserve"> de </w:t>
      </w:r>
      <w:proofErr w:type="spellStart"/>
      <w:r>
        <w:t>circuito</w:t>
      </w:r>
      <w:proofErr w:type="spellEnd"/>
      <w:r>
        <w:t xml:space="preserve"> y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señal</w:t>
      </w:r>
      <w:proofErr w:type="spellEnd"/>
      <w:r>
        <w:t xml:space="preserve"> de </w:t>
      </w:r>
      <w:proofErr w:type="spellStart"/>
      <w:r>
        <w:t>supervisión</w:t>
      </w:r>
      <w:proofErr w:type="spellEnd"/>
      <w:r>
        <w:t xml:space="preserve">. </w:t>
      </w:r>
      <w:proofErr w:type="spellStart"/>
      <w:r>
        <w:t>Indique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no </w:t>
      </w:r>
      <w:proofErr w:type="spellStart"/>
      <w:r>
        <w:t>deberían</w:t>
      </w:r>
      <w:proofErr w:type="spellEnd"/>
      <w:r>
        <w:t xml:space="preserve"> </w:t>
      </w:r>
      <w:proofErr w:type="spellStart"/>
      <w:r>
        <w:t>tratarse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eventos</w:t>
      </w:r>
      <w:proofErr w:type="spellEnd"/>
      <w:r>
        <w:t xml:space="preserve"> </w:t>
      </w:r>
      <w:proofErr w:type="spellStart"/>
      <w:r>
        <w:t>equivalentes</w:t>
      </w:r>
      <w:proofErr w:type="spellEnd"/>
      <w:r>
        <w:t xml:space="preserve"> y </w:t>
      </w:r>
      <w:proofErr w:type="spellStart"/>
      <w:r>
        <w:t>cuándo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afectarse</w:t>
      </w:r>
      <w:proofErr w:type="spellEnd"/>
      <w:r>
        <w:t xml:space="preserve"> la </w:t>
      </w:r>
      <w:proofErr w:type="spellStart"/>
      <w:r>
        <w:t>capacidad</w:t>
      </w:r>
      <w:proofErr w:type="spellEnd"/>
      <w:r>
        <w:t xml:space="preserve"> de </w:t>
      </w:r>
      <w:proofErr w:type="spellStart"/>
      <w:r>
        <w:t>protección</w:t>
      </w:r>
      <w:proofErr w:type="spellEnd"/>
      <w:r>
        <w:t>.</w:t>
      </w:r>
    </w:p>
    <w:p w14:paraId="31BA3A58" w14:textId="77777777" w:rsidR="000767AF" w:rsidRDefault="00000000">
      <w:proofErr w:type="spellStart"/>
      <w:r>
        <w:t>Actividad</w:t>
      </w:r>
      <w:proofErr w:type="spellEnd"/>
      <w:r>
        <w:t xml:space="preserve"> 4. Prepare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de </w:t>
      </w:r>
      <w:proofErr w:type="spellStart"/>
      <w:r>
        <w:t>cinco</w:t>
      </w:r>
      <w:proofErr w:type="spellEnd"/>
      <w:r>
        <w:t xml:space="preserve"> </w:t>
      </w:r>
      <w:proofErr w:type="spellStart"/>
      <w:r>
        <w:t>comprobaciones</w:t>
      </w:r>
      <w:proofErr w:type="spellEnd"/>
      <w:r>
        <w:t xml:space="preserve"> antes del </w:t>
      </w:r>
      <w:proofErr w:type="spellStart"/>
      <w:r>
        <w:t>inicio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prueba</w:t>
      </w:r>
      <w:proofErr w:type="spellEnd"/>
      <w:r>
        <w:t xml:space="preserve"> y </w:t>
      </w:r>
      <w:proofErr w:type="spellStart"/>
      <w:r>
        <w:t>cinco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para </w:t>
      </w:r>
      <w:proofErr w:type="spellStart"/>
      <w:r>
        <w:t>cerrar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trabajo</w:t>
      </w:r>
      <w:proofErr w:type="spellEnd"/>
      <w:r>
        <w:t xml:space="preserve">. </w:t>
      </w:r>
      <w:proofErr w:type="spellStart"/>
      <w:r>
        <w:t>Destaque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control de </w:t>
      </w:r>
      <w:proofErr w:type="spellStart"/>
      <w:r>
        <w:t>descarga</w:t>
      </w:r>
      <w:proofErr w:type="spellEnd"/>
      <w:r>
        <w:t xml:space="preserve"> accidental y la </w:t>
      </w:r>
      <w:proofErr w:type="spellStart"/>
      <w:r>
        <w:t>restitución</w:t>
      </w:r>
      <w:proofErr w:type="spellEnd"/>
      <w:r>
        <w:t xml:space="preserve"> de zonas </w:t>
      </w:r>
      <w:proofErr w:type="spellStart"/>
      <w:r>
        <w:t>inhibidas</w:t>
      </w:r>
      <w:proofErr w:type="spellEnd"/>
      <w:r>
        <w:t>.</w:t>
      </w:r>
    </w:p>
    <w:p w14:paraId="505D0075" w14:textId="77777777" w:rsidR="000767AF" w:rsidRDefault="00000000">
      <w:proofErr w:type="spellStart"/>
      <w:r>
        <w:t>Actividad</w:t>
      </w:r>
      <w:proofErr w:type="spellEnd"/>
      <w:r>
        <w:t xml:space="preserve"> 5. </w:t>
      </w:r>
      <w:proofErr w:type="spellStart"/>
      <w:r>
        <w:t>Explique</w:t>
      </w:r>
      <w:proofErr w:type="spellEnd"/>
      <w:r>
        <w:t xml:space="preserve"> con sus </w:t>
      </w:r>
      <w:proofErr w:type="spellStart"/>
      <w:r>
        <w:t>propias</w:t>
      </w:r>
      <w:proofErr w:type="spellEnd"/>
      <w:r>
        <w:t xml:space="preserve"> palabras </w:t>
      </w:r>
      <w:proofErr w:type="spellStart"/>
      <w:r>
        <w:t>por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reconocer</w:t>
      </w:r>
      <w:proofErr w:type="spellEnd"/>
      <w:r>
        <w:t xml:space="preserve">, </w:t>
      </w:r>
      <w:proofErr w:type="spellStart"/>
      <w:r>
        <w:t>silenciar</w:t>
      </w:r>
      <w:proofErr w:type="spellEnd"/>
      <w:r>
        <w:t xml:space="preserve"> y </w:t>
      </w:r>
      <w:proofErr w:type="spellStart"/>
      <w:r>
        <w:t>reiniciar</w:t>
      </w:r>
      <w:proofErr w:type="spellEnd"/>
      <w:r>
        <w:t xml:space="preserve"> no son </w:t>
      </w:r>
      <w:proofErr w:type="spellStart"/>
      <w:r>
        <w:t>sinónimos</w:t>
      </w:r>
      <w:proofErr w:type="spellEnd"/>
      <w:r>
        <w:t xml:space="preserve">, e </w:t>
      </w:r>
      <w:proofErr w:type="spellStart"/>
      <w:r>
        <w:t>identifique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consecuencia</w:t>
      </w:r>
      <w:proofErr w:type="spellEnd"/>
      <w:r>
        <w:t xml:space="preserve"> de </w:t>
      </w:r>
      <w:proofErr w:type="spellStart"/>
      <w:r>
        <w:t>aplicar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acción</w:t>
      </w:r>
      <w:proofErr w:type="spellEnd"/>
      <w:r>
        <w:t xml:space="preserve"> sin </w:t>
      </w:r>
      <w:proofErr w:type="spellStart"/>
      <w:r>
        <w:t>conocer</w:t>
      </w:r>
      <w:proofErr w:type="spellEnd"/>
      <w:r>
        <w:t xml:space="preserve"> la </w:t>
      </w:r>
      <w:proofErr w:type="spellStart"/>
      <w:r>
        <w:t>configuración</w:t>
      </w:r>
      <w:proofErr w:type="spellEnd"/>
      <w:r>
        <w:t xml:space="preserve"> del sitio.</w:t>
      </w:r>
    </w:p>
    <w:p w14:paraId="1AE77514" w14:textId="77777777" w:rsidR="000767AF" w:rsidRDefault="00000000">
      <w:proofErr w:type="spellStart"/>
      <w:r>
        <w:t>Actividad</w:t>
      </w:r>
      <w:proofErr w:type="spellEnd"/>
      <w:r>
        <w:t xml:space="preserve"> 6. </w:t>
      </w:r>
      <w:proofErr w:type="spellStart"/>
      <w:r>
        <w:t>Proponga</w:t>
      </w:r>
      <w:proofErr w:type="spellEnd"/>
      <w:r>
        <w:t xml:space="preserve"> </w:t>
      </w:r>
      <w:proofErr w:type="spellStart"/>
      <w:r>
        <w:t>criterios</w:t>
      </w:r>
      <w:proofErr w:type="spellEnd"/>
      <w:r>
        <w:t xml:space="preserve"> de </w:t>
      </w:r>
      <w:proofErr w:type="spellStart"/>
      <w:r>
        <w:t>aceptación</w:t>
      </w:r>
      <w:proofErr w:type="spellEnd"/>
      <w:r>
        <w:t xml:space="preserve"> para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inspección</w:t>
      </w:r>
      <w:proofErr w:type="spellEnd"/>
      <w:r>
        <w:t xml:space="preserve"> exterior del panel y </w:t>
      </w:r>
      <w:proofErr w:type="spellStart"/>
      <w:r>
        <w:t>separe</w:t>
      </w:r>
      <w:proofErr w:type="spellEnd"/>
      <w:r>
        <w:t xml:space="preserve"> </w:t>
      </w:r>
      <w:proofErr w:type="spellStart"/>
      <w:r>
        <w:t>claramente</w:t>
      </w:r>
      <w:proofErr w:type="spellEnd"/>
      <w:r>
        <w:t xml:space="preserve"> las </w:t>
      </w:r>
      <w:proofErr w:type="spellStart"/>
      <w:r>
        <w:t>observaciones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un </w:t>
      </w:r>
      <w:proofErr w:type="spellStart"/>
      <w:r>
        <w:t>operador</w:t>
      </w:r>
      <w:proofErr w:type="spellEnd"/>
      <w:r>
        <w:t xml:space="preserve"> de las </w:t>
      </w:r>
      <w:proofErr w:type="spellStart"/>
      <w:r>
        <w:t>pruebas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solo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realizar</w:t>
      </w:r>
      <w:proofErr w:type="spellEnd"/>
      <w:r>
        <w:t xml:space="preserve"> un </w:t>
      </w:r>
      <w:proofErr w:type="spellStart"/>
      <w:r>
        <w:t>técnico</w:t>
      </w:r>
      <w:proofErr w:type="spellEnd"/>
      <w:r>
        <w:t xml:space="preserve"> </w:t>
      </w:r>
      <w:proofErr w:type="spellStart"/>
      <w:r>
        <w:t>autorizado</w:t>
      </w:r>
      <w:proofErr w:type="spellEnd"/>
      <w:r>
        <w:t>.</w:t>
      </w:r>
    </w:p>
    <w:p w14:paraId="3C833B4F" w14:textId="77777777" w:rsidR="000767AF" w:rsidRDefault="00000000">
      <w:r>
        <w:rPr>
          <w:b/>
        </w:rPr>
        <w:t xml:space="preserve">Punto de control para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alumno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identifique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mensaje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exacto</w:t>
      </w:r>
      <w:proofErr w:type="spellEnd"/>
      <w:r>
        <w:rPr>
          <w:b/>
        </w:rPr>
        <w:t xml:space="preserve">, la </w:t>
      </w:r>
      <w:proofErr w:type="spellStart"/>
      <w:r>
        <w:rPr>
          <w:b/>
        </w:rPr>
        <w:t>función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afectada</w:t>
      </w:r>
      <w:proofErr w:type="spellEnd"/>
      <w:r>
        <w:rPr>
          <w:b/>
        </w:rPr>
        <w:t xml:space="preserve">, la persona </w:t>
      </w:r>
      <w:proofErr w:type="spellStart"/>
      <w:r>
        <w:rPr>
          <w:b/>
        </w:rPr>
        <w:t>responsable</w:t>
      </w:r>
      <w:proofErr w:type="spellEnd"/>
      <w:r>
        <w:rPr>
          <w:b/>
        </w:rPr>
        <w:t xml:space="preserve"> y la </w:t>
      </w:r>
      <w:proofErr w:type="spellStart"/>
      <w:r>
        <w:rPr>
          <w:b/>
        </w:rPr>
        <w:t>evidencia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necesaria</w:t>
      </w:r>
      <w:proofErr w:type="spellEnd"/>
      <w:r>
        <w:rPr>
          <w:b/>
        </w:rPr>
        <w:t xml:space="preserve"> antes de </w:t>
      </w:r>
      <w:proofErr w:type="spellStart"/>
      <w:r>
        <w:rPr>
          <w:b/>
        </w:rPr>
        <w:t>cerrar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evento</w:t>
      </w:r>
      <w:proofErr w:type="spellEnd"/>
      <w:r>
        <w:rPr>
          <w:b/>
        </w:rPr>
        <w:t>.</w:t>
      </w:r>
    </w:p>
    <w:p w14:paraId="118724A3" w14:textId="77777777" w:rsidR="000767AF" w:rsidRDefault="00000000">
      <w:pPr>
        <w:spacing w:before="240"/>
      </w:pPr>
      <w:r>
        <w:rPr>
          <w:b/>
          <w:sz w:val="26"/>
        </w:rPr>
        <w:t xml:space="preserve">MÓDULO 4 — Taller virtual de </w:t>
      </w:r>
      <w:proofErr w:type="spellStart"/>
      <w:r>
        <w:rPr>
          <w:b/>
          <w:sz w:val="26"/>
        </w:rPr>
        <w:t>análisis</w:t>
      </w:r>
      <w:proofErr w:type="spellEnd"/>
      <w:r>
        <w:rPr>
          <w:b/>
          <w:sz w:val="26"/>
        </w:rPr>
        <w:t xml:space="preserve"> de </w:t>
      </w:r>
      <w:proofErr w:type="spellStart"/>
      <w:r>
        <w:rPr>
          <w:b/>
          <w:sz w:val="26"/>
        </w:rPr>
        <w:t>casos</w:t>
      </w:r>
      <w:proofErr w:type="spellEnd"/>
      <w:r>
        <w:rPr>
          <w:b/>
          <w:sz w:val="26"/>
        </w:rPr>
        <w:t xml:space="preserve"> y </w:t>
      </w:r>
      <w:proofErr w:type="spellStart"/>
      <w:r>
        <w:rPr>
          <w:b/>
          <w:sz w:val="26"/>
        </w:rPr>
        <w:t>evaluación</w:t>
      </w:r>
      <w:proofErr w:type="spellEnd"/>
    </w:p>
    <w:p w14:paraId="08953A04" w14:textId="77777777" w:rsidR="000767AF" w:rsidRDefault="00000000">
      <w:pPr>
        <w:spacing w:before="140"/>
      </w:pPr>
      <w:r>
        <w:rPr>
          <w:b/>
          <w:sz w:val="22"/>
        </w:rPr>
        <w:t xml:space="preserve">7. </w:t>
      </w:r>
      <w:proofErr w:type="spellStart"/>
      <w:r>
        <w:rPr>
          <w:b/>
          <w:sz w:val="22"/>
        </w:rPr>
        <w:t>Seguridad</w:t>
      </w:r>
      <w:proofErr w:type="spellEnd"/>
      <w:r>
        <w:rPr>
          <w:b/>
          <w:sz w:val="22"/>
        </w:rPr>
        <w:t xml:space="preserve"> y </w:t>
      </w:r>
      <w:proofErr w:type="spellStart"/>
      <w:r>
        <w:rPr>
          <w:b/>
          <w:sz w:val="22"/>
        </w:rPr>
        <w:t>límites</w:t>
      </w:r>
      <w:proofErr w:type="spellEnd"/>
      <w:r>
        <w:rPr>
          <w:b/>
          <w:sz w:val="22"/>
        </w:rPr>
        <w:t xml:space="preserve"> de las </w:t>
      </w:r>
      <w:proofErr w:type="spellStart"/>
      <w:r>
        <w:rPr>
          <w:b/>
          <w:sz w:val="22"/>
        </w:rPr>
        <w:t>demostraciones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virtuales</w:t>
      </w:r>
      <w:proofErr w:type="spellEnd"/>
    </w:p>
    <w:p w14:paraId="5FDF52CA" w14:textId="77777777" w:rsidR="000767AF" w:rsidRDefault="00000000">
      <w:pPr>
        <w:jc w:val="both"/>
      </w:pPr>
      <w:r>
        <w:t xml:space="preserve">En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capacitación</w:t>
      </w:r>
      <w:proofErr w:type="spellEnd"/>
      <w:r>
        <w:t xml:space="preserve"> virtual, las </w:t>
      </w:r>
      <w:proofErr w:type="spellStart"/>
      <w:r>
        <w:t>demostraciones</w:t>
      </w:r>
      <w:proofErr w:type="spellEnd"/>
      <w:r>
        <w:t xml:space="preserve"> son </w:t>
      </w:r>
      <w:proofErr w:type="spellStart"/>
      <w:r>
        <w:t>exclusivamente</w:t>
      </w:r>
      <w:proofErr w:type="spellEnd"/>
      <w:r>
        <w:t xml:space="preserve"> </w:t>
      </w:r>
      <w:proofErr w:type="spellStart"/>
      <w:r>
        <w:t>didácticas</w:t>
      </w:r>
      <w:proofErr w:type="spellEnd"/>
      <w:r>
        <w:t xml:space="preserve">: </w:t>
      </w:r>
      <w:proofErr w:type="spellStart"/>
      <w:r>
        <w:t>el</w:t>
      </w:r>
      <w:proofErr w:type="spellEnd"/>
      <w:r>
        <w:t xml:space="preserve"> instructor </w:t>
      </w:r>
      <w:proofErr w:type="spellStart"/>
      <w:r>
        <w:t>comparte</w:t>
      </w:r>
      <w:proofErr w:type="spellEnd"/>
      <w:r>
        <w:t xml:space="preserve"> </w:t>
      </w:r>
      <w:proofErr w:type="spellStart"/>
      <w:r>
        <w:t>fotografías</w:t>
      </w:r>
      <w:proofErr w:type="spellEnd"/>
      <w:r>
        <w:t xml:space="preserve">, </w:t>
      </w:r>
      <w:proofErr w:type="spellStart"/>
      <w:r>
        <w:t>diagramas</w:t>
      </w:r>
      <w:proofErr w:type="spellEnd"/>
      <w:r>
        <w:t xml:space="preserve">, videos </w:t>
      </w:r>
      <w:proofErr w:type="spellStart"/>
      <w:r>
        <w:t>previamente</w:t>
      </w:r>
      <w:proofErr w:type="spellEnd"/>
      <w:r>
        <w:t xml:space="preserve"> </w:t>
      </w:r>
      <w:proofErr w:type="spellStart"/>
      <w:r>
        <w:t>grabados</w:t>
      </w:r>
      <w:proofErr w:type="spellEnd"/>
      <w:r>
        <w:t xml:space="preserve"> o </w:t>
      </w:r>
      <w:proofErr w:type="spellStart"/>
      <w:r>
        <w:t>pantallas</w:t>
      </w:r>
      <w:proofErr w:type="spellEnd"/>
      <w:r>
        <w:t xml:space="preserve"> </w:t>
      </w:r>
      <w:proofErr w:type="spellStart"/>
      <w:r>
        <w:t>simuladas</w:t>
      </w:r>
      <w:proofErr w:type="spellEnd"/>
      <w:r>
        <w:t xml:space="preserve">. Nadie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accionar</w:t>
      </w:r>
      <w:proofErr w:type="spellEnd"/>
      <w:r>
        <w:t xml:space="preserve"> </w:t>
      </w:r>
      <w:proofErr w:type="spellStart"/>
      <w:r>
        <w:t>controles</w:t>
      </w:r>
      <w:proofErr w:type="spellEnd"/>
      <w:r>
        <w:t xml:space="preserve">, </w:t>
      </w:r>
      <w:proofErr w:type="spellStart"/>
      <w:r>
        <w:t>deshabilitar</w:t>
      </w:r>
      <w:proofErr w:type="spellEnd"/>
      <w:r>
        <w:t xml:space="preserve"> </w:t>
      </w:r>
      <w:proofErr w:type="spellStart"/>
      <w:r>
        <w:t>circuitos</w:t>
      </w:r>
      <w:proofErr w:type="spellEnd"/>
      <w:r>
        <w:t xml:space="preserve"> o </w:t>
      </w:r>
      <w:proofErr w:type="spellStart"/>
      <w:r>
        <w:t>realizar</w:t>
      </w:r>
      <w:proofErr w:type="spellEnd"/>
      <w:r>
        <w:t xml:space="preserve"> </w:t>
      </w:r>
      <w:proofErr w:type="spellStart"/>
      <w:r>
        <w:t>pruebas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un </w:t>
      </w:r>
      <w:proofErr w:type="spellStart"/>
      <w:r>
        <w:t>sistema</w:t>
      </w:r>
      <w:proofErr w:type="spellEnd"/>
      <w:r>
        <w:t xml:space="preserve"> real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de la </w:t>
      </w:r>
      <w:proofErr w:type="spellStart"/>
      <w:r>
        <w:t>clase</w:t>
      </w:r>
      <w:proofErr w:type="spellEnd"/>
      <w:r>
        <w:t>.</w:t>
      </w:r>
    </w:p>
    <w:p w14:paraId="1577F716" w14:textId="77777777" w:rsidR="000767AF" w:rsidRDefault="00000000">
      <w:pPr>
        <w:jc w:val="both"/>
      </w:pPr>
      <w:r>
        <w:t xml:space="preserve">Antes de </w:t>
      </w:r>
      <w:proofErr w:type="spellStart"/>
      <w:r>
        <w:t>analizar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demostración</w:t>
      </w:r>
      <w:proofErr w:type="spellEnd"/>
      <w:r>
        <w:t xml:space="preserve">, </w:t>
      </w:r>
      <w:proofErr w:type="spellStart"/>
      <w:r>
        <w:t>identificar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imagen </w:t>
      </w:r>
      <w:proofErr w:type="spellStart"/>
      <w:r>
        <w:t>el</w:t>
      </w:r>
      <w:proofErr w:type="spellEnd"/>
      <w:r>
        <w:t xml:space="preserve"> </w:t>
      </w:r>
      <w:proofErr w:type="spellStart"/>
      <w:r>
        <w:t>modelo</w:t>
      </w:r>
      <w:proofErr w:type="spellEnd"/>
      <w:r>
        <w:t xml:space="preserve"> de </w:t>
      </w:r>
      <w:proofErr w:type="spellStart"/>
      <w:r>
        <w:t>referencia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representado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elementos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mencionan</w:t>
      </w:r>
      <w:proofErr w:type="spellEnd"/>
      <w:r>
        <w:t>.</w:t>
      </w:r>
    </w:p>
    <w:p w14:paraId="364EC974" w14:textId="77777777" w:rsidR="000767AF" w:rsidRDefault="00000000">
      <w:pPr>
        <w:jc w:val="both"/>
      </w:pPr>
      <w:proofErr w:type="spellStart"/>
      <w:r>
        <w:t>Diferenciar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captura</w:t>
      </w:r>
      <w:proofErr w:type="spellEnd"/>
      <w:r>
        <w:t xml:space="preserve"> </w:t>
      </w:r>
      <w:proofErr w:type="spellStart"/>
      <w:r>
        <w:t>simulada</w:t>
      </w:r>
      <w:proofErr w:type="spellEnd"/>
      <w:r>
        <w:t xml:space="preserve"> de la </w:t>
      </w:r>
      <w:proofErr w:type="spellStart"/>
      <w:r>
        <w:t>pantalla</w:t>
      </w:r>
      <w:proofErr w:type="spellEnd"/>
      <w:r>
        <w:t xml:space="preserve"> real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instalación</w:t>
      </w:r>
      <w:proofErr w:type="spellEnd"/>
      <w:r>
        <w:t xml:space="preserve"> y </w:t>
      </w:r>
      <w:proofErr w:type="spellStart"/>
      <w:r>
        <w:t>explicar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respuesta</w:t>
      </w:r>
      <w:proofErr w:type="spellEnd"/>
      <w:r>
        <w:t xml:space="preserve"> </w:t>
      </w:r>
      <w:proofErr w:type="spellStart"/>
      <w:r>
        <w:t>depende</w:t>
      </w:r>
      <w:proofErr w:type="spellEnd"/>
      <w:r>
        <w:t xml:space="preserve"> de la </w:t>
      </w:r>
      <w:proofErr w:type="spellStart"/>
      <w:r>
        <w:t>matriz</w:t>
      </w:r>
      <w:proofErr w:type="spellEnd"/>
      <w:r>
        <w:t xml:space="preserve"> causa-</w:t>
      </w:r>
      <w:proofErr w:type="spellStart"/>
      <w:r>
        <w:t>efecto</w:t>
      </w:r>
      <w:proofErr w:type="spellEnd"/>
      <w:r>
        <w:t xml:space="preserve"> del </w:t>
      </w:r>
      <w:proofErr w:type="spellStart"/>
      <w:r>
        <w:t>lugar</w:t>
      </w:r>
      <w:proofErr w:type="spellEnd"/>
      <w:r>
        <w:t>.</w:t>
      </w:r>
    </w:p>
    <w:p w14:paraId="07934567" w14:textId="77777777" w:rsidR="000767AF" w:rsidRDefault="00000000">
      <w:pPr>
        <w:jc w:val="both"/>
      </w:pPr>
      <w:r>
        <w:lastRenderedPageBreak/>
        <w:t xml:space="preserve">No </w:t>
      </w:r>
      <w:proofErr w:type="spellStart"/>
      <w:r>
        <w:t>pedir</w:t>
      </w:r>
      <w:proofErr w:type="spellEnd"/>
      <w:r>
        <w:t xml:space="preserve"> a </w:t>
      </w:r>
      <w:proofErr w:type="spellStart"/>
      <w:r>
        <w:t>participantes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activen</w:t>
      </w:r>
      <w:proofErr w:type="spellEnd"/>
      <w:r>
        <w:t xml:space="preserve"> </w:t>
      </w:r>
      <w:proofErr w:type="spellStart"/>
      <w:r>
        <w:t>estaciones</w:t>
      </w:r>
      <w:proofErr w:type="spellEnd"/>
      <w:r>
        <w:t xml:space="preserve"> </w:t>
      </w:r>
      <w:proofErr w:type="spellStart"/>
      <w:r>
        <w:t>manuales</w:t>
      </w:r>
      <w:proofErr w:type="spellEnd"/>
      <w:r>
        <w:t xml:space="preserve">, </w:t>
      </w:r>
      <w:proofErr w:type="spellStart"/>
      <w:r>
        <w:t>abran</w:t>
      </w:r>
      <w:proofErr w:type="spellEnd"/>
      <w:r>
        <w:t xml:space="preserve"> </w:t>
      </w:r>
      <w:proofErr w:type="spellStart"/>
      <w:r>
        <w:t>gabinetes</w:t>
      </w:r>
      <w:proofErr w:type="spellEnd"/>
      <w:r>
        <w:t xml:space="preserve">, </w:t>
      </w:r>
      <w:proofErr w:type="spellStart"/>
      <w:r>
        <w:t>manipulen</w:t>
      </w:r>
      <w:proofErr w:type="spellEnd"/>
      <w:r>
        <w:t xml:space="preserve"> </w:t>
      </w:r>
      <w:proofErr w:type="spellStart"/>
      <w:r>
        <w:t>baterías</w:t>
      </w:r>
      <w:proofErr w:type="spellEnd"/>
      <w:r>
        <w:t xml:space="preserve"> o </w:t>
      </w:r>
      <w:proofErr w:type="spellStart"/>
      <w:r>
        <w:t>ensayen</w:t>
      </w:r>
      <w:proofErr w:type="spellEnd"/>
      <w:r>
        <w:t xml:space="preserve"> </w:t>
      </w:r>
      <w:proofErr w:type="spellStart"/>
      <w:r>
        <w:t>circuitos</w:t>
      </w:r>
      <w:proofErr w:type="spellEnd"/>
      <w:r>
        <w:t xml:space="preserve"> de </w:t>
      </w:r>
      <w:proofErr w:type="spellStart"/>
      <w:r>
        <w:t>descarga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sus </w:t>
      </w:r>
      <w:proofErr w:type="spellStart"/>
      <w:r>
        <w:t>puestos</w:t>
      </w:r>
      <w:proofErr w:type="spellEnd"/>
      <w:r>
        <w:t xml:space="preserve"> de </w:t>
      </w:r>
      <w:proofErr w:type="spellStart"/>
      <w:r>
        <w:t>trabajo</w:t>
      </w:r>
      <w:proofErr w:type="spellEnd"/>
      <w:r>
        <w:t>.</w:t>
      </w:r>
    </w:p>
    <w:p w14:paraId="37DA473A" w14:textId="77777777" w:rsidR="000767AF" w:rsidRDefault="00000000">
      <w:pPr>
        <w:jc w:val="both"/>
      </w:pPr>
      <w:r>
        <w:t xml:space="preserve">Usar </w:t>
      </w:r>
      <w:proofErr w:type="spellStart"/>
      <w:r>
        <w:t>supuestos</w:t>
      </w:r>
      <w:proofErr w:type="spellEnd"/>
      <w:r>
        <w:t xml:space="preserve"> de </w:t>
      </w:r>
      <w:proofErr w:type="spellStart"/>
      <w:r>
        <w:t>protección</w:t>
      </w:r>
      <w:proofErr w:type="spellEnd"/>
      <w:r>
        <w:t xml:space="preserve"> </w:t>
      </w:r>
      <w:proofErr w:type="spellStart"/>
      <w:r>
        <w:t>reducida</w:t>
      </w:r>
      <w:proofErr w:type="spellEnd"/>
      <w:r>
        <w:t xml:space="preserve"> </w:t>
      </w:r>
      <w:proofErr w:type="spellStart"/>
      <w:r>
        <w:t>únicamente</w:t>
      </w:r>
      <w:proofErr w:type="spellEnd"/>
      <w:r>
        <w:t xml:space="preserve"> para </w:t>
      </w:r>
      <w:proofErr w:type="spellStart"/>
      <w:r>
        <w:t>plantear</w:t>
      </w:r>
      <w:proofErr w:type="spellEnd"/>
      <w:r>
        <w:t xml:space="preserve">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compensatorias</w:t>
      </w:r>
      <w:proofErr w:type="spellEnd"/>
      <w:r>
        <w:t xml:space="preserve"> y </w:t>
      </w:r>
      <w:proofErr w:type="spellStart"/>
      <w:r>
        <w:t>decisiones</w:t>
      </w:r>
      <w:proofErr w:type="spellEnd"/>
      <w:r>
        <w:t xml:space="preserve"> de </w:t>
      </w:r>
      <w:proofErr w:type="spellStart"/>
      <w:r>
        <w:t>comunicación</w:t>
      </w:r>
      <w:proofErr w:type="spellEnd"/>
      <w:r>
        <w:t xml:space="preserve">; no </w:t>
      </w:r>
      <w:proofErr w:type="spellStart"/>
      <w:r>
        <w:t>ejecutar</w:t>
      </w:r>
      <w:proofErr w:type="spellEnd"/>
      <w:r>
        <w:t xml:space="preserve"> </w:t>
      </w:r>
      <w:proofErr w:type="spellStart"/>
      <w:r>
        <w:t>inhibiciones</w:t>
      </w:r>
      <w:proofErr w:type="spellEnd"/>
      <w:r>
        <w:t>.</w:t>
      </w:r>
    </w:p>
    <w:p w14:paraId="4BEB487F" w14:textId="77777777" w:rsidR="000767AF" w:rsidRDefault="00000000">
      <w:pPr>
        <w:jc w:val="both"/>
      </w:pPr>
      <w:r>
        <w:t xml:space="preserve">Resolver las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chat,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formulario</w:t>
      </w:r>
      <w:proofErr w:type="spellEnd"/>
      <w:r>
        <w:t xml:space="preserve"> o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archivo</w:t>
      </w:r>
      <w:proofErr w:type="spellEnd"/>
      <w:r>
        <w:t xml:space="preserve"> </w:t>
      </w:r>
      <w:proofErr w:type="spellStart"/>
      <w:r>
        <w:t>compartido</w:t>
      </w:r>
      <w:proofErr w:type="spellEnd"/>
      <w:r>
        <w:t xml:space="preserve">, </w:t>
      </w:r>
      <w:proofErr w:type="spellStart"/>
      <w:r>
        <w:t>dejando</w:t>
      </w:r>
      <w:proofErr w:type="spellEnd"/>
      <w:r>
        <w:t xml:space="preserve"> </w:t>
      </w:r>
      <w:proofErr w:type="spellStart"/>
      <w:r>
        <w:t>evidencia</w:t>
      </w:r>
      <w:proofErr w:type="spellEnd"/>
      <w:r>
        <w:t xml:space="preserve"> de las </w:t>
      </w:r>
      <w:proofErr w:type="spellStart"/>
      <w:r>
        <w:t>respuestas</w:t>
      </w:r>
      <w:proofErr w:type="spellEnd"/>
      <w:r>
        <w:t xml:space="preserve"> y </w:t>
      </w:r>
      <w:proofErr w:type="spellStart"/>
      <w:r>
        <w:t>retroalimentación</w:t>
      </w:r>
      <w:proofErr w:type="spellEnd"/>
      <w:r>
        <w:t>.</w:t>
      </w:r>
    </w:p>
    <w:p w14:paraId="1C491478" w14:textId="77777777" w:rsidR="000767AF" w:rsidRDefault="00000000">
      <w:pPr>
        <w:jc w:val="both"/>
      </w:pPr>
      <w:r>
        <w:t xml:space="preserve">El instructor </w:t>
      </w:r>
      <w:proofErr w:type="spellStart"/>
      <w:r>
        <w:t>explicará</w:t>
      </w:r>
      <w:proofErr w:type="spellEnd"/>
      <w:r>
        <w:t xml:space="preserve"> la </w:t>
      </w:r>
      <w:proofErr w:type="spellStart"/>
      <w:r>
        <w:t>restitución</w:t>
      </w:r>
      <w:proofErr w:type="spellEnd"/>
      <w:r>
        <w:t xml:space="preserve"> a </w:t>
      </w:r>
      <w:proofErr w:type="spellStart"/>
      <w:r>
        <w:t>servicio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análisis</w:t>
      </w:r>
      <w:proofErr w:type="spellEnd"/>
      <w:r>
        <w:t xml:space="preserve"> de un </w:t>
      </w:r>
      <w:proofErr w:type="spellStart"/>
      <w:r>
        <w:t>caso</w:t>
      </w:r>
      <w:proofErr w:type="spellEnd"/>
      <w:r>
        <w:t xml:space="preserve"> documental, no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maniobra</w:t>
      </w:r>
      <w:proofErr w:type="spellEnd"/>
      <w:r>
        <w:t xml:space="preserve"> </w:t>
      </w:r>
      <w:proofErr w:type="spellStart"/>
      <w:r>
        <w:t>ejecutada</w:t>
      </w:r>
      <w:proofErr w:type="spellEnd"/>
      <w:r>
        <w:t xml:space="preserve"> a </w:t>
      </w:r>
      <w:proofErr w:type="spellStart"/>
      <w:r>
        <w:t>distancia</w:t>
      </w:r>
      <w:proofErr w:type="spellEnd"/>
      <w:r>
        <w:t>.</w:t>
      </w:r>
    </w:p>
    <w:p w14:paraId="3AA2FB63" w14:textId="77777777" w:rsidR="000767AF" w:rsidRDefault="00000000">
      <w:pPr>
        <w:spacing w:before="140"/>
      </w:pPr>
      <w:r>
        <w:rPr>
          <w:b/>
          <w:sz w:val="22"/>
        </w:rPr>
        <w:t xml:space="preserve">7.1 Guía de </w:t>
      </w:r>
      <w:proofErr w:type="spellStart"/>
      <w:r>
        <w:rPr>
          <w:b/>
          <w:sz w:val="22"/>
        </w:rPr>
        <w:t>diagnóstico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inicial</w:t>
      </w:r>
      <w:proofErr w:type="spellEnd"/>
      <w:r>
        <w:rPr>
          <w:b/>
          <w:sz w:val="22"/>
        </w:rPr>
        <w:t xml:space="preserve"> sin </w:t>
      </w:r>
      <w:proofErr w:type="spellStart"/>
      <w:r>
        <w:rPr>
          <w:b/>
          <w:sz w:val="22"/>
        </w:rPr>
        <w:t>intervención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técnica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91"/>
        <w:gridCol w:w="3091"/>
        <w:gridCol w:w="3091"/>
      </w:tblGrid>
      <w:tr w:rsidR="000767AF" w14:paraId="0A26605B" w14:textId="77777777">
        <w:trPr>
          <w:jc w:val="center"/>
        </w:trPr>
        <w:tc>
          <w:tcPr>
            <w:tcW w:w="3091" w:type="dxa"/>
            <w:shd w:val="clear" w:color="auto" w:fill="DCEBF6"/>
          </w:tcPr>
          <w:p w14:paraId="1992DCDC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Hallazgo</w:t>
            </w:r>
            <w:proofErr w:type="spellEnd"/>
          </w:p>
        </w:tc>
        <w:tc>
          <w:tcPr>
            <w:tcW w:w="3091" w:type="dxa"/>
            <w:shd w:val="clear" w:color="auto" w:fill="DCEBF6"/>
          </w:tcPr>
          <w:p w14:paraId="322F99DF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Revisión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permitida</w:t>
            </w:r>
            <w:proofErr w:type="spellEnd"/>
          </w:p>
        </w:tc>
        <w:tc>
          <w:tcPr>
            <w:tcW w:w="3091" w:type="dxa"/>
            <w:shd w:val="clear" w:color="auto" w:fill="DCEBF6"/>
          </w:tcPr>
          <w:p w14:paraId="672ED175" w14:textId="77777777" w:rsidR="000767AF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Escalamiento</w:t>
            </w:r>
            <w:proofErr w:type="spellEnd"/>
          </w:p>
        </w:tc>
      </w:tr>
      <w:tr w:rsidR="000767AF" w14:paraId="0B26764F" w14:textId="77777777">
        <w:trPr>
          <w:jc w:val="center"/>
        </w:trPr>
        <w:tc>
          <w:tcPr>
            <w:tcW w:w="3091" w:type="dxa"/>
          </w:tcPr>
          <w:p w14:paraId="7D4B3748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Sin </w:t>
            </w:r>
            <w:proofErr w:type="spellStart"/>
            <w:r>
              <w:rPr>
                <w:sz w:val="18"/>
              </w:rPr>
              <w:t>alimentación</w:t>
            </w:r>
            <w:proofErr w:type="spellEnd"/>
            <w:r>
              <w:rPr>
                <w:sz w:val="18"/>
              </w:rPr>
              <w:t xml:space="preserve"> visible</w:t>
            </w:r>
          </w:p>
        </w:tc>
        <w:tc>
          <w:tcPr>
            <w:tcW w:w="3091" w:type="dxa"/>
          </w:tcPr>
          <w:p w14:paraId="4994B626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Confirmar</w:t>
            </w:r>
            <w:proofErr w:type="spellEnd"/>
            <w:r>
              <w:rPr>
                <w:sz w:val="18"/>
              </w:rPr>
              <w:t xml:space="preserve"> con </w:t>
            </w:r>
            <w:proofErr w:type="spellStart"/>
            <w:r>
              <w:rPr>
                <w:sz w:val="18"/>
              </w:rPr>
              <w:t>responsable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</w:t>
            </w:r>
            <w:proofErr w:type="spellEnd"/>
            <w:r>
              <w:rPr>
                <w:sz w:val="18"/>
              </w:rPr>
              <w:t xml:space="preserve"> hay corte general </w:t>
            </w:r>
            <w:proofErr w:type="spellStart"/>
            <w:r>
              <w:rPr>
                <w:sz w:val="18"/>
              </w:rPr>
              <w:t>conocido</w:t>
            </w:r>
            <w:proofErr w:type="spellEnd"/>
            <w:r>
              <w:rPr>
                <w:sz w:val="18"/>
              </w:rPr>
              <w:t xml:space="preserve">; no manipular </w:t>
            </w:r>
            <w:proofErr w:type="spellStart"/>
            <w:r>
              <w:rPr>
                <w:sz w:val="18"/>
              </w:rPr>
              <w:t>tableros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091" w:type="dxa"/>
          </w:tcPr>
          <w:p w14:paraId="691CA658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Técnico </w:t>
            </w:r>
            <w:proofErr w:type="spellStart"/>
            <w:r>
              <w:rPr>
                <w:sz w:val="18"/>
              </w:rPr>
              <w:t>eléctrico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mantenimiento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incendios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7B0CAEDF" w14:textId="77777777">
        <w:trPr>
          <w:jc w:val="center"/>
        </w:trPr>
        <w:tc>
          <w:tcPr>
            <w:tcW w:w="3091" w:type="dxa"/>
          </w:tcPr>
          <w:p w14:paraId="5D955D3C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Falla de </w:t>
            </w:r>
            <w:proofErr w:type="spellStart"/>
            <w:r>
              <w:rPr>
                <w:sz w:val="18"/>
              </w:rPr>
              <w:t>batería</w:t>
            </w:r>
            <w:proofErr w:type="spellEnd"/>
          </w:p>
        </w:tc>
        <w:tc>
          <w:tcPr>
            <w:tcW w:w="3091" w:type="dxa"/>
          </w:tcPr>
          <w:p w14:paraId="4626AAE7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Registrar </w:t>
            </w:r>
            <w:proofErr w:type="spellStart"/>
            <w:r>
              <w:rPr>
                <w:sz w:val="18"/>
              </w:rPr>
              <w:t>mensaje</w:t>
            </w:r>
            <w:proofErr w:type="spellEnd"/>
            <w:r>
              <w:rPr>
                <w:sz w:val="18"/>
              </w:rPr>
              <w:t xml:space="preserve"> y hora; no </w:t>
            </w:r>
            <w:proofErr w:type="spellStart"/>
            <w:r>
              <w:rPr>
                <w:sz w:val="18"/>
              </w:rPr>
              <w:t>abrir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cambiar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batería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091" w:type="dxa"/>
          </w:tcPr>
          <w:p w14:paraId="54772D2B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Técnico </w:t>
            </w:r>
            <w:proofErr w:type="spellStart"/>
            <w:r>
              <w:rPr>
                <w:sz w:val="18"/>
              </w:rPr>
              <w:t>competente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0D2D6738" w14:textId="77777777">
        <w:trPr>
          <w:jc w:val="center"/>
        </w:trPr>
        <w:tc>
          <w:tcPr>
            <w:tcW w:w="3091" w:type="dxa"/>
          </w:tcPr>
          <w:p w14:paraId="309DA290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Dispositivo</w:t>
            </w:r>
            <w:proofErr w:type="spellEnd"/>
            <w:r>
              <w:rPr>
                <w:sz w:val="18"/>
              </w:rPr>
              <w:t xml:space="preserve"> sin </w:t>
            </w:r>
            <w:proofErr w:type="spellStart"/>
            <w:r>
              <w:rPr>
                <w:sz w:val="18"/>
              </w:rPr>
              <w:t>comunicación</w:t>
            </w:r>
            <w:proofErr w:type="spellEnd"/>
          </w:p>
        </w:tc>
        <w:tc>
          <w:tcPr>
            <w:tcW w:w="3091" w:type="dxa"/>
          </w:tcPr>
          <w:p w14:paraId="2A724A67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Documentar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identificación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que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muestra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el</w:t>
            </w:r>
            <w:proofErr w:type="spellEnd"/>
            <w:r>
              <w:rPr>
                <w:sz w:val="18"/>
              </w:rPr>
              <w:t xml:space="preserve"> panel.</w:t>
            </w:r>
          </w:p>
        </w:tc>
        <w:tc>
          <w:tcPr>
            <w:tcW w:w="3091" w:type="dxa"/>
          </w:tcPr>
          <w:p w14:paraId="7D9D0DF5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Técnico de </w:t>
            </w:r>
            <w:proofErr w:type="spellStart"/>
            <w:r>
              <w:rPr>
                <w:sz w:val="18"/>
              </w:rPr>
              <w:t>detección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2B9998E4" w14:textId="77777777">
        <w:trPr>
          <w:jc w:val="center"/>
        </w:trPr>
        <w:tc>
          <w:tcPr>
            <w:tcW w:w="3091" w:type="dxa"/>
          </w:tcPr>
          <w:p w14:paraId="21DD8286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Falla </w:t>
            </w:r>
            <w:proofErr w:type="spellStart"/>
            <w:r>
              <w:rPr>
                <w:sz w:val="18"/>
              </w:rPr>
              <w:t>repetitiva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después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reinicio</w:t>
            </w:r>
            <w:proofErr w:type="spellEnd"/>
          </w:p>
        </w:tc>
        <w:tc>
          <w:tcPr>
            <w:tcW w:w="3091" w:type="dxa"/>
          </w:tcPr>
          <w:p w14:paraId="49E5047A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Preservar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evidencia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evitar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ciclos</w:t>
            </w:r>
            <w:proofErr w:type="spellEnd"/>
            <w:r>
              <w:rPr>
                <w:sz w:val="18"/>
              </w:rPr>
              <w:t xml:space="preserve"> de RESET.</w:t>
            </w:r>
          </w:p>
        </w:tc>
        <w:tc>
          <w:tcPr>
            <w:tcW w:w="3091" w:type="dxa"/>
          </w:tcPr>
          <w:p w14:paraId="71E9A631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Soporte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especializado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inmediato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0767AF" w14:paraId="5B3C0303" w14:textId="77777777">
        <w:trPr>
          <w:jc w:val="center"/>
        </w:trPr>
        <w:tc>
          <w:tcPr>
            <w:tcW w:w="3091" w:type="dxa"/>
          </w:tcPr>
          <w:p w14:paraId="3E8B3CAB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Zona </w:t>
            </w:r>
            <w:proofErr w:type="spellStart"/>
            <w:r>
              <w:rPr>
                <w:sz w:val="18"/>
              </w:rPr>
              <w:t>anulada</w:t>
            </w:r>
            <w:proofErr w:type="spellEnd"/>
            <w:r>
              <w:rPr>
                <w:sz w:val="18"/>
              </w:rPr>
              <w:t xml:space="preserve"> sin </w:t>
            </w:r>
            <w:proofErr w:type="spellStart"/>
            <w:r>
              <w:rPr>
                <w:sz w:val="18"/>
              </w:rPr>
              <w:t>autorización</w:t>
            </w:r>
            <w:proofErr w:type="spellEnd"/>
          </w:p>
        </w:tc>
        <w:tc>
          <w:tcPr>
            <w:tcW w:w="3091" w:type="dxa"/>
          </w:tcPr>
          <w:p w14:paraId="7EA33DCA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Informar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cobertura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comprometida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091" w:type="dxa"/>
          </w:tcPr>
          <w:p w14:paraId="57866E22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Responsable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sistema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medidas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compensatorias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284C832D" w14:textId="77777777" w:rsidR="000767AF" w:rsidRDefault="000767AF">
      <w:pPr>
        <w:spacing w:after="0"/>
      </w:pPr>
    </w:p>
    <w:p w14:paraId="1A511D35" w14:textId="77777777" w:rsidR="000767AF" w:rsidRDefault="00000000">
      <w:pPr>
        <w:spacing w:before="140"/>
      </w:pPr>
      <w:r>
        <w:rPr>
          <w:b/>
          <w:sz w:val="22"/>
        </w:rPr>
        <w:t xml:space="preserve">8. Taller de </w:t>
      </w:r>
      <w:proofErr w:type="spellStart"/>
      <w:r>
        <w:rPr>
          <w:b/>
          <w:sz w:val="22"/>
        </w:rPr>
        <w:t>aplicación</w:t>
      </w:r>
      <w:proofErr w:type="spellEnd"/>
      <w:r>
        <w:rPr>
          <w:b/>
          <w:sz w:val="22"/>
        </w:rPr>
        <w:t xml:space="preserve"> virtual </w:t>
      </w:r>
      <w:proofErr w:type="spellStart"/>
      <w:r>
        <w:rPr>
          <w:b/>
          <w:sz w:val="22"/>
        </w:rPr>
        <w:t>guiado</w:t>
      </w:r>
      <w:proofErr w:type="spellEnd"/>
      <w:r>
        <w:rPr>
          <w:b/>
          <w:sz w:val="22"/>
        </w:rPr>
        <w:t xml:space="preserve"> (50 </w:t>
      </w:r>
      <w:proofErr w:type="spellStart"/>
      <w:r>
        <w:rPr>
          <w:b/>
          <w:sz w:val="22"/>
        </w:rPr>
        <w:t>minutos</w:t>
      </w:r>
      <w:proofErr w:type="spellEnd"/>
      <w:r>
        <w:rPr>
          <w:b/>
          <w:sz w:val="22"/>
        </w:rPr>
        <w:t>)</w:t>
      </w:r>
    </w:p>
    <w:p w14:paraId="34DA3526" w14:textId="77777777" w:rsidR="000767AF" w:rsidRDefault="00000000">
      <w:pPr>
        <w:jc w:val="both"/>
      </w:pPr>
      <w:proofErr w:type="spellStart"/>
      <w:r>
        <w:t>Modalidad</w:t>
      </w:r>
      <w:proofErr w:type="spellEnd"/>
      <w:r>
        <w:t xml:space="preserve">: </w:t>
      </w:r>
      <w:proofErr w:type="spellStart"/>
      <w:r>
        <w:t>videoconferencia</w:t>
      </w:r>
      <w:proofErr w:type="spellEnd"/>
      <w:r>
        <w:t xml:space="preserve"> con </w:t>
      </w:r>
      <w:proofErr w:type="spellStart"/>
      <w:r>
        <w:t>pantalla</w:t>
      </w:r>
      <w:proofErr w:type="spellEnd"/>
      <w:r>
        <w:t xml:space="preserve"> </w:t>
      </w:r>
      <w:proofErr w:type="spellStart"/>
      <w:r>
        <w:t>compartida</w:t>
      </w:r>
      <w:proofErr w:type="spellEnd"/>
      <w:r>
        <w:t xml:space="preserve">, </w:t>
      </w:r>
      <w:proofErr w:type="spellStart"/>
      <w:r>
        <w:t>imágenes</w:t>
      </w:r>
      <w:proofErr w:type="spellEnd"/>
      <w:r>
        <w:t xml:space="preserve"> del panel, </w:t>
      </w:r>
      <w:proofErr w:type="spellStart"/>
      <w:r>
        <w:t>mensajes</w:t>
      </w:r>
      <w:proofErr w:type="spellEnd"/>
      <w:r>
        <w:t xml:space="preserve"> </w:t>
      </w:r>
      <w:proofErr w:type="spellStart"/>
      <w:r>
        <w:t>ficticios</w:t>
      </w:r>
      <w:proofErr w:type="spellEnd"/>
      <w:r>
        <w:t xml:space="preserve"> y hojas de </w:t>
      </w:r>
      <w:proofErr w:type="spellStart"/>
      <w:r>
        <w:t>registro</w:t>
      </w:r>
      <w:proofErr w:type="spellEnd"/>
      <w:r>
        <w:t xml:space="preserve"> </w:t>
      </w:r>
      <w:proofErr w:type="spellStart"/>
      <w:r>
        <w:t>digitales</w:t>
      </w:r>
      <w:proofErr w:type="spellEnd"/>
      <w:r>
        <w:t xml:space="preserve">. El </w:t>
      </w:r>
      <w:proofErr w:type="spellStart"/>
      <w:r>
        <w:t>docente</w:t>
      </w:r>
      <w:proofErr w:type="spellEnd"/>
      <w:r>
        <w:t xml:space="preserve"> </w:t>
      </w:r>
      <w:proofErr w:type="spellStart"/>
      <w:r>
        <w:t>presenta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escenario</w:t>
      </w:r>
      <w:proofErr w:type="spellEnd"/>
      <w:r>
        <w:t xml:space="preserve">, concede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respuesta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chat o </w:t>
      </w:r>
      <w:proofErr w:type="spellStart"/>
      <w:r>
        <w:t>voz</w:t>
      </w:r>
      <w:proofErr w:type="spellEnd"/>
      <w:r>
        <w:t xml:space="preserve"> y </w:t>
      </w:r>
      <w:proofErr w:type="spellStart"/>
      <w:r>
        <w:t>explica</w:t>
      </w:r>
      <w:proofErr w:type="spellEnd"/>
      <w:r>
        <w:t xml:space="preserve"> la </w:t>
      </w:r>
      <w:proofErr w:type="spellStart"/>
      <w:r>
        <w:t>solución</w:t>
      </w:r>
      <w:proofErr w:type="spellEnd"/>
      <w:r>
        <w:t xml:space="preserve">. No se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acciona</w:t>
      </w:r>
      <w:proofErr w:type="spellEnd"/>
      <w:r>
        <w:t xml:space="preserve"> </w:t>
      </w:r>
      <w:proofErr w:type="spellStart"/>
      <w:r>
        <w:t>equipo</w:t>
      </w:r>
      <w:proofErr w:type="spellEnd"/>
      <w:r>
        <w:t xml:space="preserve"> real.</w:t>
      </w:r>
    </w:p>
    <w:p w14:paraId="3235C3CE" w14:textId="77777777" w:rsidR="000767AF" w:rsidRDefault="00000000">
      <w:pPr>
        <w:spacing w:before="140"/>
      </w:pPr>
      <w:proofErr w:type="spellStart"/>
      <w:r>
        <w:rPr>
          <w:b/>
          <w:sz w:val="22"/>
        </w:rPr>
        <w:t>Actividad</w:t>
      </w:r>
      <w:proofErr w:type="spellEnd"/>
      <w:r>
        <w:rPr>
          <w:b/>
          <w:sz w:val="22"/>
        </w:rPr>
        <w:t xml:space="preserve"> virtual A — </w:t>
      </w:r>
      <w:proofErr w:type="spellStart"/>
      <w:r>
        <w:rPr>
          <w:b/>
          <w:sz w:val="22"/>
        </w:rPr>
        <w:t>Reconocimiento</w:t>
      </w:r>
      <w:proofErr w:type="spellEnd"/>
      <w:r>
        <w:rPr>
          <w:b/>
          <w:sz w:val="22"/>
        </w:rPr>
        <w:t xml:space="preserve"> de </w:t>
      </w:r>
      <w:proofErr w:type="spellStart"/>
      <w:r>
        <w:rPr>
          <w:b/>
          <w:sz w:val="22"/>
        </w:rPr>
        <w:t>interfaz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mediante</w:t>
      </w:r>
      <w:proofErr w:type="spellEnd"/>
      <w:r>
        <w:rPr>
          <w:b/>
          <w:sz w:val="22"/>
        </w:rPr>
        <w:t xml:space="preserve"> imagen (10 min)</w:t>
      </w:r>
    </w:p>
    <w:p w14:paraId="53A576DF" w14:textId="77777777" w:rsidR="000767AF" w:rsidRDefault="00000000">
      <w:pPr>
        <w:jc w:val="both"/>
      </w:pPr>
      <w:r>
        <w:t xml:space="preserve">El instructor </w:t>
      </w:r>
      <w:proofErr w:type="spellStart"/>
      <w:r>
        <w:t>muestra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fotografía</w:t>
      </w:r>
      <w:proofErr w:type="spellEnd"/>
      <w:r>
        <w:t xml:space="preserve"> o </w:t>
      </w:r>
      <w:proofErr w:type="spellStart"/>
      <w:r>
        <w:t>esquema</w:t>
      </w:r>
      <w:proofErr w:type="spellEnd"/>
      <w:r>
        <w:t xml:space="preserve"> de </w:t>
      </w:r>
      <w:proofErr w:type="spellStart"/>
      <w:r>
        <w:t>referencia</w:t>
      </w:r>
      <w:proofErr w:type="spellEnd"/>
      <w:r>
        <w:t xml:space="preserve"> del panel Fike Cheetah. En </w:t>
      </w:r>
      <w:proofErr w:type="spellStart"/>
      <w:r>
        <w:t>el</w:t>
      </w:r>
      <w:proofErr w:type="spellEnd"/>
      <w:r>
        <w:t xml:space="preserve"> chat,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alumno</w:t>
      </w:r>
      <w:proofErr w:type="spellEnd"/>
      <w:r>
        <w:t xml:space="preserve"> </w:t>
      </w:r>
      <w:proofErr w:type="spellStart"/>
      <w:r>
        <w:t>identifica</w:t>
      </w:r>
      <w:proofErr w:type="spellEnd"/>
      <w:r>
        <w:t xml:space="preserve"> </w:t>
      </w:r>
      <w:proofErr w:type="spellStart"/>
      <w:r>
        <w:t>pantalla</w:t>
      </w:r>
      <w:proofErr w:type="spellEnd"/>
      <w:r>
        <w:t xml:space="preserve">, luces AC POWER/ALARM/TROUBLE/SUPERVISORY y </w:t>
      </w:r>
      <w:proofErr w:type="spellStart"/>
      <w:r>
        <w:t>controles</w:t>
      </w:r>
      <w:proofErr w:type="spellEnd"/>
      <w:r>
        <w:t xml:space="preserve"> ACKNOWLEDGE/SILENCE/RESET, </w:t>
      </w:r>
      <w:proofErr w:type="spellStart"/>
      <w:r>
        <w:t>señalando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verificaría</w:t>
      </w:r>
      <w:proofErr w:type="spellEnd"/>
      <w:r>
        <w:t xml:space="preserve"> antes de </w:t>
      </w:r>
      <w:proofErr w:type="spellStart"/>
      <w:r>
        <w:t>actuar</w:t>
      </w:r>
      <w:proofErr w:type="spellEnd"/>
      <w:r>
        <w:t>.</w:t>
      </w:r>
    </w:p>
    <w:p w14:paraId="0DCE3C54" w14:textId="77777777" w:rsidR="000767AF" w:rsidRDefault="00000000">
      <w:pPr>
        <w:jc w:val="both"/>
      </w:pPr>
      <w:proofErr w:type="spellStart"/>
      <w:r>
        <w:t>Pregunta</w:t>
      </w:r>
      <w:proofErr w:type="spellEnd"/>
      <w:r>
        <w:t xml:space="preserve"> </w:t>
      </w:r>
      <w:proofErr w:type="spellStart"/>
      <w:r>
        <w:t>guía</w:t>
      </w:r>
      <w:proofErr w:type="spellEnd"/>
      <w:r>
        <w:t>: 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elementos</w:t>
      </w:r>
      <w:proofErr w:type="spellEnd"/>
      <w:r>
        <w:t xml:space="preserve"> </w:t>
      </w:r>
      <w:proofErr w:type="spellStart"/>
      <w:r>
        <w:t>permiten</w:t>
      </w:r>
      <w:proofErr w:type="spellEnd"/>
      <w:r>
        <w:t xml:space="preserve"> </w:t>
      </w:r>
      <w:proofErr w:type="spellStart"/>
      <w:r>
        <w:t>conocer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estado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 sin </w:t>
      </w:r>
      <w:proofErr w:type="spellStart"/>
      <w:r>
        <w:t>presionar</w:t>
      </w:r>
      <w:proofErr w:type="spellEnd"/>
      <w:r>
        <w:t xml:space="preserve"> </w:t>
      </w:r>
      <w:proofErr w:type="spellStart"/>
      <w:r>
        <w:t>ningún</w:t>
      </w:r>
      <w:proofErr w:type="spellEnd"/>
      <w:r>
        <w:t xml:space="preserve"> </w:t>
      </w:r>
      <w:proofErr w:type="spellStart"/>
      <w:r>
        <w:t>botón</w:t>
      </w:r>
      <w:proofErr w:type="spellEnd"/>
      <w:r>
        <w:t>?</w:t>
      </w:r>
    </w:p>
    <w:p w14:paraId="3BED2AE6" w14:textId="77777777" w:rsidR="000767AF" w:rsidRDefault="00000000">
      <w:pPr>
        <w:jc w:val="both"/>
      </w:pPr>
      <w:proofErr w:type="spellStart"/>
      <w:r>
        <w:t>Evidencia</w:t>
      </w:r>
      <w:proofErr w:type="spellEnd"/>
      <w:r>
        <w:t xml:space="preserve">: </w:t>
      </w:r>
      <w:proofErr w:type="spellStart"/>
      <w:r>
        <w:t>respuesta</w:t>
      </w:r>
      <w:proofErr w:type="spellEnd"/>
      <w:r>
        <w:t xml:space="preserve"> breve individual </w:t>
      </w:r>
      <w:proofErr w:type="spellStart"/>
      <w:r>
        <w:t>por</w:t>
      </w:r>
      <w:proofErr w:type="spellEnd"/>
      <w:r>
        <w:t xml:space="preserve"> chat o </w:t>
      </w:r>
      <w:proofErr w:type="spellStart"/>
      <w:r>
        <w:t>formulario</w:t>
      </w:r>
      <w:proofErr w:type="spellEnd"/>
      <w:r>
        <w:t xml:space="preserve">, con al </w:t>
      </w:r>
      <w:proofErr w:type="spellStart"/>
      <w:r>
        <w:t>menos</w:t>
      </w:r>
      <w:proofErr w:type="spellEnd"/>
      <w:r>
        <w:t xml:space="preserve"> </w:t>
      </w:r>
      <w:proofErr w:type="spellStart"/>
      <w:r>
        <w:t>cinco</w:t>
      </w:r>
      <w:proofErr w:type="spellEnd"/>
      <w:r>
        <w:t xml:space="preserve"> </w:t>
      </w:r>
      <w:proofErr w:type="spellStart"/>
      <w:r>
        <w:t>elementos</w:t>
      </w:r>
      <w:proofErr w:type="spellEnd"/>
      <w:r>
        <w:t xml:space="preserve"> </w:t>
      </w:r>
      <w:proofErr w:type="spellStart"/>
      <w:r>
        <w:t>identificados</w:t>
      </w:r>
      <w:proofErr w:type="spellEnd"/>
      <w:r>
        <w:t>.</w:t>
      </w:r>
    </w:p>
    <w:p w14:paraId="14937EDE" w14:textId="77777777" w:rsidR="000767AF" w:rsidRDefault="00000000">
      <w:pPr>
        <w:spacing w:before="140"/>
      </w:pPr>
      <w:proofErr w:type="spellStart"/>
      <w:r>
        <w:rPr>
          <w:b/>
          <w:sz w:val="22"/>
        </w:rPr>
        <w:t>Actividad</w:t>
      </w:r>
      <w:proofErr w:type="spellEnd"/>
      <w:r>
        <w:rPr>
          <w:b/>
          <w:sz w:val="22"/>
        </w:rPr>
        <w:t xml:space="preserve"> virtual B — Lectura de </w:t>
      </w:r>
      <w:proofErr w:type="spellStart"/>
      <w:r>
        <w:rPr>
          <w:b/>
          <w:sz w:val="22"/>
        </w:rPr>
        <w:t>evento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proyectado</w:t>
      </w:r>
      <w:proofErr w:type="spellEnd"/>
      <w:r>
        <w:rPr>
          <w:b/>
          <w:sz w:val="22"/>
        </w:rPr>
        <w:t xml:space="preserve"> (15 min)</w:t>
      </w:r>
    </w:p>
    <w:p w14:paraId="7976BECC" w14:textId="77777777" w:rsidR="000767AF" w:rsidRDefault="00000000">
      <w:pPr>
        <w:jc w:val="both"/>
      </w:pPr>
      <w:r>
        <w:t xml:space="preserve">El </w:t>
      </w:r>
      <w:proofErr w:type="spellStart"/>
      <w:r>
        <w:t>docente</w:t>
      </w:r>
      <w:proofErr w:type="spellEnd"/>
      <w:r>
        <w:t xml:space="preserve"> </w:t>
      </w:r>
      <w:proofErr w:type="spellStart"/>
      <w:r>
        <w:t>proyecta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ejemplo</w:t>
      </w:r>
      <w:proofErr w:type="spellEnd"/>
      <w:r>
        <w:t xml:space="preserve"> FICTICIO «TROUBLE – DETECTOR/LAZO – ZONA ALMACÉN – 09:14». Cada </w:t>
      </w:r>
      <w:proofErr w:type="spellStart"/>
      <w:r>
        <w:t>participante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</w:t>
      </w:r>
      <w:proofErr w:type="spellStart"/>
      <w:r>
        <w:t>digitalmente</w:t>
      </w:r>
      <w:proofErr w:type="spellEnd"/>
      <w:r>
        <w:t xml:space="preserve">: </w:t>
      </w:r>
      <w:proofErr w:type="spellStart"/>
      <w:r>
        <w:t>tipo</w:t>
      </w:r>
      <w:proofErr w:type="spellEnd"/>
      <w:r>
        <w:t xml:space="preserve"> de </w:t>
      </w:r>
      <w:proofErr w:type="spellStart"/>
      <w:r>
        <w:t>señal</w:t>
      </w:r>
      <w:proofErr w:type="spellEnd"/>
      <w:r>
        <w:t xml:space="preserve">, </w:t>
      </w:r>
      <w:proofErr w:type="spellStart"/>
      <w:r>
        <w:t>mensaje</w:t>
      </w:r>
      <w:proofErr w:type="spellEnd"/>
      <w:r>
        <w:t xml:space="preserve"> literal, </w:t>
      </w:r>
      <w:proofErr w:type="spellStart"/>
      <w:r>
        <w:t>ubicación</w:t>
      </w:r>
      <w:proofErr w:type="spellEnd"/>
      <w:r>
        <w:t xml:space="preserve">, hora, </w:t>
      </w:r>
      <w:proofErr w:type="spellStart"/>
      <w:r>
        <w:t>responsable</w:t>
      </w:r>
      <w:proofErr w:type="spellEnd"/>
      <w:r>
        <w:t xml:space="preserve"> al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comunicaría</w:t>
      </w:r>
      <w:proofErr w:type="spellEnd"/>
      <w:r>
        <w:t xml:space="preserve"> y </w:t>
      </w:r>
      <w:proofErr w:type="spellStart"/>
      <w:r>
        <w:t>conducta</w:t>
      </w:r>
      <w:proofErr w:type="spellEnd"/>
      <w:r>
        <w:t xml:space="preserve"> </w:t>
      </w:r>
      <w:proofErr w:type="spellStart"/>
      <w:r>
        <w:t>insegura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evitaría</w:t>
      </w:r>
      <w:proofErr w:type="spellEnd"/>
      <w:r>
        <w:t>.</w:t>
      </w:r>
    </w:p>
    <w:p w14:paraId="5B828222" w14:textId="77777777" w:rsidR="000767AF" w:rsidRDefault="00000000">
      <w:pPr>
        <w:jc w:val="both"/>
      </w:pPr>
      <w:proofErr w:type="spellStart"/>
      <w:r>
        <w:t>Pregunta</w:t>
      </w:r>
      <w:proofErr w:type="spellEnd"/>
      <w:r>
        <w:t xml:space="preserve"> 1: ¿la </w:t>
      </w:r>
      <w:proofErr w:type="spellStart"/>
      <w:r>
        <w:t>presencia</w:t>
      </w:r>
      <w:proofErr w:type="spellEnd"/>
      <w:r>
        <w:t xml:space="preserve"> de TROUBLE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concluir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un </w:t>
      </w:r>
      <w:proofErr w:type="spellStart"/>
      <w:r>
        <w:t>incendio</w:t>
      </w:r>
      <w:proofErr w:type="spellEnd"/>
      <w:r>
        <w:t>?</w:t>
      </w:r>
    </w:p>
    <w:p w14:paraId="38C72D17" w14:textId="77777777" w:rsidR="000767AF" w:rsidRDefault="00000000">
      <w:pPr>
        <w:jc w:val="both"/>
      </w:pPr>
      <w:proofErr w:type="spellStart"/>
      <w:r>
        <w:t>Pregunta</w:t>
      </w:r>
      <w:proofErr w:type="spellEnd"/>
      <w:r>
        <w:t xml:space="preserve"> 2: ¿</w:t>
      </w:r>
      <w:proofErr w:type="spellStart"/>
      <w:r>
        <w:t>por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no </w:t>
      </w:r>
      <w:proofErr w:type="spellStart"/>
      <w:r>
        <w:t>corresponde</w:t>
      </w:r>
      <w:proofErr w:type="spellEnd"/>
      <w:r>
        <w:t xml:space="preserve"> pulsar RESET </w:t>
      </w:r>
      <w:proofErr w:type="spellStart"/>
      <w:r>
        <w:t>repetidamente</w:t>
      </w:r>
      <w:proofErr w:type="spellEnd"/>
      <w:r>
        <w:t xml:space="preserve"> para </w:t>
      </w:r>
      <w:proofErr w:type="spellStart"/>
      <w:r>
        <w:t>eliminar</w:t>
      </w:r>
      <w:proofErr w:type="spellEnd"/>
      <w:r>
        <w:t xml:space="preserve"> la </w:t>
      </w:r>
      <w:proofErr w:type="spellStart"/>
      <w:r>
        <w:t>indicación</w:t>
      </w:r>
      <w:proofErr w:type="spellEnd"/>
      <w:r>
        <w:t>?</w:t>
      </w:r>
    </w:p>
    <w:p w14:paraId="4C19A3EC" w14:textId="77777777" w:rsidR="000767AF" w:rsidRDefault="00000000">
      <w:pPr>
        <w:jc w:val="both"/>
      </w:pPr>
      <w:proofErr w:type="spellStart"/>
      <w:r>
        <w:t>Evidencia</w:t>
      </w:r>
      <w:proofErr w:type="spellEnd"/>
      <w:r>
        <w:t xml:space="preserve">: </w:t>
      </w:r>
      <w:proofErr w:type="spellStart"/>
      <w:r>
        <w:t>ficha</w:t>
      </w:r>
      <w:proofErr w:type="spellEnd"/>
      <w:r>
        <w:t xml:space="preserve"> digital de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completada</w:t>
      </w:r>
      <w:proofErr w:type="spellEnd"/>
      <w:r>
        <w:t xml:space="preserve"> y </w:t>
      </w:r>
      <w:proofErr w:type="spellStart"/>
      <w:r>
        <w:t>discutida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plenaria</w:t>
      </w:r>
      <w:proofErr w:type="spellEnd"/>
      <w:r>
        <w:t>.</w:t>
      </w:r>
    </w:p>
    <w:p w14:paraId="0EB2630A" w14:textId="77777777" w:rsidR="000767AF" w:rsidRDefault="00000000">
      <w:pPr>
        <w:spacing w:before="140"/>
      </w:pPr>
      <w:proofErr w:type="spellStart"/>
      <w:r>
        <w:rPr>
          <w:b/>
          <w:sz w:val="22"/>
        </w:rPr>
        <w:t>Actividad</w:t>
      </w:r>
      <w:proofErr w:type="spellEnd"/>
      <w:r>
        <w:rPr>
          <w:b/>
          <w:sz w:val="22"/>
        </w:rPr>
        <w:t xml:space="preserve"> virtual C — </w:t>
      </w:r>
      <w:proofErr w:type="spellStart"/>
      <w:r>
        <w:rPr>
          <w:b/>
          <w:sz w:val="22"/>
        </w:rPr>
        <w:t>Simulación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narrativa</w:t>
      </w:r>
      <w:proofErr w:type="spellEnd"/>
      <w:r>
        <w:rPr>
          <w:b/>
          <w:sz w:val="22"/>
        </w:rPr>
        <w:t xml:space="preserve"> de </w:t>
      </w:r>
      <w:proofErr w:type="spellStart"/>
      <w:r>
        <w:rPr>
          <w:b/>
          <w:sz w:val="22"/>
        </w:rPr>
        <w:t>alarma</w:t>
      </w:r>
      <w:proofErr w:type="spellEnd"/>
      <w:r>
        <w:rPr>
          <w:b/>
          <w:sz w:val="22"/>
        </w:rPr>
        <w:t xml:space="preserve"> y </w:t>
      </w:r>
      <w:proofErr w:type="spellStart"/>
      <w:r>
        <w:rPr>
          <w:b/>
          <w:sz w:val="22"/>
        </w:rPr>
        <w:t>predescarga</w:t>
      </w:r>
      <w:proofErr w:type="spellEnd"/>
      <w:r>
        <w:rPr>
          <w:b/>
          <w:sz w:val="22"/>
        </w:rPr>
        <w:t xml:space="preserve"> (15 min)</w:t>
      </w:r>
    </w:p>
    <w:p w14:paraId="6C8E22FD" w14:textId="77777777" w:rsidR="000767AF" w:rsidRDefault="00000000">
      <w:pPr>
        <w:jc w:val="both"/>
      </w:pPr>
      <w:r>
        <w:t xml:space="preserve">En </w:t>
      </w:r>
      <w:proofErr w:type="spellStart"/>
      <w:r>
        <w:t>grupos</w:t>
      </w:r>
      <w:proofErr w:type="spellEnd"/>
      <w:r>
        <w:t xml:space="preserve"> </w:t>
      </w:r>
      <w:proofErr w:type="spellStart"/>
      <w:r>
        <w:t>pequeños</w:t>
      </w:r>
      <w:proofErr w:type="spellEnd"/>
      <w:r>
        <w:t xml:space="preserve"> o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conversación</w:t>
      </w:r>
      <w:proofErr w:type="spellEnd"/>
      <w:r>
        <w:t xml:space="preserve"> </w:t>
      </w:r>
      <w:proofErr w:type="spellStart"/>
      <w:r>
        <w:t>plenaria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docente</w:t>
      </w:r>
      <w:proofErr w:type="spellEnd"/>
      <w:r>
        <w:t xml:space="preserve"> </w:t>
      </w:r>
      <w:proofErr w:type="spellStart"/>
      <w:r>
        <w:t>narra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alarma</w:t>
      </w:r>
      <w:proofErr w:type="spellEnd"/>
      <w:r>
        <w:t xml:space="preserve"> </w:t>
      </w:r>
      <w:proofErr w:type="spellStart"/>
      <w:r>
        <w:t>ficticia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cuarto</w:t>
      </w:r>
      <w:proofErr w:type="spellEnd"/>
      <w:r>
        <w:t xml:space="preserve"> </w:t>
      </w:r>
      <w:proofErr w:type="spellStart"/>
      <w:r>
        <w:t>eléctrico</w:t>
      </w:r>
      <w:proofErr w:type="spellEnd"/>
      <w:r>
        <w:t xml:space="preserve"> con </w:t>
      </w:r>
      <w:proofErr w:type="spellStart"/>
      <w:r>
        <w:t>sistema</w:t>
      </w:r>
      <w:proofErr w:type="spellEnd"/>
      <w:r>
        <w:t xml:space="preserve"> de </w:t>
      </w:r>
      <w:proofErr w:type="spellStart"/>
      <w:r>
        <w:t>extinción</w:t>
      </w:r>
      <w:proofErr w:type="spellEnd"/>
      <w:r>
        <w:t xml:space="preserve">. Los </w:t>
      </w:r>
      <w:proofErr w:type="spellStart"/>
      <w:r>
        <w:t>alumnos</w:t>
      </w:r>
      <w:proofErr w:type="spellEnd"/>
      <w:r>
        <w:t xml:space="preserve"> </w:t>
      </w:r>
      <w:proofErr w:type="spellStart"/>
      <w:r>
        <w:t>ordenan</w:t>
      </w:r>
      <w:proofErr w:type="spellEnd"/>
      <w:r>
        <w:t xml:space="preserve"> </w:t>
      </w:r>
      <w:proofErr w:type="spellStart"/>
      <w:r>
        <w:t>tarjetas</w:t>
      </w:r>
      <w:proofErr w:type="spellEnd"/>
      <w:r>
        <w:t xml:space="preserve"> o pasos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pizarra</w:t>
      </w:r>
      <w:proofErr w:type="spellEnd"/>
      <w:r>
        <w:t xml:space="preserve"> virtual: </w:t>
      </w:r>
      <w:proofErr w:type="spellStart"/>
      <w:r>
        <w:t>reconocer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, </w:t>
      </w:r>
      <w:proofErr w:type="spellStart"/>
      <w:r>
        <w:t>informar</w:t>
      </w:r>
      <w:proofErr w:type="spellEnd"/>
      <w:r>
        <w:t xml:space="preserve">, </w:t>
      </w:r>
      <w:proofErr w:type="spellStart"/>
      <w:r>
        <w:t>activar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plan, </w:t>
      </w:r>
      <w:proofErr w:type="spellStart"/>
      <w:r>
        <w:t>evacuar</w:t>
      </w:r>
      <w:proofErr w:type="spellEnd"/>
      <w:r>
        <w:t xml:space="preserve">, </w:t>
      </w:r>
      <w:proofErr w:type="spellStart"/>
      <w:r>
        <w:t>coordinar</w:t>
      </w:r>
      <w:proofErr w:type="spellEnd"/>
      <w:r>
        <w:t xml:space="preserve"> </w:t>
      </w:r>
      <w:proofErr w:type="spellStart"/>
      <w:r>
        <w:t>verificación</w:t>
      </w:r>
      <w:proofErr w:type="spellEnd"/>
      <w:r>
        <w:t xml:space="preserve"> </w:t>
      </w:r>
      <w:proofErr w:type="spellStart"/>
      <w:r>
        <w:t>segura</w:t>
      </w:r>
      <w:proofErr w:type="spellEnd"/>
      <w:r>
        <w:t xml:space="preserve"> y </w:t>
      </w:r>
      <w:proofErr w:type="spellStart"/>
      <w:r>
        <w:t>documentar</w:t>
      </w:r>
      <w:proofErr w:type="spellEnd"/>
      <w:r>
        <w:t xml:space="preserve">. Deben </w:t>
      </w:r>
      <w:proofErr w:type="spellStart"/>
      <w:r>
        <w:t>separar</w:t>
      </w:r>
      <w:proofErr w:type="spellEnd"/>
      <w:r>
        <w:t xml:space="preserve"> </w:t>
      </w:r>
      <w:proofErr w:type="spellStart"/>
      <w:r>
        <w:t>acciones</w:t>
      </w:r>
      <w:proofErr w:type="spellEnd"/>
      <w:r>
        <w:t xml:space="preserve"> del </w:t>
      </w:r>
      <w:proofErr w:type="spellStart"/>
      <w:r>
        <w:t>operador</w:t>
      </w:r>
      <w:proofErr w:type="spellEnd"/>
      <w:r>
        <w:t xml:space="preserve"> y del </w:t>
      </w:r>
      <w:proofErr w:type="spellStart"/>
      <w:r>
        <w:t>técnico</w:t>
      </w:r>
      <w:proofErr w:type="spellEnd"/>
      <w:r>
        <w:t xml:space="preserve"> </w:t>
      </w:r>
      <w:proofErr w:type="spellStart"/>
      <w:r>
        <w:t>autorizado</w:t>
      </w:r>
      <w:proofErr w:type="spellEnd"/>
      <w:r>
        <w:t>.</w:t>
      </w:r>
    </w:p>
    <w:p w14:paraId="23E13222" w14:textId="77777777" w:rsidR="000767AF" w:rsidRDefault="00000000">
      <w:pPr>
        <w:jc w:val="both"/>
      </w:pPr>
      <w:proofErr w:type="spellStart"/>
      <w:r>
        <w:lastRenderedPageBreak/>
        <w:t>Pregunta</w:t>
      </w:r>
      <w:proofErr w:type="spellEnd"/>
      <w:r>
        <w:t xml:space="preserve"> 1: 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prioridad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la </w:t>
      </w:r>
      <w:proofErr w:type="spellStart"/>
      <w:r>
        <w:t>evacuación</w:t>
      </w:r>
      <w:proofErr w:type="spellEnd"/>
      <w:r>
        <w:t xml:space="preserve"> </w:t>
      </w:r>
      <w:proofErr w:type="spellStart"/>
      <w:r>
        <w:t>frente</w:t>
      </w:r>
      <w:proofErr w:type="spellEnd"/>
      <w:r>
        <w:t xml:space="preserve"> a la </w:t>
      </w:r>
      <w:proofErr w:type="spellStart"/>
      <w:r>
        <w:t>intención</w:t>
      </w:r>
      <w:proofErr w:type="spellEnd"/>
      <w:r>
        <w:t xml:space="preserve"> de </w:t>
      </w:r>
      <w:proofErr w:type="spellStart"/>
      <w:r>
        <w:t>silenciar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panel?</w:t>
      </w:r>
    </w:p>
    <w:p w14:paraId="114CFD53" w14:textId="77777777" w:rsidR="000767AF" w:rsidRDefault="00000000">
      <w:pPr>
        <w:jc w:val="both"/>
      </w:pPr>
      <w:proofErr w:type="spellStart"/>
      <w:r>
        <w:t>Pregunta</w:t>
      </w:r>
      <w:proofErr w:type="spellEnd"/>
      <w:r>
        <w:t xml:space="preserve"> 2: ¿</w:t>
      </w:r>
      <w:proofErr w:type="spellStart"/>
      <w:r>
        <w:t>por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no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suponerse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SILENCE </w:t>
      </w:r>
      <w:proofErr w:type="spellStart"/>
      <w:r>
        <w:t>o</w:t>
      </w:r>
      <w:proofErr w:type="spellEnd"/>
      <w:r>
        <w:t xml:space="preserve"> ABORT </w:t>
      </w:r>
      <w:proofErr w:type="spellStart"/>
      <w:r>
        <w:t>detienen</w:t>
      </w:r>
      <w:proofErr w:type="spellEnd"/>
      <w:r>
        <w:t xml:space="preserve"> </w:t>
      </w:r>
      <w:proofErr w:type="spellStart"/>
      <w:r>
        <w:t>toda</w:t>
      </w:r>
      <w:proofErr w:type="spellEnd"/>
      <w:r>
        <w:t xml:space="preserve"> </w:t>
      </w:r>
      <w:proofErr w:type="spellStart"/>
      <w:r>
        <w:t>descarga</w:t>
      </w:r>
      <w:proofErr w:type="spellEnd"/>
      <w:r>
        <w:t>?</w:t>
      </w:r>
    </w:p>
    <w:p w14:paraId="519F0AC1" w14:textId="77777777" w:rsidR="000767AF" w:rsidRDefault="00000000">
      <w:pPr>
        <w:jc w:val="both"/>
      </w:pPr>
      <w:proofErr w:type="spellStart"/>
      <w:r>
        <w:t>Evidencia</w:t>
      </w:r>
      <w:proofErr w:type="spellEnd"/>
      <w:r>
        <w:t xml:space="preserve">: </w:t>
      </w:r>
      <w:proofErr w:type="spellStart"/>
      <w:r>
        <w:t>secuencia</w:t>
      </w:r>
      <w:proofErr w:type="spellEnd"/>
      <w:r>
        <w:t xml:space="preserve"> </w:t>
      </w:r>
      <w:proofErr w:type="spellStart"/>
      <w:r>
        <w:t>argumentada</w:t>
      </w:r>
      <w:proofErr w:type="spellEnd"/>
      <w:r>
        <w:t xml:space="preserve"> de </w:t>
      </w:r>
      <w:proofErr w:type="spellStart"/>
      <w:r>
        <w:t>respuesta</w:t>
      </w:r>
      <w:proofErr w:type="spellEnd"/>
      <w:r>
        <w:t xml:space="preserve"> </w:t>
      </w:r>
      <w:proofErr w:type="spellStart"/>
      <w:r>
        <w:t>compartida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grupo</w:t>
      </w:r>
      <w:proofErr w:type="spellEnd"/>
      <w:r>
        <w:t>.</w:t>
      </w:r>
    </w:p>
    <w:p w14:paraId="5D6C7164" w14:textId="77777777" w:rsidR="000767AF" w:rsidRDefault="00000000">
      <w:pPr>
        <w:spacing w:before="140"/>
      </w:pPr>
      <w:proofErr w:type="spellStart"/>
      <w:r>
        <w:rPr>
          <w:b/>
          <w:sz w:val="22"/>
        </w:rPr>
        <w:t>Actividad</w:t>
      </w:r>
      <w:proofErr w:type="spellEnd"/>
      <w:r>
        <w:rPr>
          <w:b/>
          <w:sz w:val="22"/>
        </w:rPr>
        <w:t xml:space="preserve"> virtual D — </w:t>
      </w:r>
      <w:proofErr w:type="spellStart"/>
      <w:r>
        <w:rPr>
          <w:b/>
          <w:sz w:val="22"/>
        </w:rPr>
        <w:t>Auditoría</w:t>
      </w:r>
      <w:proofErr w:type="spellEnd"/>
      <w:r>
        <w:rPr>
          <w:b/>
          <w:sz w:val="22"/>
        </w:rPr>
        <w:t xml:space="preserve"> documental de </w:t>
      </w:r>
      <w:proofErr w:type="spellStart"/>
      <w:r>
        <w:rPr>
          <w:b/>
          <w:sz w:val="22"/>
        </w:rPr>
        <w:t>cierre</w:t>
      </w:r>
      <w:proofErr w:type="spellEnd"/>
      <w:r>
        <w:rPr>
          <w:b/>
          <w:sz w:val="22"/>
        </w:rPr>
        <w:t xml:space="preserve"> (10 min)</w:t>
      </w:r>
    </w:p>
    <w:p w14:paraId="2446FD05" w14:textId="77777777" w:rsidR="000767AF" w:rsidRDefault="00000000">
      <w:pPr>
        <w:jc w:val="both"/>
      </w:pPr>
      <w:r>
        <w:t xml:space="preserve">El </w:t>
      </w:r>
      <w:proofErr w:type="spellStart"/>
      <w:r>
        <w:t>docente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ficticia</w:t>
      </w:r>
      <w:proofErr w:type="spellEnd"/>
      <w:r>
        <w:t xml:space="preserve"> con </w:t>
      </w:r>
      <w:proofErr w:type="spellStart"/>
      <w:r>
        <w:t>gabinete</w:t>
      </w:r>
      <w:proofErr w:type="spellEnd"/>
      <w:r>
        <w:t xml:space="preserve"> sin </w:t>
      </w:r>
      <w:proofErr w:type="spellStart"/>
      <w:r>
        <w:t>daños</w:t>
      </w:r>
      <w:proofErr w:type="spellEnd"/>
      <w:r>
        <w:t xml:space="preserve">,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falla</w:t>
      </w:r>
      <w:proofErr w:type="spellEnd"/>
      <w:r>
        <w:t xml:space="preserve"> </w:t>
      </w:r>
      <w:proofErr w:type="spellStart"/>
      <w:r>
        <w:t>pendiente</w:t>
      </w:r>
      <w:proofErr w:type="spellEnd"/>
      <w:r>
        <w:t xml:space="preserve"> y </w:t>
      </w:r>
      <w:proofErr w:type="spellStart"/>
      <w:r>
        <w:t>una</w:t>
      </w:r>
      <w:proofErr w:type="spellEnd"/>
      <w:r>
        <w:t xml:space="preserve"> zona </w:t>
      </w:r>
      <w:proofErr w:type="spellStart"/>
      <w:r>
        <w:t>deshabilitada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 de </w:t>
      </w:r>
      <w:proofErr w:type="spellStart"/>
      <w:r>
        <w:t>mantenimiento</w:t>
      </w:r>
      <w:proofErr w:type="spellEnd"/>
      <w:r>
        <w:t xml:space="preserve">. Cada </w:t>
      </w:r>
      <w:proofErr w:type="spellStart"/>
      <w:r>
        <w:t>alumno</w:t>
      </w:r>
      <w:proofErr w:type="spellEnd"/>
      <w:r>
        <w:t xml:space="preserve"> </w:t>
      </w:r>
      <w:proofErr w:type="spellStart"/>
      <w:r>
        <w:t>marca</w:t>
      </w:r>
      <w:proofErr w:type="spellEnd"/>
      <w:r>
        <w:t xml:space="preserve"> </w:t>
      </w:r>
      <w:proofErr w:type="spellStart"/>
      <w:r>
        <w:t>conforme</w:t>
      </w:r>
      <w:proofErr w:type="spellEnd"/>
      <w:r>
        <w:t xml:space="preserve">/no </w:t>
      </w:r>
      <w:proofErr w:type="spellStart"/>
      <w:r>
        <w:t>conforme</w:t>
      </w:r>
      <w:proofErr w:type="spellEnd"/>
      <w:r>
        <w:t xml:space="preserve">/no </w:t>
      </w:r>
      <w:proofErr w:type="spellStart"/>
      <w:r>
        <w:t>aplica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del manual y </w:t>
      </w:r>
      <w:proofErr w:type="gramStart"/>
      <w:r>
        <w:t>decide</w:t>
      </w:r>
      <w:proofErr w:type="gramEnd"/>
      <w:r>
        <w:t xml:space="preserve"> </w:t>
      </w:r>
      <w:proofErr w:type="spellStart"/>
      <w:r>
        <w:t>si</w:t>
      </w:r>
      <w:proofErr w:type="spellEnd"/>
      <w:r>
        <w:t xml:space="preserve"> es </w:t>
      </w:r>
      <w:proofErr w:type="spellStart"/>
      <w:r>
        <w:t>posible</w:t>
      </w:r>
      <w:proofErr w:type="spellEnd"/>
      <w:r>
        <w:t xml:space="preserve"> </w:t>
      </w:r>
      <w:proofErr w:type="spellStart"/>
      <w:r>
        <w:t>declarar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restituido</w:t>
      </w:r>
      <w:proofErr w:type="spellEnd"/>
      <w:r>
        <w:t xml:space="preserve">, </w:t>
      </w:r>
      <w:proofErr w:type="spellStart"/>
      <w:r>
        <w:t>sustentando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conclusión</w:t>
      </w:r>
      <w:proofErr w:type="spellEnd"/>
      <w:r>
        <w:t xml:space="preserve">. </w:t>
      </w:r>
      <w:proofErr w:type="spellStart"/>
      <w:r>
        <w:t>Evidencia</w:t>
      </w:r>
      <w:proofErr w:type="spellEnd"/>
      <w:r>
        <w:t xml:space="preserve">: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completada</w:t>
      </w:r>
      <w:proofErr w:type="spellEnd"/>
      <w:r>
        <w:t xml:space="preserve"> y </w:t>
      </w:r>
      <w:proofErr w:type="spellStart"/>
      <w:r>
        <w:t>justificación</w:t>
      </w:r>
      <w:proofErr w:type="spellEnd"/>
      <w:r>
        <w:t xml:space="preserve"> de dos </w:t>
      </w:r>
      <w:proofErr w:type="spellStart"/>
      <w:r>
        <w:t>oraciones</w:t>
      </w:r>
      <w:proofErr w:type="spellEnd"/>
      <w:r>
        <w:t>.</w:t>
      </w:r>
    </w:p>
    <w:p w14:paraId="52656DAD" w14:textId="77777777" w:rsidR="000767AF" w:rsidRDefault="00000000">
      <w:pPr>
        <w:spacing w:before="140"/>
      </w:pPr>
      <w:r>
        <w:rPr>
          <w:b/>
          <w:sz w:val="22"/>
        </w:rPr>
        <w:t xml:space="preserve">9. </w:t>
      </w:r>
      <w:proofErr w:type="spellStart"/>
      <w:r>
        <w:rPr>
          <w:b/>
          <w:sz w:val="22"/>
        </w:rPr>
        <w:t>Formatos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operativos</w:t>
      </w:r>
      <w:proofErr w:type="spellEnd"/>
      <w:r>
        <w:rPr>
          <w:b/>
          <w:sz w:val="22"/>
        </w:rPr>
        <w:t xml:space="preserve"> para </w:t>
      </w:r>
      <w:proofErr w:type="spellStart"/>
      <w:r>
        <w:rPr>
          <w:b/>
          <w:sz w:val="22"/>
        </w:rPr>
        <w:t>el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alumno</w:t>
      </w:r>
      <w:proofErr w:type="spellEnd"/>
    </w:p>
    <w:p w14:paraId="182D5CEB" w14:textId="77777777" w:rsidR="000767AF" w:rsidRDefault="00000000">
      <w:pPr>
        <w:spacing w:before="140"/>
      </w:pPr>
      <w:r>
        <w:rPr>
          <w:b/>
          <w:sz w:val="22"/>
        </w:rPr>
        <w:t xml:space="preserve">9.1 </w:t>
      </w:r>
      <w:proofErr w:type="spellStart"/>
      <w:r>
        <w:rPr>
          <w:b/>
          <w:sz w:val="22"/>
        </w:rPr>
        <w:t>Registro</w:t>
      </w:r>
      <w:proofErr w:type="spellEnd"/>
      <w:r>
        <w:rPr>
          <w:b/>
          <w:sz w:val="22"/>
        </w:rPr>
        <w:t xml:space="preserve"> de </w:t>
      </w:r>
      <w:proofErr w:type="spellStart"/>
      <w:r>
        <w:rPr>
          <w:b/>
          <w:sz w:val="22"/>
        </w:rPr>
        <w:t>evento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4637"/>
      </w:tblGrid>
      <w:tr w:rsidR="000767AF" w14:paraId="65DA0289" w14:textId="77777777">
        <w:trPr>
          <w:jc w:val="center"/>
        </w:trPr>
        <w:tc>
          <w:tcPr>
            <w:tcW w:w="4637" w:type="dxa"/>
            <w:shd w:val="clear" w:color="auto" w:fill="DCEBF6"/>
          </w:tcPr>
          <w:p w14:paraId="1F525966" w14:textId="77777777" w:rsidR="000767AF" w:rsidRDefault="00000000">
            <w:pPr>
              <w:spacing w:after="20"/>
            </w:pPr>
            <w:r>
              <w:rPr>
                <w:b/>
                <w:sz w:val="18"/>
              </w:rPr>
              <w:t>Campo</w:t>
            </w:r>
          </w:p>
        </w:tc>
        <w:tc>
          <w:tcPr>
            <w:tcW w:w="4637" w:type="dxa"/>
            <w:shd w:val="clear" w:color="auto" w:fill="DCEBF6"/>
          </w:tcPr>
          <w:p w14:paraId="353C501C" w14:textId="77777777" w:rsidR="000767AF" w:rsidRDefault="00000000">
            <w:pPr>
              <w:spacing w:after="20"/>
            </w:pPr>
            <w:r>
              <w:rPr>
                <w:b/>
                <w:sz w:val="18"/>
              </w:rPr>
              <w:t>Dato</w:t>
            </w:r>
          </w:p>
        </w:tc>
      </w:tr>
      <w:tr w:rsidR="000767AF" w14:paraId="12709ACC" w14:textId="77777777">
        <w:trPr>
          <w:jc w:val="center"/>
        </w:trPr>
        <w:tc>
          <w:tcPr>
            <w:tcW w:w="4637" w:type="dxa"/>
          </w:tcPr>
          <w:p w14:paraId="77A01CBB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Fecha</w:t>
            </w:r>
            <w:proofErr w:type="spellEnd"/>
            <w:r>
              <w:rPr>
                <w:sz w:val="18"/>
              </w:rPr>
              <w:t xml:space="preserve"> / hora de </w:t>
            </w:r>
            <w:proofErr w:type="spellStart"/>
            <w:r>
              <w:rPr>
                <w:sz w:val="18"/>
              </w:rPr>
              <w:t>detección</w:t>
            </w:r>
            <w:proofErr w:type="spellEnd"/>
          </w:p>
        </w:tc>
        <w:tc>
          <w:tcPr>
            <w:tcW w:w="4637" w:type="dxa"/>
          </w:tcPr>
          <w:p w14:paraId="547B1F67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________________________________________</w:t>
            </w:r>
          </w:p>
        </w:tc>
      </w:tr>
      <w:tr w:rsidR="000767AF" w14:paraId="522E503A" w14:textId="77777777">
        <w:trPr>
          <w:jc w:val="center"/>
        </w:trPr>
        <w:tc>
          <w:tcPr>
            <w:tcW w:w="4637" w:type="dxa"/>
          </w:tcPr>
          <w:p w14:paraId="04EF3890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Panel / </w:t>
            </w:r>
            <w:proofErr w:type="spellStart"/>
            <w:r>
              <w:rPr>
                <w:sz w:val="18"/>
              </w:rPr>
              <w:t>modelo</w:t>
            </w:r>
            <w:proofErr w:type="spellEnd"/>
            <w:r>
              <w:rPr>
                <w:sz w:val="18"/>
              </w:rPr>
              <w:t xml:space="preserve"> / zona</w:t>
            </w:r>
          </w:p>
        </w:tc>
        <w:tc>
          <w:tcPr>
            <w:tcW w:w="4637" w:type="dxa"/>
          </w:tcPr>
          <w:p w14:paraId="6859A57B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________________________________________</w:t>
            </w:r>
          </w:p>
        </w:tc>
      </w:tr>
      <w:tr w:rsidR="000767AF" w14:paraId="26C9F8A8" w14:textId="77777777">
        <w:trPr>
          <w:jc w:val="center"/>
        </w:trPr>
        <w:tc>
          <w:tcPr>
            <w:tcW w:w="4637" w:type="dxa"/>
          </w:tcPr>
          <w:p w14:paraId="55C8942A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Tipo de </w:t>
            </w:r>
            <w:proofErr w:type="spellStart"/>
            <w:r>
              <w:rPr>
                <w:sz w:val="18"/>
              </w:rPr>
              <w:t>evento</w:t>
            </w:r>
            <w:proofErr w:type="spellEnd"/>
          </w:p>
        </w:tc>
        <w:tc>
          <w:tcPr>
            <w:tcW w:w="4637" w:type="dxa"/>
          </w:tcPr>
          <w:p w14:paraId="0AE8F9F6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Alarma</w:t>
            </w:r>
            <w:proofErr w:type="spell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☐  Falla</w:t>
            </w:r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☐  </w:t>
            </w:r>
            <w:proofErr w:type="spellStart"/>
            <w:r>
              <w:rPr>
                <w:sz w:val="18"/>
              </w:rPr>
              <w:t>Supervisión</w:t>
            </w:r>
            <w:proofErr w:type="spellEnd"/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☐  </w:t>
            </w:r>
            <w:proofErr w:type="spellStart"/>
            <w:r>
              <w:rPr>
                <w:sz w:val="18"/>
              </w:rPr>
              <w:t>Otro</w:t>
            </w:r>
            <w:proofErr w:type="spellEnd"/>
            <w:proofErr w:type="gramEnd"/>
            <w:r>
              <w:rPr>
                <w:sz w:val="18"/>
              </w:rPr>
              <w:t xml:space="preserve"> ☐</w:t>
            </w:r>
          </w:p>
        </w:tc>
      </w:tr>
      <w:tr w:rsidR="000767AF" w14:paraId="1940F522" w14:textId="77777777">
        <w:trPr>
          <w:jc w:val="center"/>
        </w:trPr>
        <w:tc>
          <w:tcPr>
            <w:tcW w:w="4637" w:type="dxa"/>
          </w:tcPr>
          <w:p w14:paraId="2D5517E7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Texto</w:t>
            </w:r>
            <w:proofErr w:type="spellEnd"/>
            <w:r>
              <w:rPr>
                <w:sz w:val="18"/>
              </w:rPr>
              <w:t xml:space="preserve"> literal del panel</w:t>
            </w:r>
          </w:p>
        </w:tc>
        <w:tc>
          <w:tcPr>
            <w:tcW w:w="4637" w:type="dxa"/>
          </w:tcPr>
          <w:p w14:paraId="3482CEB6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________________________________________</w:t>
            </w:r>
          </w:p>
        </w:tc>
      </w:tr>
      <w:tr w:rsidR="000767AF" w14:paraId="2540FF4F" w14:textId="77777777">
        <w:trPr>
          <w:jc w:val="center"/>
        </w:trPr>
        <w:tc>
          <w:tcPr>
            <w:tcW w:w="4637" w:type="dxa"/>
          </w:tcPr>
          <w:p w14:paraId="6C08EB19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Acción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inicial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responsable</w:t>
            </w:r>
            <w:proofErr w:type="spellEnd"/>
          </w:p>
        </w:tc>
        <w:tc>
          <w:tcPr>
            <w:tcW w:w="4637" w:type="dxa"/>
          </w:tcPr>
          <w:p w14:paraId="2D2FFE71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________________________________________</w:t>
            </w:r>
          </w:p>
        </w:tc>
      </w:tr>
      <w:tr w:rsidR="000767AF" w14:paraId="2BFF7BE1" w14:textId="77777777">
        <w:trPr>
          <w:jc w:val="center"/>
        </w:trPr>
        <w:tc>
          <w:tcPr>
            <w:tcW w:w="4637" w:type="dxa"/>
          </w:tcPr>
          <w:p w14:paraId="498F2D66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Personas </w:t>
            </w:r>
            <w:proofErr w:type="spellStart"/>
            <w:r>
              <w:rPr>
                <w:sz w:val="18"/>
              </w:rPr>
              <w:t>notificadas</w:t>
            </w:r>
            <w:proofErr w:type="spellEnd"/>
          </w:p>
        </w:tc>
        <w:tc>
          <w:tcPr>
            <w:tcW w:w="4637" w:type="dxa"/>
          </w:tcPr>
          <w:p w14:paraId="14CD88A2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________________________________________</w:t>
            </w:r>
          </w:p>
        </w:tc>
      </w:tr>
      <w:tr w:rsidR="000767AF" w14:paraId="16DE9C64" w14:textId="77777777">
        <w:trPr>
          <w:jc w:val="center"/>
        </w:trPr>
        <w:tc>
          <w:tcPr>
            <w:tcW w:w="4637" w:type="dxa"/>
          </w:tcPr>
          <w:p w14:paraId="03403617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Causa </w:t>
            </w:r>
            <w:proofErr w:type="spellStart"/>
            <w:r>
              <w:rPr>
                <w:sz w:val="18"/>
              </w:rPr>
              <w:t>verificada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estado</w:t>
            </w:r>
            <w:proofErr w:type="spellEnd"/>
            <w:r>
              <w:rPr>
                <w:sz w:val="18"/>
              </w:rPr>
              <w:t xml:space="preserve"> final</w:t>
            </w:r>
          </w:p>
        </w:tc>
        <w:tc>
          <w:tcPr>
            <w:tcW w:w="4637" w:type="dxa"/>
          </w:tcPr>
          <w:p w14:paraId="5167D18B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________________________________________</w:t>
            </w:r>
          </w:p>
        </w:tc>
      </w:tr>
      <w:tr w:rsidR="000767AF" w14:paraId="2E60D3B4" w14:textId="77777777">
        <w:trPr>
          <w:jc w:val="center"/>
        </w:trPr>
        <w:tc>
          <w:tcPr>
            <w:tcW w:w="4637" w:type="dxa"/>
          </w:tcPr>
          <w:p w14:paraId="7522591B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Hora de </w:t>
            </w:r>
            <w:proofErr w:type="spellStart"/>
            <w:r>
              <w:rPr>
                <w:sz w:val="18"/>
              </w:rPr>
              <w:t>normalización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firma</w:t>
            </w:r>
            <w:proofErr w:type="spellEnd"/>
          </w:p>
        </w:tc>
        <w:tc>
          <w:tcPr>
            <w:tcW w:w="4637" w:type="dxa"/>
          </w:tcPr>
          <w:p w14:paraId="41C1442A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________________________________________</w:t>
            </w:r>
          </w:p>
        </w:tc>
      </w:tr>
    </w:tbl>
    <w:p w14:paraId="53A66F11" w14:textId="77777777" w:rsidR="000767AF" w:rsidRDefault="000767AF">
      <w:pPr>
        <w:spacing w:after="0"/>
      </w:pPr>
    </w:p>
    <w:p w14:paraId="32FFAE60" w14:textId="77777777" w:rsidR="000767AF" w:rsidRDefault="00000000">
      <w:pPr>
        <w:spacing w:before="140"/>
      </w:pPr>
      <w:r>
        <w:rPr>
          <w:b/>
          <w:sz w:val="22"/>
        </w:rPr>
        <w:t xml:space="preserve">9.2 Lista breve de </w:t>
      </w:r>
      <w:proofErr w:type="spellStart"/>
      <w:r>
        <w:rPr>
          <w:b/>
          <w:sz w:val="22"/>
        </w:rPr>
        <w:t>verificación</w:t>
      </w:r>
      <w:proofErr w:type="spellEnd"/>
      <w:r>
        <w:rPr>
          <w:b/>
          <w:sz w:val="22"/>
        </w:rPr>
        <w:t xml:space="preserve"> visual</w:t>
      </w:r>
    </w:p>
    <w:p w14:paraId="15D1727E" w14:textId="77777777" w:rsidR="000767AF" w:rsidRDefault="00000000">
      <w:pPr>
        <w:jc w:val="both"/>
      </w:pPr>
      <w:r>
        <w:t xml:space="preserve">☐ Conforme    ☐ No </w:t>
      </w:r>
      <w:proofErr w:type="spellStart"/>
      <w:r>
        <w:t>conforme</w:t>
      </w:r>
      <w:proofErr w:type="spellEnd"/>
      <w:r>
        <w:t xml:space="preserve">    ☐ No </w:t>
      </w:r>
      <w:proofErr w:type="spellStart"/>
      <w:r>
        <w:t>aplica</w:t>
      </w:r>
      <w:proofErr w:type="spellEnd"/>
      <w:r>
        <w:t xml:space="preserve">    </w:t>
      </w:r>
      <w:proofErr w:type="spellStart"/>
      <w:r>
        <w:t>Gabinete</w:t>
      </w:r>
      <w:proofErr w:type="spellEnd"/>
      <w:r>
        <w:t xml:space="preserve"> </w:t>
      </w:r>
      <w:proofErr w:type="spellStart"/>
      <w:r>
        <w:t>accesible</w:t>
      </w:r>
      <w:proofErr w:type="spellEnd"/>
      <w:r>
        <w:t xml:space="preserve"> y sin </w:t>
      </w:r>
      <w:proofErr w:type="spellStart"/>
      <w:r>
        <w:t>daño</w:t>
      </w:r>
      <w:proofErr w:type="spellEnd"/>
      <w:r>
        <w:t xml:space="preserve"> visible</w:t>
      </w:r>
    </w:p>
    <w:p w14:paraId="1F22088B" w14:textId="77777777" w:rsidR="000767AF" w:rsidRDefault="00000000">
      <w:pPr>
        <w:jc w:val="both"/>
      </w:pPr>
      <w:r>
        <w:t xml:space="preserve">☐ Conforme    ☐ No </w:t>
      </w:r>
      <w:proofErr w:type="spellStart"/>
      <w:r>
        <w:t>conforme</w:t>
      </w:r>
      <w:proofErr w:type="spellEnd"/>
      <w:r>
        <w:t xml:space="preserve">    ☐ No </w:t>
      </w:r>
      <w:proofErr w:type="spellStart"/>
      <w:r>
        <w:t>aplica</w:t>
      </w:r>
      <w:proofErr w:type="spellEnd"/>
      <w:r>
        <w:t xml:space="preserve">    No hay </w:t>
      </w:r>
      <w:proofErr w:type="spellStart"/>
      <w:r>
        <w:t>humedad</w:t>
      </w:r>
      <w:proofErr w:type="spellEnd"/>
      <w:r>
        <w:t xml:space="preserve">, golpes </w:t>
      </w:r>
      <w:proofErr w:type="spellStart"/>
      <w:r>
        <w:t>ni</w:t>
      </w:r>
      <w:proofErr w:type="spellEnd"/>
      <w:r>
        <w:t xml:space="preserve"> </w:t>
      </w:r>
      <w:proofErr w:type="spellStart"/>
      <w:r>
        <w:t>obstrucciones</w:t>
      </w:r>
      <w:proofErr w:type="spellEnd"/>
    </w:p>
    <w:p w14:paraId="77AE7BE2" w14:textId="77777777" w:rsidR="000767AF" w:rsidRDefault="00000000">
      <w:pPr>
        <w:jc w:val="both"/>
      </w:pPr>
      <w:r>
        <w:t xml:space="preserve">☐ Conforme    ☐ No </w:t>
      </w:r>
      <w:proofErr w:type="spellStart"/>
      <w:r>
        <w:t>conforme</w:t>
      </w:r>
      <w:proofErr w:type="spellEnd"/>
      <w:r>
        <w:t xml:space="preserve">    ☐ No </w:t>
      </w:r>
      <w:proofErr w:type="spellStart"/>
      <w:r>
        <w:t>aplica</w:t>
      </w:r>
      <w:proofErr w:type="spellEnd"/>
      <w:r>
        <w:t xml:space="preserve">    Estado e </w:t>
      </w:r>
      <w:proofErr w:type="spellStart"/>
      <w:r>
        <w:t>indicadores</w:t>
      </w:r>
      <w:proofErr w:type="spellEnd"/>
      <w:r>
        <w:t xml:space="preserve"> </w:t>
      </w:r>
      <w:proofErr w:type="spellStart"/>
      <w:r>
        <w:t>revisados</w:t>
      </w:r>
      <w:proofErr w:type="spellEnd"/>
    </w:p>
    <w:p w14:paraId="7BD38090" w14:textId="77777777" w:rsidR="000767AF" w:rsidRDefault="00000000">
      <w:pPr>
        <w:jc w:val="both"/>
      </w:pPr>
      <w:r>
        <w:t xml:space="preserve">☐ Conforme    ☐ No </w:t>
      </w:r>
      <w:proofErr w:type="spellStart"/>
      <w:r>
        <w:t>conforme</w:t>
      </w:r>
      <w:proofErr w:type="spellEnd"/>
      <w:r>
        <w:t xml:space="preserve">    ☐ No </w:t>
      </w:r>
      <w:proofErr w:type="spellStart"/>
      <w:r>
        <w:t>aplica</w:t>
      </w:r>
      <w:proofErr w:type="spellEnd"/>
      <w:r>
        <w:t xml:space="preserve">    Sin </w:t>
      </w:r>
      <w:proofErr w:type="spellStart"/>
      <w:r>
        <w:t>alarmas</w:t>
      </w:r>
      <w:proofErr w:type="spellEnd"/>
      <w:r>
        <w:t>/</w:t>
      </w:r>
      <w:proofErr w:type="spellStart"/>
      <w:r>
        <w:t>fallas</w:t>
      </w:r>
      <w:proofErr w:type="spellEnd"/>
      <w:r>
        <w:t>/</w:t>
      </w:r>
      <w:proofErr w:type="spellStart"/>
      <w:r>
        <w:t>anulaciones</w:t>
      </w:r>
      <w:proofErr w:type="spellEnd"/>
      <w:r>
        <w:t xml:space="preserve"> sin </w:t>
      </w:r>
      <w:proofErr w:type="spellStart"/>
      <w:r>
        <w:t>gestionar</w:t>
      </w:r>
      <w:proofErr w:type="spellEnd"/>
    </w:p>
    <w:p w14:paraId="7BF81111" w14:textId="77777777" w:rsidR="000767AF" w:rsidRDefault="00000000">
      <w:pPr>
        <w:jc w:val="both"/>
      </w:pPr>
      <w:r>
        <w:t xml:space="preserve">☐ Conforme    ☐ No </w:t>
      </w:r>
      <w:proofErr w:type="spellStart"/>
      <w:r>
        <w:t>conforme</w:t>
      </w:r>
      <w:proofErr w:type="spellEnd"/>
      <w:r>
        <w:t xml:space="preserve">    ☐ No </w:t>
      </w:r>
      <w:proofErr w:type="spellStart"/>
      <w:r>
        <w:t>aplica</w:t>
      </w:r>
      <w:proofErr w:type="spellEnd"/>
      <w:r>
        <w:t xml:space="preserve">    </w:t>
      </w:r>
      <w:proofErr w:type="spellStart"/>
      <w:r>
        <w:t>Instrucciones</w:t>
      </w:r>
      <w:proofErr w:type="spellEnd"/>
      <w:r>
        <w:t xml:space="preserve"> y </w:t>
      </w:r>
      <w:proofErr w:type="spellStart"/>
      <w:r>
        <w:t>números</w:t>
      </w:r>
      <w:proofErr w:type="spellEnd"/>
      <w:r>
        <w:t xml:space="preserve"> de </w:t>
      </w:r>
      <w:proofErr w:type="spellStart"/>
      <w:r>
        <w:t>contacto</w:t>
      </w:r>
      <w:proofErr w:type="spellEnd"/>
      <w:r>
        <w:t xml:space="preserve"> </w:t>
      </w:r>
      <w:proofErr w:type="spellStart"/>
      <w:r>
        <w:t>disponibles</w:t>
      </w:r>
      <w:proofErr w:type="spellEnd"/>
    </w:p>
    <w:p w14:paraId="76B3A3A5" w14:textId="77777777" w:rsidR="000767AF" w:rsidRDefault="00000000">
      <w:pPr>
        <w:jc w:val="both"/>
      </w:pPr>
      <w:r>
        <w:t xml:space="preserve">☐ Conforme    ☐ No </w:t>
      </w:r>
      <w:proofErr w:type="spellStart"/>
      <w:r>
        <w:t>conforme</w:t>
      </w:r>
      <w:proofErr w:type="spellEnd"/>
      <w:r>
        <w:t xml:space="preserve">    ☐ No </w:t>
      </w:r>
      <w:proofErr w:type="spellStart"/>
      <w:r>
        <w:t>aplica</w:t>
      </w:r>
      <w:proofErr w:type="spellEnd"/>
      <w:r>
        <w:t xml:space="preserve">    </w:t>
      </w:r>
      <w:proofErr w:type="spellStart"/>
      <w:r>
        <w:t>Hallazgos</w:t>
      </w:r>
      <w:proofErr w:type="spellEnd"/>
      <w:r>
        <w:t xml:space="preserve"> </w:t>
      </w:r>
      <w:proofErr w:type="spellStart"/>
      <w:r>
        <w:t>registrados</w:t>
      </w:r>
      <w:proofErr w:type="spellEnd"/>
      <w:r>
        <w:t xml:space="preserve"> y </w:t>
      </w:r>
      <w:proofErr w:type="spellStart"/>
      <w:r>
        <w:t>comunicados</w:t>
      </w:r>
      <w:proofErr w:type="spellEnd"/>
    </w:p>
    <w:p w14:paraId="6499F57D" w14:textId="77777777" w:rsidR="000767AF" w:rsidRDefault="00000000">
      <w:pPr>
        <w:spacing w:before="140"/>
      </w:pPr>
      <w:r>
        <w:rPr>
          <w:b/>
          <w:sz w:val="22"/>
        </w:rPr>
        <w:t xml:space="preserve">9.3 </w:t>
      </w:r>
      <w:proofErr w:type="spellStart"/>
      <w:r>
        <w:rPr>
          <w:b/>
          <w:sz w:val="22"/>
        </w:rPr>
        <w:t>Registro</w:t>
      </w:r>
      <w:proofErr w:type="spellEnd"/>
      <w:r>
        <w:rPr>
          <w:b/>
          <w:sz w:val="22"/>
        </w:rPr>
        <w:t xml:space="preserve"> de </w:t>
      </w:r>
      <w:proofErr w:type="spellStart"/>
      <w:r>
        <w:rPr>
          <w:b/>
          <w:sz w:val="22"/>
        </w:rPr>
        <w:t>mantenimiento</w:t>
      </w:r>
      <w:proofErr w:type="spellEnd"/>
      <w:r>
        <w:rPr>
          <w:b/>
          <w:sz w:val="22"/>
        </w:rPr>
        <w:t xml:space="preserve"> y </w:t>
      </w:r>
      <w:proofErr w:type="spellStart"/>
      <w:r>
        <w:rPr>
          <w:b/>
          <w:sz w:val="22"/>
        </w:rPr>
        <w:t>prueba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4637"/>
      </w:tblGrid>
      <w:tr w:rsidR="000767AF" w14:paraId="3CA36EFA" w14:textId="77777777">
        <w:trPr>
          <w:jc w:val="center"/>
        </w:trPr>
        <w:tc>
          <w:tcPr>
            <w:tcW w:w="4637" w:type="dxa"/>
            <w:shd w:val="clear" w:color="auto" w:fill="DCEBF6"/>
          </w:tcPr>
          <w:p w14:paraId="016BA2B1" w14:textId="77777777" w:rsidR="000767AF" w:rsidRDefault="00000000">
            <w:pPr>
              <w:spacing w:after="20"/>
            </w:pPr>
            <w:r>
              <w:rPr>
                <w:b/>
                <w:sz w:val="18"/>
              </w:rPr>
              <w:t>Campo</w:t>
            </w:r>
          </w:p>
        </w:tc>
        <w:tc>
          <w:tcPr>
            <w:tcW w:w="4637" w:type="dxa"/>
            <w:shd w:val="clear" w:color="auto" w:fill="DCEBF6"/>
          </w:tcPr>
          <w:p w14:paraId="194D1175" w14:textId="77777777" w:rsidR="000767AF" w:rsidRDefault="00000000">
            <w:pPr>
              <w:spacing w:after="20"/>
            </w:pPr>
            <w:r>
              <w:rPr>
                <w:b/>
                <w:sz w:val="18"/>
              </w:rPr>
              <w:t>Dato</w:t>
            </w:r>
          </w:p>
        </w:tc>
      </w:tr>
      <w:tr w:rsidR="000767AF" w14:paraId="21537F02" w14:textId="77777777">
        <w:trPr>
          <w:jc w:val="center"/>
        </w:trPr>
        <w:tc>
          <w:tcPr>
            <w:tcW w:w="4637" w:type="dxa"/>
          </w:tcPr>
          <w:p w14:paraId="64E53802" w14:textId="77777777" w:rsidR="000767AF" w:rsidRDefault="00000000">
            <w:pPr>
              <w:spacing w:after="20"/>
            </w:pPr>
            <w:r>
              <w:rPr>
                <w:sz w:val="18"/>
              </w:rPr>
              <w:t xml:space="preserve">Orden de </w:t>
            </w:r>
            <w:proofErr w:type="spellStart"/>
            <w:r>
              <w:rPr>
                <w:sz w:val="18"/>
              </w:rPr>
              <w:t>trabajo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permiso</w:t>
            </w:r>
            <w:proofErr w:type="spellEnd"/>
          </w:p>
        </w:tc>
        <w:tc>
          <w:tcPr>
            <w:tcW w:w="4637" w:type="dxa"/>
          </w:tcPr>
          <w:p w14:paraId="48A29C50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________________________________________</w:t>
            </w:r>
          </w:p>
        </w:tc>
      </w:tr>
      <w:tr w:rsidR="000767AF" w14:paraId="47F7F791" w14:textId="77777777">
        <w:trPr>
          <w:jc w:val="center"/>
        </w:trPr>
        <w:tc>
          <w:tcPr>
            <w:tcW w:w="4637" w:type="dxa"/>
          </w:tcPr>
          <w:p w14:paraId="1B3C3051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Fecha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técnico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competente</w:t>
            </w:r>
            <w:proofErr w:type="spellEnd"/>
          </w:p>
        </w:tc>
        <w:tc>
          <w:tcPr>
            <w:tcW w:w="4637" w:type="dxa"/>
          </w:tcPr>
          <w:p w14:paraId="6F165CEE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________________________________________</w:t>
            </w:r>
          </w:p>
        </w:tc>
      </w:tr>
      <w:tr w:rsidR="000767AF" w14:paraId="5D2278C5" w14:textId="77777777">
        <w:trPr>
          <w:jc w:val="center"/>
        </w:trPr>
        <w:tc>
          <w:tcPr>
            <w:tcW w:w="4637" w:type="dxa"/>
          </w:tcPr>
          <w:p w14:paraId="0EE15F1A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Alcance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dispositivos</w:t>
            </w:r>
            <w:proofErr w:type="spellEnd"/>
          </w:p>
        </w:tc>
        <w:tc>
          <w:tcPr>
            <w:tcW w:w="4637" w:type="dxa"/>
          </w:tcPr>
          <w:p w14:paraId="770A31B9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________________________________________</w:t>
            </w:r>
          </w:p>
        </w:tc>
      </w:tr>
      <w:tr w:rsidR="000767AF" w14:paraId="6B6C48A3" w14:textId="77777777">
        <w:trPr>
          <w:jc w:val="center"/>
        </w:trPr>
        <w:tc>
          <w:tcPr>
            <w:tcW w:w="4637" w:type="dxa"/>
          </w:tcPr>
          <w:p w14:paraId="0E80136F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Medidas</w:t>
            </w:r>
            <w:proofErr w:type="spellEnd"/>
            <w:r>
              <w:rPr>
                <w:sz w:val="18"/>
              </w:rPr>
              <w:t xml:space="preserve"> para </w:t>
            </w:r>
            <w:proofErr w:type="spellStart"/>
            <w:r>
              <w:rPr>
                <w:sz w:val="18"/>
              </w:rPr>
              <w:t>impedir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activaciones</w:t>
            </w:r>
            <w:proofErr w:type="spellEnd"/>
            <w:r>
              <w:rPr>
                <w:sz w:val="18"/>
              </w:rPr>
              <w:t xml:space="preserve"> no </w:t>
            </w:r>
            <w:proofErr w:type="spellStart"/>
            <w:r>
              <w:rPr>
                <w:sz w:val="18"/>
              </w:rPr>
              <w:t>deseadas</w:t>
            </w:r>
            <w:proofErr w:type="spellEnd"/>
          </w:p>
        </w:tc>
        <w:tc>
          <w:tcPr>
            <w:tcW w:w="4637" w:type="dxa"/>
          </w:tcPr>
          <w:p w14:paraId="62763215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________________________________________</w:t>
            </w:r>
          </w:p>
        </w:tc>
      </w:tr>
      <w:tr w:rsidR="000767AF" w14:paraId="199FDF0A" w14:textId="77777777">
        <w:trPr>
          <w:jc w:val="center"/>
        </w:trPr>
        <w:tc>
          <w:tcPr>
            <w:tcW w:w="4637" w:type="dxa"/>
          </w:tcPr>
          <w:p w14:paraId="342B7C78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Resultado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desviaciones</w:t>
            </w:r>
            <w:proofErr w:type="spellEnd"/>
          </w:p>
        </w:tc>
        <w:tc>
          <w:tcPr>
            <w:tcW w:w="4637" w:type="dxa"/>
          </w:tcPr>
          <w:p w14:paraId="0352C6C3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________________________________________</w:t>
            </w:r>
          </w:p>
        </w:tc>
      </w:tr>
      <w:tr w:rsidR="000767AF" w14:paraId="48D8FC41" w14:textId="77777777">
        <w:trPr>
          <w:jc w:val="center"/>
        </w:trPr>
        <w:tc>
          <w:tcPr>
            <w:tcW w:w="4637" w:type="dxa"/>
          </w:tcPr>
          <w:p w14:paraId="253C3EF4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Pendientes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acciones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correctivas</w:t>
            </w:r>
            <w:proofErr w:type="spellEnd"/>
          </w:p>
        </w:tc>
        <w:tc>
          <w:tcPr>
            <w:tcW w:w="4637" w:type="dxa"/>
          </w:tcPr>
          <w:p w14:paraId="1347E997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________________________________________</w:t>
            </w:r>
          </w:p>
        </w:tc>
      </w:tr>
      <w:tr w:rsidR="000767AF" w14:paraId="42E3BA2B" w14:textId="77777777">
        <w:trPr>
          <w:jc w:val="center"/>
        </w:trPr>
        <w:tc>
          <w:tcPr>
            <w:tcW w:w="4637" w:type="dxa"/>
          </w:tcPr>
          <w:p w14:paraId="47521E82" w14:textId="77777777" w:rsidR="000767AF" w:rsidRDefault="00000000">
            <w:pPr>
              <w:spacing w:after="20"/>
            </w:pPr>
            <w:proofErr w:type="spellStart"/>
            <w:r>
              <w:rPr>
                <w:sz w:val="18"/>
              </w:rPr>
              <w:t>Restitución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validación</w:t>
            </w:r>
            <w:proofErr w:type="spellEnd"/>
          </w:p>
        </w:tc>
        <w:tc>
          <w:tcPr>
            <w:tcW w:w="4637" w:type="dxa"/>
          </w:tcPr>
          <w:p w14:paraId="34693359" w14:textId="77777777" w:rsidR="000767AF" w:rsidRDefault="00000000">
            <w:pPr>
              <w:spacing w:after="20"/>
            </w:pPr>
            <w:r>
              <w:rPr>
                <w:sz w:val="18"/>
              </w:rPr>
              <w:t>________________________________________</w:t>
            </w:r>
          </w:p>
        </w:tc>
      </w:tr>
    </w:tbl>
    <w:p w14:paraId="3569DF7C" w14:textId="77777777" w:rsidR="000767AF" w:rsidRDefault="000767AF">
      <w:pPr>
        <w:spacing w:after="0"/>
      </w:pPr>
    </w:p>
    <w:p w14:paraId="39AF660C" w14:textId="77777777" w:rsidR="000767AF" w:rsidRDefault="00000000">
      <w:pPr>
        <w:spacing w:before="140"/>
      </w:pPr>
      <w:r>
        <w:rPr>
          <w:b/>
          <w:sz w:val="22"/>
        </w:rPr>
        <w:t xml:space="preserve">10. Casos para </w:t>
      </w:r>
      <w:proofErr w:type="spellStart"/>
      <w:r>
        <w:rPr>
          <w:b/>
          <w:sz w:val="22"/>
        </w:rPr>
        <w:t>análisis</w:t>
      </w:r>
      <w:proofErr w:type="spellEnd"/>
    </w:p>
    <w:p w14:paraId="18EAB793" w14:textId="77777777" w:rsidR="000767AF" w:rsidRDefault="00000000">
      <w:pPr>
        <w:jc w:val="both"/>
      </w:pPr>
      <w:r>
        <w:t xml:space="preserve">Caso 1. Se </w:t>
      </w:r>
      <w:proofErr w:type="spellStart"/>
      <w:r>
        <w:t>observa</w:t>
      </w:r>
      <w:proofErr w:type="spellEnd"/>
      <w:r>
        <w:t xml:space="preserve"> luz </w:t>
      </w:r>
      <w:proofErr w:type="spellStart"/>
      <w:r>
        <w:t>verde</w:t>
      </w:r>
      <w:proofErr w:type="spellEnd"/>
      <w:r>
        <w:t xml:space="preserve"> de AC POWER,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señal</w:t>
      </w:r>
      <w:proofErr w:type="spellEnd"/>
      <w:r>
        <w:t xml:space="preserve"> amarilla TROUBLE. ¿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declararse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sin </w:t>
      </w:r>
      <w:proofErr w:type="spellStart"/>
      <w:r>
        <w:t>fallas</w:t>
      </w:r>
      <w:proofErr w:type="spellEnd"/>
      <w:r>
        <w:t xml:space="preserve">? </w:t>
      </w:r>
      <w:proofErr w:type="spellStart"/>
      <w:r>
        <w:t>Justifique</w:t>
      </w:r>
      <w:proofErr w:type="spellEnd"/>
      <w:r>
        <w:t>.</w:t>
      </w:r>
    </w:p>
    <w:p w14:paraId="7F913460" w14:textId="77777777" w:rsidR="000767AF" w:rsidRDefault="00000000">
      <w:pPr>
        <w:jc w:val="both"/>
      </w:pPr>
      <w:r>
        <w:t xml:space="preserve">Caso 2. Un </w:t>
      </w:r>
      <w:proofErr w:type="spellStart"/>
      <w:r>
        <w:t>operador</w:t>
      </w:r>
      <w:proofErr w:type="spellEnd"/>
      <w:r>
        <w:t xml:space="preserve"> </w:t>
      </w:r>
      <w:proofErr w:type="spellStart"/>
      <w:r>
        <w:t>recibe</w:t>
      </w:r>
      <w:proofErr w:type="spellEnd"/>
      <w:r>
        <w:t xml:space="preserve"> </w:t>
      </w:r>
      <w:proofErr w:type="spellStart"/>
      <w:r>
        <w:t>alarma</w:t>
      </w:r>
      <w:proofErr w:type="spellEnd"/>
      <w:r>
        <w:t xml:space="preserve"> y </w:t>
      </w:r>
      <w:proofErr w:type="spellStart"/>
      <w:r>
        <w:t>presiona</w:t>
      </w:r>
      <w:proofErr w:type="spellEnd"/>
      <w:r>
        <w:t xml:space="preserve"> RESET </w:t>
      </w:r>
      <w:proofErr w:type="spellStart"/>
      <w:r>
        <w:t>repetidas</w:t>
      </w:r>
      <w:proofErr w:type="spellEnd"/>
      <w:r>
        <w:t xml:space="preserve"> </w:t>
      </w:r>
      <w:proofErr w:type="spellStart"/>
      <w:r>
        <w:t>veces</w:t>
      </w:r>
      <w:proofErr w:type="spellEnd"/>
      <w:r>
        <w:t xml:space="preserve"> para </w:t>
      </w:r>
      <w:proofErr w:type="spellStart"/>
      <w:r>
        <w:t>silenciar</w:t>
      </w:r>
      <w:proofErr w:type="spellEnd"/>
      <w:r>
        <w:t xml:space="preserve">. </w:t>
      </w:r>
      <w:proofErr w:type="spellStart"/>
      <w:r>
        <w:t>Identifique</w:t>
      </w:r>
      <w:proofErr w:type="spellEnd"/>
      <w:r>
        <w:t xml:space="preserve"> al </w:t>
      </w:r>
      <w:proofErr w:type="spellStart"/>
      <w:r>
        <w:t>menos</w:t>
      </w:r>
      <w:proofErr w:type="spellEnd"/>
      <w:r>
        <w:t xml:space="preserve">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riesgos</w:t>
      </w:r>
      <w:proofErr w:type="spellEnd"/>
      <w:r>
        <w:t xml:space="preserve"> de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práctica</w:t>
      </w:r>
      <w:proofErr w:type="spellEnd"/>
      <w:r>
        <w:t>.</w:t>
      </w:r>
    </w:p>
    <w:p w14:paraId="00934D00" w14:textId="77777777" w:rsidR="000767AF" w:rsidRDefault="00000000">
      <w:pPr>
        <w:jc w:val="both"/>
      </w:pPr>
      <w:r>
        <w:lastRenderedPageBreak/>
        <w:t xml:space="preserve">Caso 3. Una </w:t>
      </w:r>
      <w:proofErr w:type="spellStart"/>
      <w:r>
        <w:t>empresa</w:t>
      </w:r>
      <w:proofErr w:type="spellEnd"/>
      <w:r>
        <w:t xml:space="preserve"> </w:t>
      </w:r>
      <w:proofErr w:type="spellStart"/>
      <w:r>
        <w:t>necesita</w:t>
      </w:r>
      <w:proofErr w:type="spellEnd"/>
      <w:r>
        <w:t xml:space="preserve"> </w:t>
      </w:r>
      <w:proofErr w:type="spellStart"/>
      <w:r>
        <w:t>probar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estación</w:t>
      </w:r>
      <w:proofErr w:type="spellEnd"/>
      <w:r>
        <w:t xml:space="preserve"> manual </w:t>
      </w:r>
      <w:proofErr w:type="spellStart"/>
      <w:r>
        <w:t>vinculada</w:t>
      </w:r>
      <w:proofErr w:type="spellEnd"/>
      <w:r>
        <w:t xml:space="preserve"> a un </w:t>
      </w:r>
      <w:proofErr w:type="spellStart"/>
      <w:r>
        <w:t>sistema</w:t>
      </w:r>
      <w:proofErr w:type="spellEnd"/>
      <w:r>
        <w:t xml:space="preserve"> de </w:t>
      </w:r>
      <w:proofErr w:type="spellStart"/>
      <w:r>
        <w:t>descarga</w:t>
      </w:r>
      <w:proofErr w:type="spellEnd"/>
      <w:r>
        <w:t xml:space="preserve"> de </w:t>
      </w:r>
      <w:proofErr w:type="spellStart"/>
      <w:r>
        <w:t>agente</w:t>
      </w:r>
      <w:proofErr w:type="spellEnd"/>
      <w:r>
        <w:t>. 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controles</w:t>
      </w:r>
      <w:proofErr w:type="spellEnd"/>
      <w:r>
        <w:t xml:space="preserve"> y </w:t>
      </w:r>
      <w:proofErr w:type="spellStart"/>
      <w:r>
        <w:t>autorizaciones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existir</w:t>
      </w:r>
      <w:proofErr w:type="spellEnd"/>
      <w:r>
        <w:t xml:space="preserve"> </w:t>
      </w:r>
      <w:proofErr w:type="spellStart"/>
      <w:r>
        <w:t>previamente</w:t>
      </w:r>
      <w:proofErr w:type="spellEnd"/>
      <w:r>
        <w:t>?</w:t>
      </w:r>
    </w:p>
    <w:p w14:paraId="2DFDB1DF" w14:textId="77777777" w:rsidR="000767AF" w:rsidRDefault="00000000">
      <w:pPr>
        <w:jc w:val="both"/>
      </w:pPr>
      <w:r>
        <w:t xml:space="preserve">Caso 4. </w:t>
      </w:r>
      <w:proofErr w:type="spellStart"/>
      <w:r>
        <w:t>Tras</w:t>
      </w:r>
      <w:proofErr w:type="spellEnd"/>
      <w:r>
        <w:t xml:space="preserve"> </w:t>
      </w:r>
      <w:proofErr w:type="spellStart"/>
      <w:r>
        <w:t>mantenimiento</w:t>
      </w:r>
      <w:proofErr w:type="spellEnd"/>
      <w:r>
        <w:t xml:space="preserve">, </w:t>
      </w:r>
      <w:proofErr w:type="spellStart"/>
      <w:r>
        <w:t>queda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zona </w:t>
      </w:r>
      <w:proofErr w:type="spellStart"/>
      <w:r>
        <w:t>anulada</w:t>
      </w:r>
      <w:proofErr w:type="spellEnd"/>
      <w:r>
        <w:t>. ¿</w:t>
      </w:r>
      <w:proofErr w:type="spellStart"/>
      <w:r>
        <w:t>Cómo</w:t>
      </w:r>
      <w:proofErr w:type="spellEnd"/>
      <w:r>
        <w:t xml:space="preserve"> se </w:t>
      </w:r>
      <w:proofErr w:type="spellStart"/>
      <w:r>
        <w:t>gestiona</w:t>
      </w:r>
      <w:proofErr w:type="spellEnd"/>
      <w:r>
        <w:t xml:space="preserve"> y </w:t>
      </w:r>
      <w:proofErr w:type="spellStart"/>
      <w:r>
        <w:t>quién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autorizar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cierre</w:t>
      </w:r>
      <w:proofErr w:type="spellEnd"/>
      <w:r>
        <w:t>?</w:t>
      </w:r>
    </w:p>
    <w:p w14:paraId="789D8CAE" w14:textId="77777777" w:rsidR="000767AF" w:rsidRDefault="00000000">
      <w:pPr>
        <w:spacing w:before="140"/>
      </w:pPr>
      <w:r>
        <w:rPr>
          <w:b/>
          <w:sz w:val="22"/>
        </w:rPr>
        <w:t xml:space="preserve">11. </w:t>
      </w:r>
      <w:proofErr w:type="spellStart"/>
      <w:r>
        <w:rPr>
          <w:b/>
          <w:sz w:val="22"/>
        </w:rPr>
        <w:t>Evaluación</w:t>
      </w:r>
      <w:proofErr w:type="spellEnd"/>
      <w:r>
        <w:rPr>
          <w:b/>
          <w:sz w:val="22"/>
        </w:rPr>
        <w:t xml:space="preserve"> de </w:t>
      </w:r>
      <w:proofErr w:type="spellStart"/>
      <w:r>
        <w:rPr>
          <w:b/>
          <w:sz w:val="22"/>
        </w:rPr>
        <w:t>aprendizaje</w:t>
      </w:r>
      <w:proofErr w:type="spellEnd"/>
      <w:r>
        <w:rPr>
          <w:b/>
          <w:sz w:val="22"/>
        </w:rPr>
        <w:t xml:space="preserve"> (15 </w:t>
      </w:r>
      <w:proofErr w:type="spellStart"/>
      <w:r>
        <w:rPr>
          <w:b/>
          <w:sz w:val="22"/>
        </w:rPr>
        <w:t>preguntas</w:t>
      </w:r>
      <w:proofErr w:type="spellEnd"/>
      <w:r>
        <w:rPr>
          <w:b/>
          <w:sz w:val="22"/>
        </w:rPr>
        <w:t>)</w:t>
      </w:r>
    </w:p>
    <w:p w14:paraId="4F2ADE4B" w14:textId="77777777" w:rsidR="000767AF" w:rsidRDefault="00000000">
      <w:pPr>
        <w:jc w:val="both"/>
      </w:pPr>
      <w:r>
        <w:t xml:space="preserve">a) </w:t>
      </w:r>
      <w:proofErr w:type="spellStart"/>
      <w:r>
        <w:t>Mantenimiento</w:t>
      </w:r>
      <w:proofErr w:type="spellEnd"/>
      <w:r>
        <w:t xml:space="preserve"> </w:t>
      </w:r>
      <w:proofErr w:type="spellStart"/>
      <w:r>
        <w:t>vencido</w:t>
      </w:r>
      <w:proofErr w:type="spellEnd"/>
      <w:r>
        <w:t xml:space="preserve">    b) </w:t>
      </w:r>
      <w:proofErr w:type="spellStart"/>
      <w:r>
        <w:t>Posible</w:t>
      </w:r>
      <w:proofErr w:type="spellEnd"/>
      <w:r>
        <w:t xml:space="preserve"> </w:t>
      </w:r>
      <w:proofErr w:type="spellStart"/>
      <w:r>
        <w:t>emergencia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requiere</w:t>
      </w:r>
      <w:proofErr w:type="spellEnd"/>
      <w:r>
        <w:t xml:space="preserve"> </w:t>
      </w:r>
      <w:proofErr w:type="spellStart"/>
      <w:r>
        <w:t>respuesta</w:t>
      </w:r>
      <w:proofErr w:type="spellEnd"/>
      <w:r>
        <w:t xml:space="preserve">    c) Panel </w:t>
      </w:r>
      <w:proofErr w:type="spellStart"/>
      <w:r>
        <w:t>desenergizado</w:t>
      </w:r>
      <w:proofErr w:type="spellEnd"/>
    </w:p>
    <w:p w14:paraId="3A9EB4D8" w14:textId="77777777" w:rsidR="000767AF" w:rsidRDefault="00000000">
      <w:pPr>
        <w:jc w:val="both"/>
      </w:pPr>
      <w:r>
        <w:t xml:space="preserve">2. ¿Para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sirve</w:t>
      </w:r>
      <w:proofErr w:type="spellEnd"/>
      <w:r>
        <w:t xml:space="preserve"> ACKNOWLEDGE?</w:t>
      </w:r>
    </w:p>
    <w:p w14:paraId="758C94E3" w14:textId="77777777" w:rsidR="000767AF" w:rsidRDefault="00000000">
      <w:pPr>
        <w:jc w:val="both"/>
      </w:pPr>
      <w:r>
        <w:t xml:space="preserve">a) Resolver la </w:t>
      </w:r>
      <w:proofErr w:type="spellStart"/>
      <w:r>
        <w:t>falla</w:t>
      </w:r>
      <w:proofErr w:type="spellEnd"/>
      <w:r>
        <w:t xml:space="preserve">    b) </w:t>
      </w:r>
      <w:proofErr w:type="spellStart"/>
      <w:r>
        <w:t>Reconocer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según</w:t>
      </w:r>
      <w:proofErr w:type="spellEnd"/>
      <w:r>
        <w:t xml:space="preserve"> </w:t>
      </w:r>
      <w:proofErr w:type="spellStart"/>
      <w:r>
        <w:t>lógica</w:t>
      </w:r>
      <w:proofErr w:type="spellEnd"/>
      <w:r>
        <w:t xml:space="preserve"> del </w:t>
      </w:r>
      <w:proofErr w:type="spellStart"/>
      <w:r>
        <w:t>equipo</w:t>
      </w:r>
      <w:proofErr w:type="spellEnd"/>
      <w:r>
        <w:t xml:space="preserve">    c) </w:t>
      </w:r>
      <w:proofErr w:type="spellStart"/>
      <w:r>
        <w:t>Cortar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suministro</w:t>
      </w:r>
      <w:proofErr w:type="spellEnd"/>
    </w:p>
    <w:p w14:paraId="2D38C12D" w14:textId="77777777" w:rsidR="000767AF" w:rsidRDefault="00000000">
      <w:pPr>
        <w:jc w:val="both"/>
      </w:pPr>
      <w:r>
        <w:t xml:space="preserve">3. ¿Es lo </w:t>
      </w:r>
      <w:proofErr w:type="spellStart"/>
      <w:r>
        <w:t>mismo</w:t>
      </w:r>
      <w:proofErr w:type="spellEnd"/>
      <w:r>
        <w:t xml:space="preserve"> ACKNOWLEDGE </w:t>
      </w:r>
      <w:proofErr w:type="spellStart"/>
      <w:r>
        <w:t>que</w:t>
      </w:r>
      <w:proofErr w:type="spellEnd"/>
      <w:r>
        <w:t xml:space="preserve"> RESET?</w:t>
      </w:r>
    </w:p>
    <w:p w14:paraId="7557A6CC" w14:textId="77777777" w:rsidR="000767AF" w:rsidRDefault="00000000">
      <w:pPr>
        <w:jc w:val="both"/>
      </w:pPr>
      <w:r>
        <w:t xml:space="preserve">a) </w:t>
      </w:r>
      <w:proofErr w:type="spellStart"/>
      <w:r>
        <w:t>Sí</w:t>
      </w:r>
      <w:proofErr w:type="spellEnd"/>
      <w:r>
        <w:t xml:space="preserve">    b) No    c) Solo de </w:t>
      </w:r>
      <w:proofErr w:type="spellStart"/>
      <w:r>
        <w:t>noche</w:t>
      </w:r>
      <w:proofErr w:type="spellEnd"/>
    </w:p>
    <w:p w14:paraId="3EA6DCF1" w14:textId="77777777" w:rsidR="000767AF" w:rsidRDefault="00000000">
      <w:pPr>
        <w:jc w:val="both"/>
      </w:pPr>
      <w:r>
        <w:t xml:space="preserve">4. Antes de usar RESET </w:t>
      </w:r>
      <w:proofErr w:type="spellStart"/>
      <w:r>
        <w:t>tras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alarma</w:t>
      </w:r>
      <w:proofErr w:type="spellEnd"/>
      <w:r>
        <w:t xml:space="preserve"> se </w:t>
      </w:r>
      <w:proofErr w:type="spellStart"/>
      <w:r>
        <w:t>debe</w:t>
      </w:r>
      <w:proofErr w:type="spellEnd"/>
      <w:r>
        <w:t>:</w:t>
      </w:r>
    </w:p>
    <w:p w14:paraId="2276D4B5" w14:textId="77777777" w:rsidR="000767AF" w:rsidRDefault="00000000">
      <w:pPr>
        <w:jc w:val="both"/>
      </w:pPr>
      <w:r>
        <w:t xml:space="preserve">a) </w:t>
      </w:r>
      <w:proofErr w:type="spellStart"/>
      <w:r>
        <w:t>Identificar</w:t>
      </w:r>
      <w:proofErr w:type="spellEnd"/>
      <w:r>
        <w:t xml:space="preserve"> y </w:t>
      </w:r>
      <w:proofErr w:type="spellStart"/>
      <w:r>
        <w:t>atender</w:t>
      </w:r>
      <w:proofErr w:type="spellEnd"/>
      <w:r>
        <w:t xml:space="preserve"> la causa, con </w:t>
      </w:r>
      <w:proofErr w:type="spellStart"/>
      <w:r>
        <w:t>autorización</w:t>
      </w:r>
      <w:proofErr w:type="spellEnd"/>
      <w:r>
        <w:t xml:space="preserve">    b) </w:t>
      </w:r>
      <w:proofErr w:type="spellStart"/>
      <w:r>
        <w:t>Apagar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edificio</w:t>
      </w:r>
      <w:proofErr w:type="spellEnd"/>
      <w:r>
        <w:t xml:space="preserve">    c) </w:t>
      </w:r>
      <w:proofErr w:type="spellStart"/>
      <w:r>
        <w:t>Omitir</w:t>
      </w:r>
      <w:proofErr w:type="spellEnd"/>
      <w:r>
        <w:t xml:space="preserve"> </w:t>
      </w:r>
      <w:proofErr w:type="spellStart"/>
      <w:r>
        <w:t>registro</w:t>
      </w:r>
      <w:proofErr w:type="spellEnd"/>
    </w:p>
    <w:p w14:paraId="43CADE59" w14:textId="77777777" w:rsidR="000767AF" w:rsidRDefault="00000000">
      <w:pPr>
        <w:jc w:val="both"/>
      </w:pPr>
      <w:r>
        <w:t xml:space="preserve">5. Una </w:t>
      </w:r>
      <w:proofErr w:type="spellStart"/>
      <w:r>
        <w:t>señal</w:t>
      </w:r>
      <w:proofErr w:type="spellEnd"/>
      <w:r>
        <w:t xml:space="preserve"> TROUBLE:</w:t>
      </w:r>
    </w:p>
    <w:p w14:paraId="58C0D7D1" w14:textId="77777777" w:rsidR="000767AF" w:rsidRDefault="00000000">
      <w:pPr>
        <w:jc w:val="both"/>
      </w:pPr>
      <w:r>
        <w:t xml:space="preserve">a) Debe </w:t>
      </w:r>
      <w:proofErr w:type="spellStart"/>
      <w:r>
        <w:t>ignorarse</w:t>
      </w:r>
      <w:proofErr w:type="spellEnd"/>
      <w:r>
        <w:t xml:space="preserve">    b)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indicar</w:t>
      </w:r>
      <w:proofErr w:type="spellEnd"/>
      <w:r>
        <w:t xml:space="preserve"> </w:t>
      </w:r>
      <w:proofErr w:type="spellStart"/>
      <w:r>
        <w:t>pérdida</w:t>
      </w:r>
      <w:proofErr w:type="spellEnd"/>
      <w:r>
        <w:t xml:space="preserve"> de </w:t>
      </w:r>
      <w:proofErr w:type="spellStart"/>
      <w:r>
        <w:t>confiabilidad</w:t>
      </w:r>
      <w:proofErr w:type="spellEnd"/>
      <w:r>
        <w:t xml:space="preserve"> o </w:t>
      </w:r>
      <w:proofErr w:type="spellStart"/>
      <w:r>
        <w:t>cobertura</w:t>
      </w:r>
      <w:proofErr w:type="spellEnd"/>
      <w:r>
        <w:t xml:space="preserve">    c) </w:t>
      </w:r>
      <w:proofErr w:type="spellStart"/>
      <w:r>
        <w:t>Prueba</w:t>
      </w:r>
      <w:proofErr w:type="spellEnd"/>
      <w:r>
        <w:t xml:space="preserve"> </w:t>
      </w:r>
      <w:proofErr w:type="spellStart"/>
      <w:r>
        <w:t>incendio</w:t>
      </w:r>
      <w:proofErr w:type="spellEnd"/>
    </w:p>
    <w:p w14:paraId="792464CF" w14:textId="77777777" w:rsidR="000767AF" w:rsidRDefault="00000000">
      <w:pPr>
        <w:jc w:val="both"/>
      </w:pPr>
      <w:r>
        <w:t xml:space="preserve">6. Un panel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</w:t>
      </w:r>
      <w:proofErr w:type="spellStart"/>
      <w:r>
        <w:t>funciones</w:t>
      </w:r>
      <w:proofErr w:type="spellEnd"/>
      <w:r>
        <w:t xml:space="preserve"> de </w:t>
      </w:r>
      <w:proofErr w:type="spellStart"/>
      <w:r>
        <w:t>descarga</w:t>
      </w:r>
      <w:proofErr w:type="spellEnd"/>
      <w:r>
        <w:t xml:space="preserve"> de </w:t>
      </w:r>
      <w:proofErr w:type="spellStart"/>
      <w:r>
        <w:t>agente</w:t>
      </w:r>
      <w:proofErr w:type="spellEnd"/>
      <w:r>
        <w:t>.</w:t>
      </w:r>
    </w:p>
    <w:p w14:paraId="043C4B05" w14:textId="77777777" w:rsidR="000767AF" w:rsidRDefault="00000000">
      <w:pPr>
        <w:jc w:val="both"/>
      </w:pPr>
      <w:r>
        <w:t>a) Verdadero    b) Falso</w:t>
      </w:r>
    </w:p>
    <w:p w14:paraId="1816AF00" w14:textId="77777777" w:rsidR="000767AF" w:rsidRDefault="00000000">
      <w:pPr>
        <w:jc w:val="both"/>
      </w:pPr>
      <w:r>
        <w:t xml:space="preserve">7. SILENCE </w:t>
      </w:r>
      <w:proofErr w:type="spellStart"/>
      <w:r>
        <w:t>garantiza</w:t>
      </w:r>
      <w:proofErr w:type="spellEnd"/>
      <w:r>
        <w:t xml:space="preserve"> </w:t>
      </w:r>
      <w:proofErr w:type="spellStart"/>
      <w:r>
        <w:t>bloquear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descarga</w:t>
      </w:r>
      <w:proofErr w:type="spellEnd"/>
      <w:r>
        <w:t>.</w:t>
      </w:r>
    </w:p>
    <w:p w14:paraId="39443E9C" w14:textId="77777777" w:rsidR="000767AF" w:rsidRDefault="00000000">
      <w:pPr>
        <w:jc w:val="both"/>
      </w:pPr>
      <w:r>
        <w:t>a) Verdadero    b) Falso</w:t>
      </w:r>
    </w:p>
    <w:p w14:paraId="0A22B593" w14:textId="77777777" w:rsidR="000767AF" w:rsidRDefault="00000000">
      <w:pPr>
        <w:jc w:val="both"/>
      </w:pPr>
      <w:r>
        <w:t>8. ¿</w:t>
      </w:r>
      <w:proofErr w:type="spellStart"/>
      <w:r>
        <w:t>Quién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modificar</w:t>
      </w:r>
      <w:proofErr w:type="spellEnd"/>
      <w:r>
        <w:t xml:space="preserve"> la </w:t>
      </w:r>
      <w:proofErr w:type="spellStart"/>
      <w:r>
        <w:t>programación</w:t>
      </w:r>
      <w:proofErr w:type="spellEnd"/>
      <w:r>
        <w:t>?</w:t>
      </w:r>
    </w:p>
    <w:p w14:paraId="709C8624" w14:textId="77777777" w:rsidR="000767AF" w:rsidRDefault="00000000">
      <w:pPr>
        <w:jc w:val="both"/>
      </w:pPr>
      <w:r>
        <w:t xml:space="preserve">a) Cualquier vigilante    b) Personal </w:t>
      </w:r>
      <w:proofErr w:type="spellStart"/>
      <w:r>
        <w:t>competente</w:t>
      </w:r>
      <w:proofErr w:type="spellEnd"/>
      <w:r>
        <w:t xml:space="preserve"> </w:t>
      </w:r>
      <w:proofErr w:type="spellStart"/>
      <w:r>
        <w:t>autorizado</w:t>
      </w:r>
      <w:proofErr w:type="spellEnd"/>
      <w:r>
        <w:t xml:space="preserve">    c) </w:t>
      </w:r>
      <w:proofErr w:type="spellStart"/>
      <w:r>
        <w:t>Visitante</w:t>
      </w:r>
      <w:proofErr w:type="spellEnd"/>
    </w:p>
    <w:p w14:paraId="3FD306B1" w14:textId="77777777" w:rsidR="000767AF" w:rsidRDefault="00000000">
      <w:pPr>
        <w:jc w:val="both"/>
      </w:pPr>
      <w:r>
        <w:t>9. ¿</w:t>
      </w:r>
      <w:proofErr w:type="spellStart"/>
      <w:r>
        <w:t>Qué</w:t>
      </w:r>
      <w:proofErr w:type="spellEnd"/>
      <w:r>
        <w:t xml:space="preserve"> es </w:t>
      </w:r>
      <w:proofErr w:type="spellStart"/>
      <w:r>
        <w:t>una</w:t>
      </w:r>
      <w:proofErr w:type="spellEnd"/>
      <w:r>
        <w:t xml:space="preserve"> </w:t>
      </w:r>
      <w:proofErr w:type="spellStart"/>
      <w:r>
        <w:t>inspección</w:t>
      </w:r>
      <w:proofErr w:type="spellEnd"/>
      <w:r>
        <w:t xml:space="preserve"> visual?</w:t>
      </w:r>
    </w:p>
    <w:p w14:paraId="1DB498A2" w14:textId="77777777" w:rsidR="000767AF" w:rsidRDefault="00000000">
      <w:pPr>
        <w:jc w:val="both"/>
      </w:pPr>
      <w:r>
        <w:t xml:space="preserve">a) </w:t>
      </w:r>
      <w:proofErr w:type="spellStart"/>
      <w:r>
        <w:t>Revisión</w:t>
      </w:r>
      <w:proofErr w:type="spellEnd"/>
      <w:r>
        <w:t xml:space="preserve"> exterior y </w:t>
      </w:r>
      <w:proofErr w:type="spellStart"/>
      <w:r>
        <w:t>registro</w:t>
      </w:r>
      <w:proofErr w:type="spellEnd"/>
      <w:r>
        <w:t xml:space="preserve">    b) Cambio de </w:t>
      </w:r>
      <w:proofErr w:type="spellStart"/>
      <w:r>
        <w:t>cableado</w:t>
      </w:r>
      <w:proofErr w:type="spellEnd"/>
      <w:r>
        <w:t xml:space="preserve">    c) </w:t>
      </w:r>
      <w:proofErr w:type="spellStart"/>
      <w:r>
        <w:t>Descarga</w:t>
      </w:r>
      <w:proofErr w:type="spellEnd"/>
      <w:r>
        <w:t xml:space="preserve"> de </w:t>
      </w:r>
      <w:proofErr w:type="spellStart"/>
      <w:r>
        <w:t>prueba</w:t>
      </w:r>
      <w:proofErr w:type="spellEnd"/>
    </w:p>
    <w:p w14:paraId="34503AA5" w14:textId="77777777" w:rsidR="000767AF" w:rsidRDefault="00000000">
      <w:pPr>
        <w:jc w:val="both"/>
      </w:pPr>
      <w:r>
        <w:t xml:space="preserve">10. Ante </w:t>
      </w:r>
      <w:proofErr w:type="spellStart"/>
      <w:r>
        <w:t>falla</w:t>
      </w:r>
      <w:proofErr w:type="spellEnd"/>
      <w:r>
        <w:t xml:space="preserve"> de </w:t>
      </w:r>
      <w:proofErr w:type="spellStart"/>
      <w:r>
        <w:t>batería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operador</w:t>
      </w:r>
      <w:proofErr w:type="spellEnd"/>
      <w:r>
        <w:t xml:space="preserve"> </w:t>
      </w:r>
      <w:proofErr w:type="spellStart"/>
      <w:r>
        <w:t>debe</w:t>
      </w:r>
      <w:proofErr w:type="spellEnd"/>
      <w:r>
        <w:t>:</w:t>
      </w:r>
    </w:p>
    <w:p w14:paraId="04E6A3D6" w14:textId="77777777" w:rsidR="000767AF" w:rsidRDefault="00000000">
      <w:pPr>
        <w:jc w:val="both"/>
      </w:pPr>
      <w:r>
        <w:t xml:space="preserve">a) </w:t>
      </w:r>
      <w:proofErr w:type="spellStart"/>
      <w:r>
        <w:t>Cortocircuitar</w:t>
      </w:r>
      <w:proofErr w:type="spellEnd"/>
      <w:r>
        <w:t xml:space="preserve"> </w:t>
      </w:r>
      <w:proofErr w:type="spellStart"/>
      <w:r>
        <w:t>bornes</w:t>
      </w:r>
      <w:proofErr w:type="spellEnd"/>
      <w:r>
        <w:t xml:space="preserve">    b) Registrar y </w:t>
      </w:r>
      <w:proofErr w:type="spellStart"/>
      <w:r>
        <w:t>escalar</w:t>
      </w:r>
      <w:proofErr w:type="spellEnd"/>
      <w:r>
        <w:t xml:space="preserve">    c) </w:t>
      </w:r>
      <w:proofErr w:type="spellStart"/>
      <w:r>
        <w:t>Ocultar</w:t>
      </w:r>
      <w:proofErr w:type="spellEnd"/>
      <w:r>
        <w:t xml:space="preserve"> </w:t>
      </w:r>
      <w:proofErr w:type="spellStart"/>
      <w:r>
        <w:t>evento</w:t>
      </w:r>
      <w:proofErr w:type="spellEnd"/>
    </w:p>
    <w:p w14:paraId="1F27FEB1" w14:textId="77777777" w:rsidR="000767AF" w:rsidRDefault="00000000">
      <w:pPr>
        <w:jc w:val="both"/>
      </w:pPr>
      <w:r>
        <w:t xml:space="preserve">11. En </w:t>
      </w:r>
      <w:proofErr w:type="spellStart"/>
      <w:r>
        <w:t>prueba</w:t>
      </w:r>
      <w:proofErr w:type="spellEnd"/>
      <w:r>
        <w:t xml:space="preserve"> real, primero se </w:t>
      </w:r>
      <w:proofErr w:type="spellStart"/>
      <w:r>
        <w:t>debe</w:t>
      </w:r>
      <w:proofErr w:type="spellEnd"/>
      <w:r>
        <w:t>:</w:t>
      </w:r>
    </w:p>
    <w:p w14:paraId="5C629DBF" w14:textId="77777777" w:rsidR="000767AF" w:rsidRDefault="00000000">
      <w:pPr>
        <w:jc w:val="both"/>
      </w:pPr>
      <w:r>
        <w:t xml:space="preserve">a) </w:t>
      </w:r>
      <w:proofErr w:type="spellStart"/>
      <w:r>
        <w:t>Activar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estación</w:t>
      </w:r>
      <w:proofErr w:type="spellEnd"/>
      <w:r>
        <w:t xml:space="preserve">    b) </w:t>
      </w:r>
      <w:proofErr w:type="spellStart"/>
      <w:r>
        <w:t>Coordinar</w:t>
      </w:r>
      <w:proofErr w:type="spellEnd"/>
      <w:r>
        <w:t xml:space="preserve"> y </w:t>
      </w:r>
      <w:proofErr w:type="spellStart"/>
      <w:r>
        <w:t>autorizar</w:t>
      </w:r>
      <w:proofErr w:type="spellEnd"/>
      <w:r>
        <w:t xml:space="preserve"> la </w:t>
      </w:r>
      <w:proofErr w:type="spellStart"/>
      <w:r>
        <w:t>prueba</w:t>
      </w:r>
      <w:proofErr w:type="spellEnd"/>
      <w:r>
        <w:t xml:space="preserve">    c) </w:t>
      </w:r>
      <w:proofErr w:type="spellStart"/>
      <w:r>
        <w:t>Reiniciar</w:t>
      </w:r>
      <w:proofErr w:type="spellEnd"/>
      <w:r>
        <w:t xml:space="preserve"> sin aviso</w:t>
      </w:r>
    </w:p>
    <w:p w14:paraId="4E4A933C" w14:textId="77777777" w:rsidR="000767AF" w:rsidRDefault="00000000">
      <w:pPr>
        <w:jc w:val="both"/>
      </w:pPr>
      <w:r>
        <w:t xml:space="preserve">12. Una zona </w:t>
      </w:r>
      <w:proofErr w:type="spellStart"/>
      <w:r>
        <w:t>deshabilitada</w:t>
      </w:r>
      <w:proofErr w:type="spellEnd"/>
      <w:r>
        <w:t xml:space="preserve"> </w:t>
      </w:r>
      <w:proofErr w:type="spellStart"/>
      <w:r>
        <w:t>requiere</w:t>
      </w:r>
      <w:proofErr w:type="spellEnd"/>
      <w:r>
        <w:t>:</w:t>
      </w:r>
    </w:p>
    <w:p w14:paraId="1DFF3F63" w14:textId="77777777" w:rsidR="000767AF" w:rsidRDefault="00000000">
      <w:pPr>
        <w:jc w:val="both"/>
      </w:pPr>
      <w:r>
        <w:t xml:space="preserve">a) </w:t>
      </w:r>
      <w:proofErr w:type="spellStart"/>
      <w:r>
        <w:t>Seguimiento</w:t>
      </w:r>
      <w:proofErr w:type="spellEnd"/>
      <w:r>
        <w:t xml:space="preserve"> y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compensatorias</w:t>
      </w:r>
      <w:proofErr w:type="spellEnd"/>
      <w:r>
        <w:t xml:space="preserve">    b) Nada    c) </w:t>
      </w:r>
      <w:proofErr w:type="spellStart"/>
      <w:r>
        <w:t>Borrar</w:t>
      </w:r>
      <w:proofErr w:type="spellEnd"/>
      <w:r>
        <w:t xml:space="preserve"> </w:t>
      </w:r>
      <w:proofErr w:type="spellStart"/>
      <w:r>
        <w:t>registro</w:t>
      </w:r>
      <w:proofErr w:type="spellEnd"/>
    </w:p>
    <w:p w14:paraId="642F8397" w14:textId="77777777" w:rsidR="000767AF" w:rsidRDefault="00000000">
      <w:pPr>
        <w:jc w:val="both"/>
      </w:pPr>
      <w:r>
        <w:t xml:space="preserve">13. El </w:t>
      </w:r>
      <w:proofErr w:type="spellStart"/>
      <w:r>
        <w:t>historial</w:t>
      </w:r>
      <w:proofErr w:type="spellEnd"/>
      <w:r>
        <w:t xml:space="preserve"> de </w:t>
      </w:r>
      <w:proofErr w:type="spellStart"/>
      <w:r>
        <w:t>eventos</w:t>
      </w:r>
      <w:proofErr w:type="spellEnd"/>
      <w:r>
        <w:t xml:space="preserve"> </w:t>
      </w:r>
      <w:proofErr w:type="spellStart"/>
      <w:r>
        <w:t>ayuda</w:t>
      </w:r>
      <w:proofErr w:type="spellEnd"/>
      <w:r>
        <w:t xml:space="preserve"> a:</w:t>
      </w:r>
    </w:p>
    <w:p w14:paraId="0DD834C4" w14:textId="77777777" w:rsidR="000767AF" w:rsidRDefault="00000000">
      <w:pPr>
        <w:jc w:val="both"/>
      </w:pPr>
      <w:r>
        <w:t xml:space="preserve">a) Registrar </w:t>
      </w:r>
      <w:proofErr w:type="spellStart"/>
      <w:r>
        <w:t>secuencia</w:t>
      </w:r>
      <w:proofErr w:type="spellEnd"/>
      <w:r>
        <w:t xml:space="preserve"> y </w:t>
      </w:r>
      <w:proofErr w:type="spellStart"/>
      <w:r>
        <w:t>trazabilidad</w:t>
      </w:r>
      <w:proofErr w:type="spellEnd"/>
      <w:r>
        <w:t xml:space="preserve">    b) </w:t>
      </w:r>
      <w:proofErr w:type="spellStart"/>
      <w:r>
        <w:t>Sustituir</w:t>
      </w:r>
      <w:proofErr w:type="spellEnd"/>
      <w:r>
        <w:t xml:space="preserve"> </w:t>
      </w:r>
      <w:proofErr w:type="spellStart"/>
      <w:r>
        <w:t>servicio</w:t>
      </w:r>
      <w:proofErr w:type="spellEnd"/>
      <w:r>
        <w:t xml:space="preserve"> </w:t>
      </w:r>
      <w:proofErr w:type="spellStart"/>
      <w:r>
        <w:t>técnico</w:t>
      </w:r>
      <w:proofErr w:type="spellEnd"/>
      <w:r>
        <w:t xml:space="preserve">    c) </w:t>
      </w:r>
      <w:proofErr w:type="spellStart"/>
      <w:r>
        <w:t>Eliminar</w:t>
      </w:r>
      <w:proofErr w:type="spellEnd"/>
      <w:r>
        <w:t xml:space="preserve"> </w:t>
      </w:r>
      <w:proofErr w:type="spellStart"/>
      <w:r>
        <w:t>riesgos</w:t>
      </w:r>
      <w:proofErr w:type="spellEnd"/>
    </w:p>
    <w:p w14:paraId="3A6CEED0" w14:textId="77777777" w:rsidR="000767AF" w:rsidRDefault="00000000">
      <w:pPr>
        <w:jc w:val="both"/>
      </w:pPr>
      <w:r>
        <w:t xml:space="preserve">14. La luz </w:t>
      </w:r>
      <w:proofErr w:type="spellStart"/>
      <w:r>
        <w:t>verde</w:t>
      </w:r>
      <w:proofErr w:type="spellEnd"/>
      <w:r>
        <w:t xml:space="preserve"> AC POWER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sí</w:t>
      </w:r>
      <w:proofErr w:type="spellEnd"/>
      <w:r>
        <w:t xml:space="preserve"> sola </w:t>
      </w:r>
      <w:proofErr w:type="spellStart"/>
      <w:r>
        <w:t>demuestra</w:t>
      </w:r>
      <w:proofErr w:type="spellEnd"/>
      <w:r>
        <w:t xml:space="preserve"> </w:t>
      </w:r>
      <w:proofErr w:type="spellStart"/>
      <w:r>
        <w:t>integridad</w:t>
      </w:r>
      <w:proofErr w:type="spellEnd"/>
      <w:r>
        <w:t xml:space="preserve"> total.</w:t>
      </w:r>
    </w:p>
    <w:p w14:paraId="00127077" w14:textId="77777777" w:rsidR="000767AF" w:rsidRDefault="00000000">
      <w:pPr>
        <w:jc w:val="both"/>
      </w:pPr>
      <w:r>
        <w:t>a) Verdadero    b) Falso</w:t>
      </w:r>
    </w:p>
    <w:p w14:paraId="5E7142F8" w14:textId="77777777" w:rsidR="000767AF" w:rsidRDefault="00000000">
      <w:pPr>
        <w:jc w:val="both"/>
      </w:pPr>
      <w:r>
        <w:t xml:space="preserve">15. Al </w:t>
      </w:r>
      <w:proofErr w:type="spellStart"/>
      <w:r>
        <w:t>cerrar</w:t>
      </w:r>
      <w:proofErr w:type="spellEnd"/>
      <w:r>
        <w:t xml:space="preserve"> </w:t>
      </w:r>
      <w:proofErr w:type="spellStart"/>
      <w:r>
        <w:t>prueba</w:t>
      </w:r>
      <w:proofErr w:type="spellEnd"/>
      <w:r>
        <w:t xml:space="preserve"> se </w:t>
      </w:r>
      <w:proofErr w:type="spellStart"/>
      <w:r>
        <w:t>debe</w:t>
      </w:r>
      <w:proofErr w:type="spellEnd"/>
      <w:r>
        <w:t>:</w:t>
      </w:r>
    </w:p>
    <w:p w14:paraId="3A2317B6" w14:textId="77777777" w:rsidR="000767AF" w:rsidRDefault="00000000">
      <w:pPr>
        <w:jc w:val="both"/>
      </w:pPr>
      <w:r>
        <w:t xml:space="preserve">a) </w:t>
      </w:r>
      <w:proofErr w:type="spellStart"/>
      <w:r>
        <w:t>Dejar</w:t>
      </w:r>
      <w:proofErr w:type="spellEnd"/>
      <w:r>
        <w:t xml:space="preserve"> </w:t>
      </w:r>
      <w:proofErr w:type="spellStart"/>
      <w:r>
        <w:t>salidas</w:t>
      </w:r>
      <w:proofErr w:type="spellEnd"/>
      <w:r>
        <w:t xml:space="preserve"> </w:t>
      </w:r>
      <w:proofErr w:type="spellStart"/>
      <w:r>
        <w:t>anuladas</w:t>
      </w:r>
      <w:proofErr w:type="spellEnd"/>
      <w:r>
        <w:t xml:space="preserve">    b) </w:t>
      </w:r>
      <w:proofErr w:type="spellStart"/>
      <w:r>
        <w:t>Restaurar</w:t>
      </w:r>
      <w:proofErr w:type="spellEnd"/>
      <w:r>
        <w:t xml:space="preserve"> </w:t>
      </w:r>
      <w:proofErr w:type="spellStart"/>
      <w:r>
        <w:t>condición</w:t>
      </w:r>
      <w:proofErr w:type="spellEnd"/>
      <w:r>
        <w:t xml:space="preserve">, </w:t>
      </w:r>
      <w:proofErr w:type="spellStart"/>
      <w:r>
        <w:t>verificar</w:t>
      </w:r>
      <w:proofErr w:type="spellEnd"/>
      <w:r>
        <w:t xml:space="preserve"> y </w:t>
      </w:r>
      <w:proofErr w:type="spellStart"/>
      <w:r>
        <w:t>documentar</w:t>
      </w:r>
      <w:proofErr w:type="spellEnd"/>
      <w:r>
        <w:t xml:space="preserve">    c) </w:t>
      </w:r>
      <w:proofErr w:type="spellStart"/>
      <w:r>
        <w:t>Cerrar</w:t>
      </w:r>
      <w:proofErr w:type="spellEnd"/>
      <w:r>
        <w:t xml:space="preserve"> sin </w:t>
      </w:r>
      <w:proofErr w:type="spellStart"/>
      <w:r>
        <w:t>informar</w:t>
      </w:r>
      <w:proofErr w:type="spellEnd"/>
    </w:p>
    <w:p w14:paraId="6F516CA4" w14:textId="77777777" w:rsidR="000767AF" w:rsidRDefault="00000000">
      <w:pPr>
        <w:spacing w:before="140"/>
      </w:pPr>
      <w:r>
        <w:rPr>
          <w:b/>
          <w:sz w:val="22"/>
        </w:rPr>
        <w:t xml:space="preserve">12. </w:t>
      </w:r>
      <w:proofErr w:type="spellStart"/>
      <w:r>
        <w:rPr>
          <w:b/>
          <w:sz w:val="22"/>
        </w:rPr>
        <w:t>Autoevaluación</w:t>
      </w:r>
      <w:proofErr w:type="spellEnd"/>
      <w:r>
        <w:rPr>
          <w:b/>
          <w:sz w:val="22"/>
        </w:rPr>
        <w:t xml:space="preserve"> y </w:t>
      </w:r>
      <w:proofErr w:type="spellStart"/>
      <w:r>
        <w:rPr>
          <w:b/>
          <w:sz w:val="22"/>
        </w:rPr>
        <w:t>compromisos</w:t>
      </w:r>
      <w:proofErr w:type="spellEnd"/>
    </w:p>
    <w:p w14:paraId="21C1D361" w14:textId="77777777" w:rsidR="000767AF" w:rsidRDefault="00000000">
      <w:pPr>
        <w:jc w:val="both"/>
      </w:pPr>
      <w:r>
        <w:t xml:space="preserve">Escriba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acciones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realizar</w:t>
      </w:r>
      <w:proofErr w:type="spellEnd"/>
      <w:r>
        <w:t xml:space="preserve"> de forma </w:t>
      </w:r>
      <w:proofErr w:type="spellStart"/>
      <w:r>
        <w:t>segura</w:t>
      </w:r>
      <w:proofErr w:type="spellEnd"/>
      <w:r>
        <w:t xml:space="preserve"> y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escalar</w:t>
      </w:r>
      <w:proofErr w:type="spellEnd"/>
      <w:r>
        <w:t xml:space="preserve"> al </w:t>
      </w:r>
      <w:proofErr w:type="spellStart"/>
      <w:r>
        <w:t>técnico</w:t>
      </w:r>
      <w:proofErr w:type="spellEnd"/>
      <w:r>
        <w:t xml:space="preserve"> </w:t>
      </w:r>
      <w:proofErr w:type="spellStart"/>
      <w:r>
        <w:t>autorizado</w:t>
      </w:r>
      <w:proofErr w:type="spellEnd"/>
      <w:r>
        <w:t>:</w:t>
      </w:r>
    </w:p>
    <w:p w14:paraId="23D6F733" w14:textId="77777777" w:rsidR="000767AF" w:rsidRDefault="00000000">
      <w:pPr>
        <w:jc w:val="both"/>
      </w:pPr>
      <w:r>
        <w:lastRenderedPageBreak/>
        <w:t>________________________________________________________________________________</w:t>
      </w:r>
    </w:p>
    <w:p w14:paraId="08D61388" w14:textId="77777777" w:rsidR="000767AF" w:rsidRDefault="00000000">
      <w:pPr>
        <w:jc w:val="both"/>
      </w:pPr>
      <w:r>
        <w:t>________________________________________________________________________________</w:t>
      </w:r>
    </w:p>
    <w:p w14:paraId="17B7FE22" w14:textId="77777777" w:rsidR="000767AF" w:rsidRDefault="00000000">
      <w:pPr>
        <w:jc w:val="both"/>
      </w:pPr>
      <w:r>
        <w:t>________________________________________________________________________________</w:t>
      </w:r>
    </w:p>
    <w:p w14:paraId="089D1AE6" w14:textId="77777777" w:rsidR="000767AF" w:rsidRDefault="00000000">
      <w:pPr>
        <w:jc w:val="both"/>
      </w:pPr>
      <w:r>
        <w:t>________________________________________________________________________________</w:t>
      </w:r>
    </w:p>
    <w:p w14:paraId="0E1D940B" w14:textId="77777777" w:rsidR="000767AF" w:rsidRDefault="00000000">
      <w:pPr>
        <w:spacing w:before="140"/>
      </w:pPr>
      <w:r>
        <w:rPr>
          <w:b/>
          <w:sz w:val="22"/>
        </w:rPr>
        <w:t xml:space="preserve">ANEXO A. Clave del </w:t>
      </w:r>
      <w:proofErr w:type="spellStart"/>
      <w:r>
        <w:rPr>
          <w:b/>
          <w:sz w:val="22"/>
        </w:rPr>
        <w:t>cuestionario</w:t>
      </w:r>
      <w:proofErr w:type="spellEnd"/>
      <w:r>
        <w:rPr>
          <w:b/>
          <w:sz w:val="22"/>
        </w:rPr>
        <w:t xml:space="preserve"> (para </w:t>
      </w:r>
      <w:proofErr w:type="spellStart"/>
      <w:r>
        <w:rPr>
          <w:b/>
          <w:sz w:val="22"/>
        </w:rPr>
        <w:t>autocorrección</w:t>
      </w:r>
      <w:proofErr w:type="spellEnd"/>
      <w:r>
        <w:rPr>
          <w:b/>
          <w:sz w:val="22"/>
        </w:rPr>
        <w:t>)</w:t>
      </w:r>
    </w:p>
    <w:p w14:paraId="1FC51D19" w14:textId="77777777" w:rsidR="000767AF" w:rsidRDefault="00000000">
      <w:pPr>
        <w:jc w:val="both"/>
      </w:pPr>
      <w:r>
        <w:t>1-</w:t>
      </w:r>
      <w:proofErr w:type="gramStart"/>
      <w:r>
        <w:t>b  |</w:t>
      </w:r>
      <w:proofErr w:type="gramEnd"/>
      <w:r>
        <w:t xml:space="preserve">  2-</w:t>
      </w:r>
      <w:proofErr w:type="gramStart"/>
      <w:r>
        <w:t>b  |</w:t>
      </w:r>
      <w:proofErr w:type="gramEnd"/>
      <w:r>
        <w:t xml:space="preserve">  3-</w:t>
      </w:r>
      <w:proofErr w:type="gramStart"/>
      <w:r>
        <w:t>b  |</w:t>
      </w:r>
      <w:proofErr w:type="gramEnd"/>
      <w:r>
        <w:t xml:space="preserve">  4-</w:t>
      </w:r>
      <w:proofErr w:type="gramStart"/>
      <w:r>
        <w:t>a  |</w:t>
      </w:r>
      <w:proofErr w:type="gramEnd"/>
      <w:r>
        <w:t xml:space="preserve">  5-</w:t>
      </w:r>
      <w:proofErr w:type="gramStart"/>
      <w:r>
        <w:t>b  |</w:t>
      </w:r>
      <w:proofErr w:type="gramEnd"/>
      <w:r>
        <w:t xml:space="preserve">  6-</w:t>
      </w:r>
      <w:proofErr w:type="gramStart"/>
      <w:r>
        <w:t>a  |</w:t>
      </w:r>
      <w:proofErr w:type="gramEnd"/>
      <w:r>
        <w:t xml:space="preserve">  7-</w:t>
      </w:r>
      <w:proofErr w:type="gramStart"/>
      <w:r>
        <w:t>b  |</w:t>
      </w:r>
      <w:proofErr w:type="gramEnd"/>
      <w:r>
        <w:t xml:space="preserve">  8-</w:t>
      </w:r>
      <w:proofErr w:type="gramStart"/>
      <w:r>
        <w:t>b  |</w:t>
      </w:r>
      <w:proofErr w:type="gramEnd"/>
      <w:r>
        <w:t xml:space="preserve">  9-</w:t>
      </w:r>
      <w:proofErr w:type="gramStart"/>
      <w:r>
        <w:t>a  |</w:t>
      </w:r>
      <w:proofErr w:type="gramEnd"/>
      <w:r>
        <w:t xml:space="preserve">  10-</w:t>
      </w:r>
      <w:proofErr w:type="gramStart"/>
      <w:r>
        <w:t>b  |</w:t>
      </w:r>
      <w:proofErr w:type="gramEnd"/>
      <w:r>
        <w:t xml:space="preserve">  11-</w:t>
      </w:r>
      <w:proofErr w:type="gramStart"/>
      <w:r>
        <w:t>b  |</w:t>
      </w:r>
      <w:proofErr w:type="gramEnd"/>
      <w:r>
        <w:t xml:space="preserve">  12-</w:t>
      </w:r>
      <w:proofErr w:type="gramStart"/>
      <w:r>
        <w:t>a  |</w:t>
      </w:r>
      <w:proofErr w:type="gramEnd"/>
      <w:r>
        <w:t xml:space="preserve">  13-</w:t>
      </w:r>
      <w:proofErr w:type="gramStart"/>
      <w:r>
        <w:t>a  |</w:t>
      </w:r>
      <w:proofErr w:type="gramEnd"/>
      <w:r>
        <w:t xml:space="preserve">  14-</w:t>
      </w:r>
      <w:proofErr w:type="gramStart"/>
      <w:r>
        <w:t>b  |</w:t>
      </w:r>
      <w:proofErr w:type="gramEnd"/>
      <w:r>
        <w:t xml:space="preserve">  15-b</w:t>
      </w:r>
    </w:p>
    <w:p w14:paraId="67FA1D46" w14:textId="77777777" w:rsidR="000767AF" w:rsidRDefault="00000000">
      <w:pPr>
        <w:jc w:val="both"/>
      </w:pPr>
      <w:proofErr w:type="spellStart"/>
      <w:r>
        <w:t>Criterio</w:t>
      </w:r>
      <w:proofErr w:type="spellEnd"/>
      <w:r>
        <w:t xml:space="preserve"> </w:t>
      </w:r>
      <w:proofErr w:type="spellStart"/>
      <w:r>
        <w:t>sugerido</w:t>
      </w:r>
      <w:proofErr w:type="spellEnd"/>
      <w:r>
        <w:t xml:space="preserve">: 12 de 15 </w:t>
      </w:r>
      <w:proofErr w:type="spellStart"/>
      <w:r>
        <w:t>aciertos</w:t>
      </w:r>
      <w:proofErr w:type="spellEnd"/>
      <w:r>
        <w:t xml:space="preserve"> (80 %) y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satisfactoria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virtuales</w:t>
      </w:r>
      <w:proofErr w:type="spellEnd"/>
      <w:r>
        <w:t xml:space="preserve">. El instructor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adaptar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criterio</w:t>
      </w:r>
      <w:proofErr w:type="spellEnd"/>
      <w:r>
        <w:t xml:space="preserve"> a las </w:t>
      </w:r>
      <w:proofErr w:type="spellStart"/>
      <w:r>
        <w:t>exigencias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>.</w:t>
      </w:r>
    </w:p>
    <w:p w14:paraId="0141F46E" w14:textId="77777777" w:rsidR="000767AF" w:rsidRDefault="00000000">
      <w:pPr>
        <w:spacing w:before="140"/>
      </w:pPr>
      <w:r>
        <w:rPr>
          <w:b/>
          <w:sz w:val="22"/>
        </w:rPr>
        <w:t xml:space="preserve">ANEXO B. </w:t>
      </w:r>
      <w:proofErr w:type="spellStart"/>
      <w:r>
        <w:rPr>
          <w:b/>
          <w:sz w:val="22"/>
        </w:rPr>
        <w:t>Glosario</w:t>
      </w:r>
      <w:proofErr w:type="spellEnd"/>
    </w:p>
    <w:p w14:paraId="5A4AC5F3" w14:textId="77777777" w:rsidR="000767AF" w:rsidRDefault="00000000">
      <w:pPr>
        <w:jc w:val="both"/>
      </w:pPr>
      <w:proofErr w:type="spellStart"/>
      <w:r>
        <w:t>Alarma</w:t>
      </w:r>
      <w:proofErr w:type="spellEnd"/>
      <w:r>
        <w:t xml:space="preserve">: </w:t>
      </w:r>
      <w:proofErr w:type="spellStart"/>
      <w:r>
        <w:t>condición</w:t>
      </w:r>
      <w:proofErr w:type="spellEnd"/>
      <w:r>
        <w:t xml:space="preserve"> </w:t>
      </w:r>
      <w:proofErr w:type="spellStart"/>
      <w:r>
        <w:t>reportada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demanda</w:t>
      </w:r>
      <w:proofErr w:type="spellEnd"/>
      <w:r>
        <w:t xml:space="preserve"> </w:t>
      </w:r>
      <w:proofErr w:type="spellStart"/>
      <w:r>
        <w:t>protocolo</w:t>
      </w:r>
      <w:proofErr w:type="spellEnd"/>
      <w:r>
        <w:t xml:space="preserve"> de </w:t>
      </w:r>
      <w:proofErr w:type="spellStart"/>
      <w:r>
        <w:t>emergencia</w:t>
      </w:r>
      <w:proofErr w:type="spellEnd"/>
      <w:r>
        <w:t>.</w:t>
      </w:r>
    </w:p>
    <w:p w14:paraId="0198D8A5" w14:textId="77777777" w:rsidR="000767AF" w:rsidRDefault="00000000">
      <w:pPr>
        <w:jc w:val="both"/>
      </w:pPr>
      <w:r>
        <w:t xml:space="preserve">Falla / Trouble: </w:t>
      </w:r>
      <w:proofErr w:type="spellStart"/>
      <w:r>
        <w:t>condición</w:t>
      </w:r>
      <w:proofErr w:type="spellEnd"/>
      <w:r>
        <w:t xml:space="preserve"> </w:t>
      </w:r>
      <w:proofErr w:type="spellStart"/>
      <w:r>
        <w:t>anómala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</w:t>
      </w:r>
      <w:proofErr w:type="spellStart"/>
      <w:r>
        <w:t>operación</w:t>
      </w:r>
      <w:proofErr w:type="spellEnd"/>
      <w:r>
        <w:t xml:space="preserve"> o </w:t>
      </w:r>
      <w:proofErr w:type="spellStart"/>
      <w:r>
        <w:t>supervisión</w:t>
      </w:r>
      <w:proofErr w:type="spellEnd"/>
      <w:r>
        <w:t>.</w:t>
      </w:r>
    </w:p>
    <w:p w14:paraId="5FBBD6F4" w14:textId="77777777" w:rsidR="000767AF" w:rsidRDefault="00000000">
      <w:pPr>
        <w:jc w:val="both"/>
      </w:pPr>
      <w:proofErr w:type="spellStart"/>
      <w:r>
        <w:t>Supervisión</w:t>
      </w:r>
      <w:proofErr w:type="spellEnd"/>
      <w:r>
        <w:t xml:space="preserve">: </w:t>
      </w:r>
      <w:proofErr w:type="spellStart"/>
      <w:r>
        <w:t>cambio</w:t>
      </w:r>
      <w:proofErr w:type="spellEnd"/>
      <w:r>
        <w:t xml:space="preserve"> de </w:t>
      </w:r>
      <w:proofErr w:type="spellStart"/>
      <w:r>
        <w:t>estado</w:t>
      </w:r>
      <w:proofErr w:type="spellEnd"/>
      <w:r>
        <w:t xml:space="preserve"> de un </w:t>
      </w:r>
      <w:proofErr w:type="spellStart"/>
      <w:r>
        <w:t>elemento</w:t>
      </w:r>
      <w:proofErr w:type="spellEnd"/>
      <w:r>
        <w:t xml:space="preserve"> </w:t>
      </w:r>
      <w:proofErr w:type="spellStart"/>
      <w:r>
        <w:t>monitoreado</w:t>
      </w:r>
      <w:proofErr w:type="spellEnd"/>
      <w:r>
        <w:t xml:space="preserve"> y </w:t>
      </w:r>
      <w:proofErr w:type="spellStart"/>
      <w:r>
        <w:t>clasificado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supervisado</w:t>
      </w:r>
      <w:proofErr w:type="spellEnd"/>
      <w:r>
        <w:t>.</w:t>
      </w:r>
    </w:p>
    <w:p w14:paraId="44324481" w14:textId="77777777" w:rsidR="000767AF" w:rsidRDefault="00000000">
      <w:pPr>
        <w:jc w:val="both"/>
      </w:pPr>
      <w:proofErr w:type="spellStart"/>
      <w:r>
        <w:t>Predescarga</w:t>
      </w:r>
      <w:proofErr w:type="spellEnd"/>
      <w:r>
        <w:t xml:space="preserve">: </w:t>
      </w:r>
      <w:proofErr w:type="spellStart"/>
      <w:r>
        <w:t>fase</w:t>
      </w:r>
      <w:proofErr w:type="spellEnd"/>
      <w:r>
        <w:t xml:space="preserve"> previa 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liberación</w:t>
      </w:r>
      <w:proofErr w:type="spellEnd"/>
      <w:r>
        <w:t xml:space="preserve"> de </w:t>
      </w:r>
      <w:proofErr w:type="spellStart"/>
      <w:r>
        <w:t>agente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configurada</w:t>
      </w:r>
      <w:proofErr w:type="spellEnd"/>
      <w:r>
        <w:t>.</w:t>
      </w:r>
    </w:p>
    <w:p w14:paraId="577AE373" w14:textId="77777777" w:rsidR="000767AF" w:rsidRDefault="00000000">
      <w:pPr>
        <w:jc w:val="both"/>
      </w:pPr>
      <w:proofErr w:type="spellStart"/>
      <w:r>
        <w:t>Descarga</w:t>
      </w:r>
      <w:proofErr w:type="spellEnd"/>
      <w:r>
        <w:t xml:space="preserve">: </w:t>
      </w:r>
      <w:proofErr w:type="spellStart"/>
      <w:r>
        <w:t>activación</w:t>
      </w:r>
      <w:proofErr w:type="spellEnd"/>
      <w:r>
        <w:t xml:space="preserve"> del </w:t>
      </w:r>
      <w:proofErr w:type="spellStart"/>
      <w:r>
        <w:t>mecanismo</w:t>
      </w:r>
      <w:proofErr w:type="spellEnd"/>
      <w:r>
        <w:t xml:space="preserve"> de </w:t>
      </w:r>
      <w:proofErr w:type="spellStart"/>
      <w:r>
        <w:t>liberación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 de </w:t>
      </w:r>
      <w:proofErr w:type="spellStart"/>
      <w:r>
        <w:t>supresión</w:t>
      </w:r>
      <w:proofErr w:type="spellEnd"/>
      <w:r>
        <w:t>.</w:t>
      </w:r>
    </w:p>
    <w:p w14:paraId="2074A3C5" w14:textId="77777777" w:rsidR="000767AF" w:rsidRDefault="00000000">
      <w:pPr>
        <w:jc w:val="both"/>
      </w:pPr>
      <w:proofErr w:type="spellStart"/>
      <w:r>
        <w:t>Evento</w:t>
      </w:r>
      <w:proofErr w:type="spellEnd"/>
      <w:r>
        <w:t xml:space="preserve"> </w:t>
      </w:r>
      <w:proofErr w:type="spellStart"/>
      <w:r>
        <w:t>enclavado</w:t>
      </w:r>
      <w:proofErr w:type="spellEnd"/>
      <w:r>
        <w:t xml:space="preserve"> (latched): </w:t>
      </w:r>
      <w:proofErr w:type="spellStart"/>
      <w:r>
        <w:t>señal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requerir</w:t>
      </w:r>
      <w:proofErr w:type="spellEnd"/>
      <w:r>
        <w:t xml:space="preserve"> </w:t>
      </w:r>
      <w:proofErr w:type="spellStart"/>
      <w:r>
        <w:t>acción</w:t>
      </w:r>
      <w:proofErr w:type="spellEnd"/>
      <w:r>
        <w:t xml:space="preserve"> de </w:t>
      </w:r>
      <w:proofErr w:type="spellStart"/>
      <w:r>
        <w:t>restauración</w:t>
      </w:r>
      <w:proofErr w:type="spellEnd"/>
      <w:r>
        <w:t>/</w:t>
      </w:r>
      <w:proofErr w:type="spellStart"/>
      <w:r>
        <w:t>reinicio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 de </w:t>
      </w:r>
      <w:proofErr w:type="spellStart"/>
      <w:r>
        <w:t>resuelta</w:t>
      </w:r>
      <w:proofErr w:type="spellEnd"/>
      <w:r>
        <w:t xml:space="preserve"> la causa.</w:t>
      </w:r>
    </w:p>
    <w:p w14:paraId="35BB931C" w14:textId="77777777" w:rsidR="000767AF" w:rsidRDefault="00000000">
      <w:pPr>
        <w:jc w:val="both"/>
      </w:pPr>
      <w:proofErr w:type="spellStart"/>
      <w:r>
        <w:t>Anulación</w:t>
      </w:r>
      <w:proofErr w:type="spellEnd"/>
      <w:r>
        <w:t xml:space="preserve"> / Disable: </w:t>
      </w:r>
      <w:proofErr w:type="spellStart"/>
      <w:r>
        <w:t>exclusión</w:t>
      </w:r>
      <w:proofErr w:type="spellEnd"/>
      <w:r>
        <w:t xml:space="preserve"> temporal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función</w:t>
      </w:r>
      <w:proofErr w:type="spellEnd"/>
      <w:r>
        <w:t xml:space="preserve"> o zona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reducir</w:t>
      </w:r>
      <w:proofErr w:type="spellEnd"/>
      <w:r>
        <w:t xml:space="preserve"> </w:t>
      </w:r>
      <w:proofErr w:type="spellStart"/>
      <w:r>
        <w:t>protección</w:t>
      </w:r>
      <w:proofErr w:type="spellEnd"/>
      <w:r>
        <w:t>.</w:t>
      </w:r>
    </w:p>
    <w:p w14:paraId="78076B24" w14:textId="77777777" w:rsidR="000767AF" w:rsidRDefault="00000000">
      <w:pPr>
        <w:jc w:val="both"/>
      </w:pPr>
      <w:proofErr w:type="spellStart"/>
      <w:r>
        <w:t>Prueba</w:t>
      </w:r>
      <w:proofErr w:type="spellEnd"/>
      <w:r>
        <w:t xml:space="preserve"> </w:t>
      </w:r>
      <w:proofErr w:type="spellStart"/>
      <w:r>
        <w:t>funcional</w:t>
      </w:r>
      <w:proofErr w:type="spellEnd"/>
      <w:r>
        <w:t xml:space="preserve">: </w:t>
      </w:r>
      <w:proofErr w:type="spellStart"/>
      <w:r>
        <w:t>verificación</w:t>
      </w:r>
      <w:proofErr w:type="spellEnd"/>
      <w:r>
        <w:t xml:space="preserve"> </w:t>
      </w:r>
      <w:proofErr w:type="spellStart"/>
      <w:r>
        <w:t>controlada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la entrada, </w:t>
      </w:r>
      <w:proofErr w:type="spellStart"/>
      <w:r>
        <w:t>lógica</w:t>
      </w:r>
      <w:proofErr w:type="spellEnd"/>
      <w:r>
        <w:t xml:space="preserve"> y </w:t>
      </w:r>
      <w:proofErr w:type="spellStart"/>
      <w:r>
        <w:t>respuesta</w:t>
      </w:r>
      <w:proofErr w:type="spellEnd"/>
      <w:r>
        <w:t xml:space="preserve"> </w:t>
      </w:r>
      <w:proofErr w:type="spellStart"/>
      <w:r>
        <w:t>operan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se </w:t>
      </w:r>
      <w:proofErr w:type="spellStart"/>
      <w:r>
        <w:t>diseñó</w:t>
      </w:r>
      <w:proofErr w:type="spellEnd"/>
      <w:r>
        <w:t>.</w:t>
      </w:r>
    </w:p>
    <w:p w14:paraId="4FA63957" w14:textId="77777777" w:rsidR="000767AF" w:rsidRDefault="00000000">
      <w:pPr>
        <w:jc w:val="both"/>
      </w:pPr>
      <w:proofErr w:type="spellStart"/>
      <w:r>
        <w:t>Medidas</w:t>
      </w:r>
      <w:proofErr w:type="spellEnd"/>
      <w:r>
        <w:t xml:space="preserve"> </w:t>
      </w:r>
      <w:proofErr w:type="spellStart"/>
      <w:r>
        <w:t>compensatorias</w:t>
      </w:r>
      <w:proofErr w:type="spellEnd"/>
      <w:r>
        <w:t xml:space="preserve">: </w:t>
      </w:r>
      <w:proofErr w:type="spellStart"/>
      <w:r>
        <w:t>controles</w:t>
      </w:r>
      <w:proofErr w:type="spellEnd"/>
      <w:r>
        <w:t xml:space="preserve"> </w:t>
      </w:r>
      <w:proofErr w:type="spellStart"/>
      <w:r>
        <w:t>temporales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fuera de </w:t>
      </w:r>
      <w:proofErr w:type="spellStart"/>
      <w:r>
        <w:t>servicio</w:t>
      </w:r>
      <w:proofErr w:type="spellEnd"/>
      <w:r>
        <w:t>.</w:t>
      </w:r>
    </w:p>
    <w:p w14:paraId="36F2A2C9" w14:textId="77777777" w:rsidR="000767AF" w:rsidRDefault="00000000">
      <w:pPr>
        <w:spacing w:before="140"/>
      </w:pPr>
      <w:r>
        <w:rPr>
          <w:b/>
          <w:sz w:val="22"/>
        </w:rPr>
        <w:t xml:space="preserve">ANEXO C. </w:t>
      </w:r>
      <w:proofErr w:type="spellStart"/>
      <w:r>
        <w:rPr>
          <w:b/>
          <w:sz w:val="22"/>
        </w:rPr>
        <w:t>Referencias</w:t>
      </w:r>
      <w:proofErr w:type="spellEnd"/>
      <w:r>
        <w:rPr>
          <w:b/>
          <w:sz w:val="22"/>
        </w:rPr>
        <w:t xml:space="preserve"> y </w:t>
      </w:r>
      <w:proofErr w:type="spellStart"/>
      <w:r>
        <w:rPr>
          <w:b/>
          <w:sz w:val="22"/>
        </w:rPr>
        <w:t>documentación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requerida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en</w:t>
      </w:r>
      <w:proofErr w:type="spellEnd"/>
      <w:r>
        <w:rPr>
          <w:b/>
          <w:sz w:val="22"/>
        </w:rPr>
        <w:t xml:space="preserve"> sitio</w:t>
      </w:r>
    </w:p>
    <w:p w14:paraId="155BCD3E" w14:textId="77777777" w:rsidR="000767AF" w:rsidRDefault="00000000">
      <w:pPr>
        <w:jc w:val="both"/>
      </w:pPr>
      <w:r>
        <w:t xml:space="preserve">Fike, Cheetah Xi, </w:t>
      </w:r>
      <w:proofErr w:type="spellStart"/>
      <w:r>
        <w:t>catálogo</w:t>
      </w:r>
      <w:proofErr w:type="spellEnd"/>
      <w:r>
        <w:t xml:space="preserve"> de </w:t>
      </w:r>
      <w:proofErr w:type="spellStart"/>
      <w:r>
        <w:t>documentación</w:t>
      </w:r>
      <w:proofErr w:type="spellEnd"/>
      <w:r>
        <w:t xml:space="preserve"> </w:t>
      </w:r>
      <w:proofErr w:type="spellStart"/>
      <w:r>
        <w:t>técnica</w:t>
      </w:r>
      <w:proofErr w:type="spellEnd"/>
      <w:r>
        <w:t xml:space="preserve"> y manual de </w:t>
      </w:r>
      <w:proofErr w:type="spellStart"/>
      <w:r>
        <w:t>operación</w:t>
      </w:r>
      <w:proofErr w:type="spellEnd"/>
      <w:r>
        <w:t xml:space="preserve"> y </w:t>
      </w:r>
      <w:proofErr w:type="spellStart"/>
      <w:r>
        <w:t>mantenimiento</w:t>
      </w:r>
      <w:proofErr w:type="spellEnd"/>
      <w:r>
        <w:t xml:space="preserve"> P/N 06-356-2 (</w:t>
      </w:r>
      <w:proofErr w:type="spellStart"/>
      <w:r>
        <w:t>consultar</w:t>
      </w:r>
      <w:proofErr w:type="spellEnd"/>
      <w:r>
        <w:t xml:space="preserve"> </w:t>
      </w:r>
      <w:proofErr w:type="spellStart"/>
      <w:r>
        <w:t>revisión</w:t>
      </w:r>
      <w:proofErr w:type="spellEnd"/>
      <w:r>
        <w:t xml:space="preserve"> </w:t>
      </w:r>
      <w:proofErr w:type="spellStart"/>
      <w:r>
        <w:t>aplicable</w:t>
      </w:r>
      <w:proofErr w:type="spellEnd"/>
      <w:r>
        <w:t>): https://www.fike.com/product-documents/06-857/</w:t>
      </w:r>
    </w:p>
    <w:p w14:paraId="7DDD7D4A" w14:textId="77777777" w:rsidR="000767AF" w:rsidRDefault="00000000">
      <w:pPr>
        <w:jc w:val="both"/>
      </w:pPr>
      <w:r>
        <w:t xml:space="preserve">Fike, Cheetah Xi 50, manual de </w:t>
      </w:r>
      <w:proofErr w:type="spellStart"/>
      <w:r>
        <w:t>operación</w:t>
      </w:r>
      <w:proofErr w:type="spellEnd"/>
      <w:r>
        <w:t xml:space="preserve"> y </w:t>
      </w:r>
      <w:proofErr w:type="spellStart"/>
      <w:r>
        <w:t>mantenimiento</w:t>
      </w:r>
      <w:proofErr w:type="spellEnd"/>
      <w:r>
        <w:t xml:space="preserve"> P/N 06-369-2, Rev. 8, </w:t>
      </w:r>
      <w:proofErr w:type="spellStart"/>
      <w:r>
        <w:t>marzo</w:t>
      </w:r>
      <w:proofErr w:type="spellEnd"/>
      <w:r>
        <w:t xml:space="preserve"> de 2024: https://my.fike.com/_fike_new_docs/247df751-df78-4e87-8e18-fb9d46a141e8.pdf</w:t>
      </w:r>
    </w:p>
    <w:p w14:paraId="351C81CF" w14:textId="77777777" w:rsidR="000767AF" w:rsidRDefault="00000000">
      <w:pPr>
        <w:jc w:val="both"/>
      </w:pPr>
      <w:r>
        <w:t xml:space="preserve">Fike, </w:t>
      </w:r>
      <w:proofErr w:type="spellStart"/>
      <w:r>
        <w:t>instrucciones</w:t>
      </w:r>
      <w:proofErr w:type="spellEnd"/>
      <w:r>
        <w:t xml:space="preserve"> </w:t>
      </w:r>
      <w:proofErr w:type="spellStart"/>
      <w:r>
        <w:t>operativas</w:t>
      </w:r>
      <w:proofErr w:type="spellEnd"/>
      <w:r>
        <w:t xml:space="preserve"> </w:t>
      </w:r>
      <w:proofErr w:type="gramStart"/>
      <w:r>
        <w:t>para Cheetah Xi</w:t>
      </w:r>
      <w:proofErr w:type="gramEnd"/>
      <w:r>
        <w:t>: https://my.fike.com/_fike_new_docs/5535f83f-d0f0-44f5-a092-89ccdc30bc8a.pdf</w:t>
      </w:r>
    </w:p>
    <w:p w14:paraId="21ACBAD7" w14:textId="77777777" w:rsidR="000767AF" w:rsidRDefault="00000000">
      <w:pPr>
        <w:jc w:val="both"/>
      </w:pPr>
      <w:proofErr w:type="spellStart"/>
      <w:r>
        <w:t>Documentos</w:t>
      </w:r>
      <w:proofErr w:type="spellEnd"/>
      <w:r>
        <w:t xml:space="preserve"> locales indispensables: </w:t>
      </w:r>
      <w:proofErr w:type="spellStart"/>
      <w:r>
        <w:t>planos</w:t>
      </w:r>
      <w:proofErr w:type="spellEnd"/>
      <w:r>
        <w:t xml:space="preserve"> </w:t>
      </w:r>
      <w:proofErr w:type="spellStart"/>
      <w:r>
        <w:t>conforme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obra</w:t>
      </w:r>
      <w:proofErr w:type="spellEnd"/>
      <w:r>
        <w:t xml:space="preserve">, </w:t>
      </w:r>
      <w:proofErr w:type="spellStart"/>
      <w:r>
        <w:t>matriz</w:t>
      </w:r>
      <w:proofErr w:type="spellEnd"/>
      <w:r>
        <w:t xml:space="preserve"> causa-</w:t>
      </w:r>
      <w:proofErr w:type="spellStart"/>
      <w:r>
        <w:t>efecto</w:t>
      </w:r>
      <w:proofErr w:type="spellEnd"/>
      <w:r>
        <w:t xml:space="preserve">, </w:t>
      </w:r>
      <w:proofErr w:type="spellStart"/>
      <w:r>
        <w:t>inventario</w:t>
      </w:r>
      <w:proofErr w:type="spellEnd"/>
      <w:r>
        <w:t xml:space="preserve"> y </w:t>
      </w:r>
      <w:proofErr w:type="spellStart"/>
      <w:r>
        <w:t>direcciones</w:t>
      </w:r>
      <w:proofErr w:type="spellEnd"/>
      <w:r>
        <w:t xml:space="preserve">, plan de </w:t>
      </w:r>
      <w:proofErr w:type="spellStart"/>
      <w:r>
        <w:t>respuesta</w:t>
      </w:r>
      <w:proofErr w:type="spellEnd"/>
      <w:r>
        <w:t xml:space="preserve">, </w:t>
      </w:r>
      <w:proofErr w:type="spellStart"/>
      <w:r>
        <w:t>permiso</w:t>
      </w:r>
      <w:proofErr w:type="spellEnd"/>
      <w:r>
        <w:t xml:space="preserve"> de </w:t>
      </w:r>
      <w:proofErr w:type="spellStart"/>
      <w:r>
        <w:t>prueba</w:t>
      </w:r>
      <w:proofErr w:type="spellEnd"/>
      <w:r>
        <w:t xml:space="preserve">, </w:t>
      </w:r>
      <w:proofErr w:type="spellStart"/>
      <w:r>
        <w:t>registro</w:t>
      </w:r>
      <w:proofErr w:type="spellEnd"/>
      <w:r>
        <w:t xml:space="preserve"> de </w:t>
      </w:r>
      <w:proofErr w:type="spellStart"/>
      <w:r>
        <w:t>mantenimientos</w:t>
      </w:r>
      <w:proofErr w:type="spellEnd"/>
      <w:r>
        <w:t xml:space="preserve"> y </w:t>
      </w:r>
      <w:proofErr w:type="spellStart"/>
      <w:r>
        <w:t>contacto</w:t>
      </w:r>
      <w:proofErr w:type="spellEnd"/>
      <w:r>
        <w:t xml:space="preserve"> del </w:t>
      </w:r>
      <w:proofErr w:type="spellStart"/>
      <w:r>
        <w:t>servicio</w:t>
      </w:r>
      <w:proofErr w:type="spellEnd"/>
      <w:r>
        <w:t xml:space="preserve"> </w:t>
      </w:r>
      <w:proofErr w:type="spellStart"/>
      <w:r>
        <w:t>autorizado</w:t>
      </w:r>
      <w:proofErr w:type="spellEnd"/>
      <w:r>
        <w:t>.</w:t>
      </w:r>
    </w:p>
    <w:p w14:paraId="7A889F5F" w14:textId="77777777" w:rsidR="000767AF" w:rsidRDefault="00000000">
      <w:pPr>
        <w:jc w:val="both"/>
      </w:pPr>
      <w:r>
        <w:t xml:space="preserve">Nota </w:t>
      </w:r>
      <w:proofErr w:type="spellStart"/>
      <w:r>
        <w:t>técnica</w:t>
      </w:r>
      <w:proofErr w:type="spellEnd"/>
      <w:r>
        <w:t xml:space="preserve">: Los </w:t>
      </w:r>
      <w:proofErr w:type="spellStart"/>
      <w:r>
        <w:t>procedimientos</w:t>
      </w:r>
      <w:proofErr w:type="spellEnd"/>
      <w:r>
        <w:t xml:space="preserve"> se </w:t>
      </w:r>
      <w:proofErr w:type="spellStart"/>
      <w:r>
        <w:t>han</w:t>
      </w:r>
      <w:proofErr w:type="spellEnd"/>
      <w:r>
        <w:t xml:space="preserve"> </w:t>
      </w:r>
      <w:proofErr w:type="spellStart"/>
      <w:r>
        <w:t>sintetizado</w:t>
      </w:r>
      <w:proofErr w:type="spellEnd"/>
      <w:r>
        <w:t xml:space="preserve"> con fines </w:t>
      </w:r>
      <w:proofErr w:type="spellStart"/>
      <w:r>
        <w:t>didácticos</w:t>
      </w:r>
      <w:proofErr w:type="spellEnd"/>
      <w:r>
        <w:t xml:space="preserve">; no </w:t>
      </w:r>
      <w:proofErr w:type="spellStart"/>
      <w:r>
        <w:t>reproducen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manuales</w:t>
      </w:r>
      <w:proofErr w:type="spellEnd"/>
      <w:r>
        <w:t xml:space="preserve"> </w:t>
      </w:r>
      <w:proofErr w:type="spellStart"/>
      <w:r>
        <w:t>completos</w:t>
      </w:r>
      <w:proofErr w:type="spellEnd"/>
      <w:r>
        <w:t xml:space="preserve"> del </w:t>
      </w:r>
      <w:proofErr w:type="spellStart"/>
      <w:r>
        <w:t>fabricante</w:t>
      </w:r>
      <w:proofErr w:type="spellEnd"/>
      <w:r>
        <w:t xml:space="preserve">. Validar </w:t>
      </w:r>
      <w:proofErr w:type="spellStart"/>
      <w:r>
        <w:t>secuencias</w:t>
      </w:r>
      <w:proofErr w:type="spellEnd"/>
      <w:r>
        <w:t xml:space="preserve">, </w:t>
      </w:r>
      <w:proofErr w:type="spellStart"/>
      <w:r>
        <w:t>nomenclatura</w:t>
      </w:r>
      <w:proofErr w:type="spellEnd"/>
      <w:r>
        <w:t xml:space="preserve"> y </w:t>
      </w:r>
      <w:proofErr w:type="spellStart"/>
      <w:r>
        <w:t>configuraciones</w:t>
      </w:r>
      <w:proofErr w:type="spellEnd"/>
      <w:r>
        <w:t xml:space="preserve"> con la </w:t>
      </w:r>
      <w:proofErr w:type="spellStart"/>
      <w:r>
        <w:t>documentación</w:t>
      </w:r>
      <w:proofErr w:type="spellEnd"/>
      <w:r>
        <w:t xml:space="preserve"> exacta del </w:t>
      </w:r>
      <w:proofErr w:type="spellStart"/>
      <w:r>
        <w:t>equipo</w:t>
      </w:r>
      <w:proofErr w:type="spellEnd"/>
      <w:r>
        <w:t xml:space="preserve"> </w:t>
      </w:r>
      <w:proofErr w:type="spellStart"/>
      <w:r>
        <w:t>instalado</w:t>
      </w:r>
      <w:proofErr w:type="spellEnd"/>
      <w:r>
        <w:t>.</w:t>
      </w:r>
    </w:p>
    <w:p w14:paraId="6656F479" w14:textId="77777777" w:rsidR="000767AF" w:rsidRDefault="00000000">
      <w:pPr>
        <w:spacing w:before="240"/>
      </w:pPr>
      <w:r>
        <w:rPr>
          <w:b/>
          <w:sz w:val="26"/>
        </w:rPr>
        <w:t>INDICACIONES DE SEGURIDAD Y ALCANCE</w:t>
      </w:r>
    </w:p>
    <w:p w14:paraId="30EDB4A1" w14:textId="77777777" w:rsidR="000767AF" w:rsidRDefault="00000000">
      <w:pPr>
        <w:jc w:val="both"/>
      </w:pPr>
      <w:r>
        <w:t xml:space="preserve">El </w:t>
      </w:r>
      <w:proofErr w:type="spellStart"/>
      <w:r>
        <w:t>reconocimiento</w:t>
      </w:r>
      <w:proofErr w:type="spellEnd"/>
      <w:r>
        <w:t xml:space="preserve">, </w:t>
      </w:r>
      <w:proofErr w:type="spellStart"/>
      <w:r>
        <w:t>silencio</w:t>
      </w:r>
      <w:proofErr w:type="spellEnd"/>
      <w:r>
        <w:t xml:space="preserve"> y </w:t>
      </w:r>
      <w:proofErr w:type="spellStart"/>
      <w:r>
        <w:t>reinicio</w:t>
      </w:r>
      <w:proofErr w:type="spellEnd"/>
      <w:r>
        <w:t xml:space="preserve"> de </w:t>
      </w:r>
      <w:proofErr w:type="spellStart"/>
      <w:r>
        <w:t>señales</w:t>
      </w:r>
      <w:proofErr w:type="spellEnd"/>
      <w:r>
        <w:t xml:space="preserve"> se </w:t>
      </w:r>
      <w:proofErr w:type="spellStart"/>
      <w:r>
        <w:t>ejecutan</w:t>
      </w:r>
      <w:proofErr w:type="spellEnd"/>
      <w:r>
        <w:t xml:space="preserve"> </w:t>
      </w:r>
      <w:proofErr w:type="spellStart"/>
      <w:r>
        <w:t>únicamente</w:t>
      </w:r>
      <w:proofErr w:type="spellEnd"/>
      <w:r>
        <w:t xml:space="preserve"> </w:t>
      </w:r>
      <w:proofErr w:type="spellStart"/>
      <w:r>
        <w:t>según</w:t>
      </w:r>
      <w:proofErr w:type="spellEnd"/>
      <w:r>
        <w:t xml:space="preserve"> las </w:t>
      </w:r>
      <w:proofErr w:type="spellStart"/>
      <w:r>
        <w:t>autorizaciones</w:t>
      </w:r>
      <w:proofErr w:type="spellEnd"/>
      <w:r>
        <w:t xml:space="preserve"> del </w:t>
      </w:r>
      <w:proofErr w:type="spellStart"/>
      <w:r>
        <w:t>establecimiento</w:t>
      </w:r>
      <w:proofErr w:type="spellEnd"/>
      <w:r>
        <w:t xml:space="preserve">. </w:t>
      </w:r>
      <w:proofErr w:type="spellStart"/>
      <w:r>
        <w:t>Nunca</w:t>
      </w:r>
      <w:proofErr w:type="spellEnd"/>
      <w:r>
        <w:t xml:space="preserve"> se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inhibir</w:t>
      </w:r>
      <w:proofErr w:type="spellEnd"/>
      <w:r>
        <w:t xml:space="preserve"> </w:t>
      </w:r>
      <w:proofErr w:type="spellStart"/>
      <w:r>
        <w:t>dispositivos</w:t>
      </w:r>
      <w:proofErr w:type="spellEnd"/>
      <w:r>
        <w:t xml:space="preserve">, </w:t>
      </w:r>
      <w:proofErr w:type="spellStart"/>
      <w:r>
        <w:t>desconectar</w:t>
      </w:r>
      <w:proofErr w:type="spellEnd"/>
      <w:r>
        <w:t xml:space="preserve"> </w:t>
      </w:r>
      <w:proofErr w:type="spellStart"/>
      <w:r>
        <w:t>actuadores</w:t>
      </w:r>
      <w:proofErr w:type="spellEnd"/>
      <w:r>
        <w:t xml:space="preserve"> de </w:t>
      </w:r>
      <w:proofErr w:type="spellStart"/>
      <w:r>
        <w:t>descarga</w:t>
      </w:r>
      <w:proofErr w:type="spellEnd"/>
      <w:r>
        <w:t xml:space="preserve">, </w:t>
      </w:r>
      <w:proofErr w:type="spellStart"/>
      <w:r>
        <w:t>modificar</w:t>
      </w:r>
      <w:proofErr w:type="spellEnd"/>
      <w:r>
        <w:t xml:space="preserve"> </w:t>
      </w:r>
      <w:proofErr w:type="spellStart"/>
      <w:r>
        <w:t>programación</w:t>
      </w:r>
      <w:proofErr w:type="spellEnd"/>
      <w:r>
        <w:t xml:space="preserve"> o </w:t>
      </w:r>
      <w:proofErr w:type="spellStart"/>
      <w:r>
        <w:t>efectuar</w:t>
      </w:r>
      <w:proofErr w:type="spellEnd"/>
      <w:r>
        <w:t xml:space="preserve"> </w:t>
      </w:r>
      <w:proofErr w:type="spellStart"/>
      <w:r>
        <w:t>pruebas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puedan</w:t>
      </w:r>
      <w:proofErr w:type="spellEnd"/>
      <w:r>
        <w:t xml:space="preserve"> </w:t>
      </w:r>
      <w:proofErr w:type="spellStart"/>
      <w:r>
        <w:t>liberar</w:t>
      </w:r>
      <w:proofErr w:type="spellEnd"/>
      <w:r>
        <w:t xml:space="preserve"> un </w:t>
      </w:r>
      <w:proofErr w:type="spellStart"/>
      <w:r>
        <w:t>agente</w:t>
      </w:r>
      <w:proofErr w:type="spellEnd"/>
      <w:r>
        <w:t xml:space="preserve"> </w:t>
      </w:r>
      <w:proofErr w:type="spellStart"/>
      <w:r>
        <w:t>extintor</w:t>
      </w:r>
      <w:proofErr w:type="spellEnd"/>
      <w:r>
        <w:t xml:space="preserve"> sin </w:t>
      </w:r>
      <w:proofErr w:type="spellStart"/>
      <w:r>
        <w:t>procedimiento</w:t>
      </w:r>
      <w:proofErr w:type="spellEnd"/>
      <w:r>
        <w:t xml:space="preserve"> </w:t>
      </w:r>
      <w:proofErr w:type="spellStart"/>
      <w:r>
        <w:t>escrito</w:t>
      </w:r>
      <w:proofErr w:type="spellEnd"/>
      <w:r>
        <w:t xml:space="preserve">, </w:t>
      </w:r>
      <w:proofErr w:type="spellStart"/>
      <w:r>
        <w:t>coordinación</w:t>
      </w:r>
      <w:proofErr w:type="spellEnd"/>
      <w:r>
        <w:t xml:space="preserve"> con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ocupantes</w:t>
      </w:r>
      <w:proofErr w:type="spellEnd"/>
      <w:r>
        <w:t xml:space="preserve"> y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técnicas</w:t>
      </w:r>
      <w:proofErr w:type="spellEnd"/>
      <w:r>
        <w:t xml:space="preserve"> de </w:t>
      </w:r>
      <w:proofErr w:type="spellStart"/>
      <w:r>
        <w:t>aislamiento</w:t>
      </w:r>
      <w:proofErr w:type="spellEnd"/>
      <w:r>
        <w:t xml:space="preserve"> </w:t>
      </w:r>
      <w:proofErr w:type="spellStart"/>
      <w:r>
        <w:t>verificadas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personal </w:t>
      </w:r>
      <w:proofErr w:type="spellStart"/>
      <w:r>
        <w:t>calificado</w:t>
      </w:r>
      <w:proofErr w:type="spellEnd"/>
      <w:r>
        <w:t>.</w:t>
      </w:r>
    </w:p>
    <w:p w14:paraId="6DFB6D89" w14:textId="77777777" w:rsidR="00A95139" w:rsidRDefault="00A95139">
      <w:pPr>
        <w:spacing w:before="240"/>
        <w:rPr>
          <w:b/>
          <w:sz w:val="26"/>
        </w:rPr>
      </w:pPr>
    </w:p>
    <w:p w14:paraId="617A8631" w14:textId="61A60300" w:rsidR="00A95139" w:rsidRPr="00A95139" w:rsidRDefault="00000000">
      <w:pPr>
        <w:spacing w:before="240"/>
        <w:rPr>
          <w:b/>
          <w:sz w:val="26"/>
        </w:rPr>
      </w:pPr>
      <w:r>
        <w:rPr>
          <w:b/>
          <w:sz w:val="26"/>
        </w:rPr>
        <w:lastRenderedPageBreak/>
        <w:t>REFERENCIAS DE CONSULTA</w:t>
      </w:r>
    </w:p>
    <w:p w14:paraId="250B9DA7" w14:textId="77777777" w:rsidR="000767AF" w:rsidRDefault="00000000">
      <w:pPr>
        <w:jc w:val="both"/>
      </w:pPr>
      <w:r>
        <w:t xml:space="preserve">Fike Corporation: </w:t>
      </w:r>
      <w:proofErr w:type="spellStart"/>
      <w:r>
        <w:t>documentación</w:t>
      </w:r>
      <w:proofErr w:type="spellEnd"/>
      <w:r>
        <w:t xml:space="preserve"> del </w:t>
      </w:r>
      <w:proofErr w:type="spellStart"/>
      <w:r>
        <w:t>fabricante</w:t>
      </w:r>
      <w:proofErr w:type="spellEnd"/>
      <w:r>
        <w:t xml:space="preserve"> </w:t>
      </w:r>
      <w:proofErr w:type="spellStart"/>
      <w:r>
        <w:t>correspondiente</w:t>
      </w:r>
      <w:proofErr w:type="spellEnd"/>
      <w:r>
        <w:t xml:space="preserve"> al </w:t>
      </w:r>
      <w:proofErr w:type="spellStart"/>
      <w:r>
        <w:t>modelo</w:t>
      </w:r>
      <w:proofErr w:type="spellEnd"/>
      <w:r>
        <w:t xml:space="preserve"> </w:t>
      </w:r>
      <w:proofErr w:type="spellStart"/>
      <w:r>
        <w:t>instalado</w:t>
      </w:r>
      <w:proofErr w:type="spellEnd"/>
      <w:r>
        <w:t xml:space="preserve"> (Cheetah Xi / Cheetah Xi 50), </w:t>
      </w:r>
      <w:proofErr w:type="spellStart"/>
      <w:r>
        <w:t>planos</w:t>
      </w:r>
      <w:proofErr w:type="spellEnd"/>
      <w:r>
        <w:t xml:space="preserve"> y </w:t>
      </w:r>
      <w:proofErr w:type="spellStart"/>
      <w:r>
        <w:t>matriz</w:t>
      </w:r>
      <w:proofErr w:type="spellEnd"/>
      <w:r>
        <w:t xml:space="preserve"> causa-</w:t>
      </w:r>
      <w:proofErr w:type="spellStart"/>
      <w:r>
        <w:t>efecto</w:t>
      </w:r>
      <w:proofErr w:type="spellEnd"/>
      <w:r>
        <w:t xml:space="preserve"> del </w:t>
      </w:r>
      <w:proofErr w:type="spellStart"/>
      <w:r>
        <w:t>proyecto</w:t>
      </w:r>
      <w:proofErr w:type="spellEnd"/>
      <w:r>
        <w:t xml:space="preserve">, </w:t>
      </w:r>
      <w:proofErr w:type="spellStart"/>
      <w:r>
        <w:t>protocolos</w:t>
      </w:r>
      <w:proofErr w:type="spellEnd"/>
      <w:r>
        <w:t xml:space="preserve"> de </w:t>
      </w:r>
      <w:proofErr w:type="spellStart"/>
      <w:r>
        <w:t>operación</w:t>
      </w:r>
      <w:proofErr w:type="spellEnd"/>
      <w:r>
        <w:t xml:space="preserve"> de la </w:t>
      </w:r>
      <w:proofErr w:type="spellStart"/>
      <w:r>
        <w:t>instalación</w:t>
      </w:r>
      <w:proofErr w:type="spellEnd"/>
      <w:r>
        <w:t xml:space="preserve"> y </w:t>
      </w:r>
      <w:proofErr w:type="spellStart"/>
      <w:r>
        <w:t>registros</w:t>
      </w:r>
      <w:proofErr w:type="spellEnd"/>
      <w:r>
        <w:t xml:space="preserve"> de </w:t>
      </w:r>
      <w:proofErr w:type="spellStart"/>
      <w:r>
        <w:t>mantenimiento</w:t>
      </w:r>
      <w:proofErr w:type="spellEnd"/>
      <w:r>
        <w:t xml:space="preserve"> </w:t>
      </w:r>
      <w:proofErr w:type="spellStart"/>
      <w:r>
        <w:t>vigentes</w:t>
      </w:r>
      <w:proofErr w:type="spellEnd"/>
      <w:r>
        <w:t xml:space="preserve">. Las </w:t>
      </w:r>
      <w:proofErr w:type="spellStart"/>
      <w:r>
        <w:t>frecuencias</w:t>
      </w:r>
      <w:proofErr w:type="spellEnd"/>
      <w:r>
        <w:t xml:space="preserve"> y </w:t>
      </w:r>
      <w:proofErr w:type="spellStart"/>
      <w:r>
        <w:t>métodos</w:t>
      </w:r>
      <w:proofErr w:type="spellEnd"/>
      <w:r>
        <w:t xml:space="preserve"> de </w:t>
      </w:r>
      <w:proofErr w:type="spellStart"/>
      <w:r>
        <w:t>pruebas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determinarse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manuales</w:t>
      </w:r>
      <w:proofErr w:type="spellEnd"/>
      <w:r>
        <w:t xml:space="preserve"> </w:t>
      </w:r>
      <w:proofErr w:type="spellStart"/>
      <w:r>
        <w:t>específicos</w:t>
      </w:r>
      <w:proofErr w:type="spellEnd"/>
      <w:r>
        <w:t xml:space="preserve">, las </w:t>
      </w:r>
      <w:proofErr w:type="spellStart"/>
      <w:r>
        <w:t>normas</w:t>
      </w:r>
      <w:proofErr w:type="spellEnd"/>
      <w:r>
        <w:t xml:space="preserve"> </w:t>
      </w:r>
      <w:proofErr w:type="spellStart"/>
      <w:r>
        <w:t>aplicables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de la </w:t>
      </w:r>
      <w:proofErr w:type="spellStart"/>
      <w:r>
        <w:t>autoridad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>.</w:t>
      </w:r>
    </w:p>
    <w:sectPr w:rsidR="000767AF" w:rsidSect="0016467C">
      <w:headerReference w:type="default" r:id="rId10"/>
      <w:footerReference w:type="default" r:id="rId11"/>
      <w:pgSz w:w="11909" w:h="16834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BD0B5" w14:textId="77777777" w:rsidR="0034108B" w:rsidRDefault="0034108B">
      <w:pPr>
        <w:spacing w:after="0" w:line="240" w:lineRule="auto"/>
      </w:pPr>
      <w:r>
        <w:separator/>
      </w:r>
    </w:p>
  </w:endnote>
  <w:endnote w:type="continuationSeparator" w:id="0">
    <w:p w14:paraId="39071FA5" w14:textId="77777777" w:rsidR="0034108B" w:rsidRDefault="00341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34688" w14:textId="4B6E2CDD" w:rsidR="000767AF" w:rsidRDefault="0016467C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4AB7403D" wp14:editId="73436812">
              <wp:simplePos x="0" y="0"/>
              <wp:positionH relativeFrom="column">
                <wp:posOffset>-76200</wp:posOffset>
              </wp:positionH>
              <wp:positionV relativeFrom="paragraph">
                <wp:posOffset>245745</wp:posOffset>
              </wp:positionV>
              <wp:extent cx="2971800" cy="469900"/>
              <wp:effectExtent l="0" t="0" r="0" b="635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469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9758DE" w14:textId="64D79844" w:rsidR="0016467C" w:rsidRPr="004D086E" w:rsidRDefault="0016467C" w:rsidP="0016467C">
                          <w:pPr>
                            <w:rPr>
                              <w:rFonts w:cs="Arial"/>
                              <w:b/>
                              <w:bCs/>
                              <w:color w:val="FFBB10"/>
                              <w:sz w:val="18"/>
                              <w:szCs w:val="18"/>
                              <w:lang w:val="es-ES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color w:val="FFBB10"/>
                              <w:sz w:val="18"/>
                              <w:szCs w:val="18"/>
                              <w:lang w:val="es-ES"/>
                            </w:rPr>
                            <w:t xml:space="preserve">Curso de Uso y Mantenimiento de Paneles </w:t>
                          </w:r>
                          <w:proofErr w:type="spellStart"/>
                          <w:r>
                            <w:rPr>
                              <w:rFonts w:cs="Arial"/>
                              <w:b/>
                              <w:bCs/>
                              <w:color w:val="FFBB10"/>
                              <w:sz w:val="18"/>
                              <w:szCs w:val="18"/>
                              <w:lang w:val="es-ES"/>
                            </w:rPr>
                            <w:t>Fike</w:t>
                          </w:r>
                          <w:proofErr w:type="spellEnd"/>
                          <w:r>
                            <w:rPr>
                              <w:rFonts w:cs="Arial"/>
                              <w:b/>
                              <w:bCs/>
                              <w:color w:val="FFBB10"/>
                              <w:sz w:val="18"/>
                              <w:szCs w:val="18"/>
                              <w:lang w:val="es-E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rial"/>
                              <w:b/>
                              <w:bCs/>
                              <w:color w:val="FFBB10"/>
                              <w:sz w:val="18"/>
                              <w:szCs w:val="18"/>
                              <w:lang w:val="es-ES"/>
                            </w:rPr>
                            <w:t>Cheetah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AB7403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6pt;margin-top:19.35pt;width:234pt;height:37pt;z-index:251689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" filled="f" stroked="f">
              <v:textbox>
                <w:txbxContent>
                  <w:p w14:paraId="5F9758DE" w14:textId="64D79844" w:rsidR="0016467C" w:rsidRPr="004D086E" w:rsidRDefault="0016467C" w:rsidP="0016467C">
                    <w:pPr>
                      <w:rPr>
                        <w:rFonts w:cs="Arial"/>
                        <w:b/>
                        <w:bCs/>
                        <w:color w:val="FFBB10"/>
                        <w:sz w:val="18"/>
                        <w:szCs w:val="18"/>
                        <w:lang w:val="es-ES"/>
                      </w:rPr>
                    </w:pPr>
                    <w:r>
                      <w:rPr>
                        <w:rFonts w:cs="Arial"/>
                        <w:b/>
                        <w:bCs/>
                        <w:color w:val="FFBB10"/>
                        <w:sz w:val="18"/>
                        <w:szCs w:val="18"/>
                        <w:lang w:val="es-ES"/>
                      </w:rPr>
                      <w:t xml:space="preserve">Curso de Uso y Mantenimiento de Paneles </w:t>
                    </w:r>
                    <w:proofErr w:type="spellStart"/>
                    <w:r>
                      <w:rPr>
                        <w:rFonts w:cs="Arial"/>
                        <w:b/>
                        <w:bCs/>
                        <w:color w:val="FFBB10"/>
                        <w:sz w:val="18"/>
                        <w:szCs w:val="18"/>
                        <w:lang w:val="es-ES"/>
                      </w:rPr>
                      <w:t>Fike</w:t>
                    </w:r>
                    <w:proofErr w:type="spellEnd"/>
                    <w:r>
                      <w:rPr>
                        <w:rFonts w:cs="Arial"/>
                        <w:b/>
                        <w:bCs/>
                        <w:color w:val="FFBB10"/>
                        <w:sz w:val="18"/>
                        <w:szCs w:val="18"/>
                        <w:lang w:val="es-ES"/>
                      </w:rPr>
                      <w:t xml:space="preserve"> </w:t>
                    </w:r>
                    <w:proofErr w:type="spellStart"/>
                    <w:r>
                      <w:rPr>
                        <w:rFonts w:cs="Arial"/>
                        <w:b/>
                        <w:bCs/>
                        <w:color w:val="FFBB10"/>
                        <w:sz w:val="18"/>
                        <w:szCs w:val="18"/>
                        <w:lang w:val="es-ES"/>
                      </w:rPr>
                      <w:t>Cheetah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544" behindDoc="0" locked="0" layoutInCell="1" allowOverlap="1" wp14:anchorId="7D77EB52" wp14:editId="7446E6A2">
              <wp:simplePos x="0" y="0"/>
              <wp:positionH relativeFrom="column">
                <wp:posOffset>5028565</wp:posOffset>
              </wp:positionH>
              <wp:positionV relativeFrom="paragraph">
                <wp:posOffset>207645</wp:posOffset>
              </wp:positionV>
              <wp:extent cx="989330" cy="291465"/>
              <wp:effectExtent l="0" t="0" r="0" b="0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9330" cy="291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308D77" w14:textId="77777777" w:rsidR="0016467C" w:rsidRPr="000137FD" w:rsidRDefault="0016467C" w:rsidP="0016467C">
                          <w:pPr>
                            <w:rPr>
                              <w:rFonts w:cs="Arial"/>
                              <w:color w:val="FFFFFF" w:themeColor="background1"/>
                              <w:lang w:val="es-ES"/>
                            </w:rPr>
                          </w:pPr>
                          <w:r w:rsidRPr="000137FD">
                            <w:rPr>
                              <w:rFonts w:cs="Arial"/>
                              <w:color w:val="FFFFFF" w:themeColor="background1"/>
                              <w:lang w:val="es-ES"/>
                            </w:rPr>
                            <w:t>oisglobal.org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77EB52" id="_x0000_s1028" type="#_x0000_t202" style="position:absolute;margin-left:395.95pt;margin-top:16.35pt;width:77.9pt;height:22.95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" filled="f" stroked="f">
              <v:textbox>
                <w:txbxContent>
                  <w:p w14:paraId="08308D77" w14:textId="77777777" w:rsidR="0016467C" w:rsidRPr="000137FD" w:rsidRDefault="0016467C" w:rsidP="0016467C">
                    <w:pPr>
                      <w:rPr>
                        <w:rFonts w:cs="Arial"/>
                        <w:color w:val="FFFFFF" w:themeColor="background1"/>
                        <w:lang w:val="es-ES"/>
                      </w:rPr>
                    </w:pPr>
                    <w:r w:rsidRPr="000137FD">
                      <w:rPr>
                        <w:rFonts w:cs="Arial"/>
                        <w:color w:val="FFFFFF" w:themeColor="background1"/>
                        <w:lang w:val="es-ES"/>
                      </w:rPr>
                      <w:t>oisglobal.org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46464" behindDoc="0" locked="0" layoutInCell="1" allowOverlap="1" wp14:anchorId="4A5E9AD7" wp14:editId="2A8F1947">
          <wp:simplePos x="0" y="0"/>
          <wp:positionH relativeFrom="column">
            <wp:posOffset>-1095375</wp:posOffset>
          </wp:positionH>
          <wp:positionV relativeFrom="paragraph">
            <wp:posOffset>123190</wp:posOffset>
          </wp:positionV>
          <wp:extent cx="7755255" cy="477520"/>
          <wp:effectExtent l="0" t="0" r="0" b="0"/>
          <wp:wrapNone/>
          <wp:docPr id="10" name="Gráfico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áfico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255" cy="477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057FB" w14:textId="77777777" w:rsidR="0034108B" w:rsidRDefault="0034108B">
      <w:pPr>
        <w:spacing w:after="0" w:line="240" w:lineRule="auto"/>
      </w:pPr>
      <w:r>
        <w:separator/>
      </w:r>
    </w:p>
  </w:footnote>
  <w:footnote w:type="continuationSeparator" w:id="0">
    <w:p w14:paraId="7B66E7C8" w14:textId="77777777" w:rsidR="0034108B" w:rsidRDefault="00341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CD04F" w14:textId="77777777" w:rsidR="000767AF" w:rsidRDefault="00000000">
    <w:pPr>
      <w:pStyle w:val="Encabezado"/>
      <w:jc w:val="center"/>
    </w:pPr>
    <w:r>
      <w:rPr>
        <w:noProof/>
      </w:rPr>
      <w:drawing>
        <wp:inline distT="0" distB="0" distL="0" distR="0" wp14:anchorId="1C04C62D" wp14:editId="7E3375A0">
          <wp:extent cx="1691640" cy="334268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1640" cy="3342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5669304">
    <w:abstractNumId w:val="8"/>
  </w:num>
  <w:num w:numId="2" w16cid:durableId="1896357078">
    <w:abstractNumId w:val="6"/>
  </w:num>
  <w:num w:numId="3" w16cid:durableId="847908639">
    <w:abstractNumId w:val="5"/>
  </w:num>
  <w:num w:numId="4" w16cid:durableId="147792244">
    <w:abstractNumId w:val="4"/>
  </w:num>
  <w:num w:numId="5" w16cid:durableId="159465521">
    <w:abstractNumId w:val="7"/>
  </w:num>
  <w:num w:numId="6" w16cid:durableId="2084715784">
    <w:abstractNumId w:val="3"/>
  </w:num>
  <w:num w:numId="7" w16cid:durableId="1065879082">
    <w:abstractNumId w:val="2"/>
  </w:num>
  <w:num w:numId="8" w16cid:durableId="1899395041">
    <w:abstractNumId w:val="1"/>
  </w:num>
  <w:num w:numId="9" w16cid:durableId="1292177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7AF"/>
    <w:rsid w:val="0015074B"/>
    <w:rsid w:val="00156F47"/>
    <w:rsid w:val="0016467C"/>
    <w:rsid w:val="0029639D"/>
    <w:rsid w:val="00326F90"/>
    <w:rsid w:val="0034108B"/>
    <w:rsid w:val="005169B3"/>
    <w:rsid w:val="006C2542"/>
    <w:rsid w:val="00A13870"/>
    <w:rsid w:val="00A95139"/>
    <w:rsid w:val="00AA1D8D"/>
    <w:rsid w:val="00B47730"/>
    <w:rsid w:val="00BD159B"/>
    <w:rsid w:val="00CB0664"/>
    <w:rsid w:val="00D11AEB"/>
    <w:rsid w:val="00D974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160EECD"/>
  <w14:defaultImageDpi w14:val="300"/>
  <w15:docId w15:val="{7F0AC8B3-BF0E-4F15-8808-CE8CEBB39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7282</Words>
  <Characters>40053</Characters>
  <Application>Microsoft Office Word</Application>
  <DocSecurity>0</DocSecurity>
  <Lines>333</Lines>
  <Paragraphs>94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Ruben Palacios</cp:lastModifiedBy>
  <cp:revision>2</cp:revision>
  <dcterms:created xsi:type="dcterms:W3CDTF">2026-10-27T15:23:00Z</dcterms:created>
  <dcterms:modified xsi:type="dcterms:W3CDTF">2026-10-27T15:23:00Z</dcterms:modified>
  <cp:category/>
</cp:coreProperties>
</file>